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6S/159/2015 z 19. 10. 2015</w:t>
      </w:r>
    </w:p>
    <w:p>
      <w:r>
        <w:t>Uznesenie Krajského súdu Bratislava z 19. októbra 2015, sp. zn. 6S/159/2015, ECLI:SK:KSBA:2015:1015201090.1</w:t>
      </w:r>
    </w:p>
    <w:p>
      <w:r>
        <w:t>Súd: Krajský súd Bratislava</w:t>
      </w:r>
    </w:p>
    <w:p>
      <w:r>
        <w:t>Spisová značka: 6S/159/2015</w:t>
      </w:r>
    </w:p>
    <w:p>
      <w:r>
        <w:t>ECLI: ECLI:SK:KSBA:2015:1015201090.1</w:t>
      </w:r>
    </w:p>
    <w:p>
      <w:r>
        <w:t>Dátum vydania: 19.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6S/159/2015 Identifikačné číslo súdneho spisu: 1015201090 Dátum vydania rozhodnutia: 20. 10. 2015 Meno a priezvisko sudcu, VSÚ: JUDr. Soňa Langová ECLI: ECLI:SK:KSBA:2015:1015201090.1 Uznesenie Krajský súd v Bratislave v právnej veci žalobcu: GR Auto s.r.o., so sídlom Hlavná 9/21, 900 31 Stupava, právne zastúpený: Advokátska kancelária AKAK s.r.o., so sídlom Slowackého 56, 821 04 Bratislava, proti žalovanému: Finančné riaditeľstvo Slovenskej republiky, so sídlom Lazovná 63, 974 01 Banská Bystrica, o preskúmanie zákonnosti rozhodnutia žalovaného č. 1100902/36215/2015 zo dňa 1.6.2015, takto r o z h o d o l : Krajský súd v Bratislave o d k l a d á vykonateľnosť rozhodnutia Finančného riaditeľstva Slovenskej republiky č. 1100902/36215/2015 zo dňa 1.6.2015, a to až do nadobudnutia právoplatnosti rozhodnutia súdu vo veci samej. o d ô v o d n e n i e : Žalobca sa žalobou podanou Krajskému súdu v Bratislave dňa 3.7.2015 domáhal preskúmania zákonnosti rozhodnutia žalovaného č. 1100902/36215/2015 zo dňa 1.6.2015, ktorým žalovaný potvrdil rozhodnutie Colného úradu Bratislava č. 1095231/1/448284/2014 zo dňa 9.12.2014 o uložení pokuty žalobcovi podľa § 42 ods. 2 písm. p) zákona č. 98/2004 Z.z. o spotrebnej dani z minerálneho oleja vo výške XX.XXX,- €. Žalobca spolu s podanou žalobou sa domáhal, aby súd rozhodol o odklade vykonateľnosti žalobou napadnutého rozhodnutia, nakoľko žalobca je malá rodinná spoločnosť, ktorá zamestnáva 3 ľudí a čo i len čiastočná úhrada uloženej pokuty by smerovala k ukončeniu podnikateľskej činnosti žalobcu a teda k jeho zániku. Uložená pokuta má pre žalobcu likvidačné následky.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Krajský súd v Bratislave postupoval v súlade s citovaným zákonným ustanovením a rozhodol a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https://www.kauzis.sk/judikatura/r/ECLI:SK:KSBA:2015:1015201090.1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