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6S/161/2015 z 12. 8. 2015</w:t>
      </w:r>
    </w:p>
    <w:p>
      <w:r>
        <w:t>Uznesenie Krajského súdu Bratislava z 12. augusta 2015, sp. zn. 6S/161/2015, ECLI:SK:KSBA:2015:1015201092.1</w:t>
      </w:r>
    </w:p>
    <w:p>
      <w:r>
        <w:t>Súd: Krajský súd Bratislava</w:t>
      </w:r>
    </w:p>
    <w:p>
      <w:r>
        <w:t>Spisová značka: 6S/161/2015</w:t>
      </w:r>
    </w:p>
    <w:p>
      <w:r>
        <w:t>ECLI: ECLI:SK:KSBA:2015:1015201092.1</w:t>
      </w:r>
    </w:p>
    <w:p>
      <w:r>
        <w:t>Dátum vydania: 12.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6S/161/2015 Identifikačné číslo súdneho spisu: 1015201092 Dátum vydania rozhodnutia: 13. 08. 2015 Meno a priezvisko sudcu, VSÚ: JUDr. Judita Kokolevská ECLI: ECLI:SK:KSBA:2015:1015201092.1 Uznesenie Krajský súd v Bratislave v právnej veci žalobcu: VINÁRSTVO Viničky s.r.o., so sídlom 076 34 Ladmovce 186, právne zastúpený: GHS Legal, s.r.o., so sídlom Lazaretská 3/A, 811 08 Bratislava, proti žalovanému: Ministerstvo pôdohospodárstva a rozvoja vidieka Slovenskej republiky, so sídlom Dobrovičova 12, 815 26 Bratislava v konaní o preskúmanie zákonnosti rozhodnutia žalovaného č. 11089/2015, č.sp.: 1556/2015-640 zo dňa 29.4.2015 a o odklade vykonateľnosti, takto r o z h o d o l : Krajský súd v Bratislave o d k l a d á vykonateľnosť rozhodnutia žalovaného č. 11089/2015, č.sp.: 1556/2015-640 zo dňa 29.4.2015 a rozhodnutia Pôdohospodárskej platobnej agentúry č. 600/133- R/2013/1 zo dňa 5.2.2015, a to až do nadobudnutia právoplatnosti rozhodnutia súdu vo veci samej. o d ô v o d n e n i e : Žalobca sa žalobou podanou Krajskému súdu v Bratislave dňa 3.7.2015 domáhal preskúmania zákonnosti rozhodnutia žalovaného č. 11089/2015, č.sp.: 1556/2015-640 zo dňa 29.4.2015 a rozhodnutia Pôdohospodárskej platobnej agentúry č. 600/133-R/2013/1 zo dňa 5.2.2015, ako aj odkladu vykonateľnosti. Žiadosť o doklad vykonateľnosti žalobca odôvodnil tým, že mu hrozí závažná ujma spočívajúca v ekonomickom ohrození podnikateľskej činnosti. Závažnou ujmou je aj tá skutočnosť, že žalobca pri výkone svojej práce má plánované výdavky, ktoré pokiaľ by neuhradil, ohrozil by ďalší postup v predmete činnosti. Tu sa nedá vylúčiť, že by mohla vzniknúť rozsiahla škoda - závažná ujma. Listinne dôkazy preukazujúce tvrdenie žalobcu sú prílohou žaloby.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https://www.kauzis.sk/judikatura/r/ECLI:SK:KSBA:2015:1015201092.1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