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10Sd/74/2015 z 7. 9. 2015</w:t>
      </w:r>
    </w:p>
    <w:p>
      <w:r>
        <w:t>Uznesenie Krajského súdu Bratislava z 7. septembra 2015, sp. zn. 10Sd/74/2015, ECLI:SK:KSBA:2015:1015201096.2</w:t>
      </w:r>
    </w:p>
    <w:p>
      <w:r>
        <w:t>Súd: Krajský súd Bratislava</w:t>
      </w:r>
    </w:p>
    <w:p>
      <w:r>
        <w:t>Spisová značka: 10Sd/74/2015</w:t>
      </w:r>
    </w:p>
    <w:p>
      <w:r>
        <w:t>ECLI: ECLI:SK:KSBA:2015:1015201096.2</w:t>
      </w:r>
    </w:p>
    <w:p>
      <w:r>
        <w:t>Dátum vydania: 7.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10Sd/74/2015 Identifikačné číslo súdneho spisu: 1015201096 Dátum vydania rozhodnutia: 08. 09. 2015 Meno a priezvisko sudcu, VSÚ: JUDr. Beata Jurgošová ECLI: ECLI:SK:KSBA:2015:1015201096.2 Uznesenie Krajský súd v Bratislave v právnej veci navrhovateľa: R.. S. M., nar. XX.XX.XXXX, bytom T. X/XX, XXX XX I. X., právne zast. JUDr. Mariánom Ďurinom, advokát, Sibírska 4, 831 02 Bratislava, proti odporcovi: Vojenský úrad sociálneho zabezpečenia, Špitálska 22, 812 74 Bratislava, o preskúmanie zákonnosti rozhodnutia odporcu číslo VÚSZ - 65307307915503/2015-OVZ zo dňa 17.06.2015, takto r o z h o d o l : Súd konanie o preskúmanie zákonnosti rozhodnutia odporcu číslo VÚSZ - 65307307915503/2015-OVZ zo dňa 17.06.2015 z a s t a v u j e . Po právoplatnosti tohto uznesenia vec p o s t u p u j e Ministerstvu obrany Slovenskej republiky, ako orgánu príslušnému konať v tejto veci. Žiaden z účastníkov nemá právo na náhradu trov konania. o d ô v o d n e n i e : Navrhovateľ svojím návrhom osobne podaným súdu dňa 06.07.2015 žiadal preskúmať neprávoplatné rozhodnutie odporcu číslo VÚSZ - 65307307915503/2015-OVZ zo dňa 17.06.2015, ktorým odporca na základe žiadosti navrhovateľa o zvýšenie starobného dôchodku zo dňa 18.05.2015 starobný dôchodok nezvýšil. V zmysle poučenia predmetného rozhodnutia možno proti nemu podať odvolanie úradu písomne na adresu Vojenský úrad sociálneho zabezpečenia, Špitálska 22, 812 74 Bratislava v lehote 15 dní odo dňa jeho doručenia, odvolanie proti tomuto rozhodnutiu nemá odkladný účinok a právoplatné rozhodnutie je preskúmateľné súdom po predchádzajúcom vyčerpaní riadnych opravných prostriedkov. Podľa § 103 Občianskeho súdneho poriadku (ďalej len „O.s.p.“) kedykoľvek za konania prihliada súd na to, či sú splnené podmienky, za ktorých môže konať vo veci (podmienky konania). Podľa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Súd je v ktoromkoľvek štádiu konania povinný skúmať, či sú splnené podmienky, za ktorých môže konať, t. j. či sú splnené procesné podmienky na strane súdu (právomoc, príslušnosť vecná, funkčná, miestna), účastníkov a ich zástupcov (napr. spôsobilosť byť účastníkom konania, zástupcom, procesná spôsobilosť), vecné procesné podmienky (existencia návrhu na začatie konania alebo uznesenia o začatí konania) a negatívne procesné podmienky, ktoré nesmú byť dané, aby súd mohol vec prejednať a o nej rozhodnúť. Absencia neodstrániteľného nedostatku podmienky konania alebo danosť negatívnej procesnej podmienky má za následok zastavenie konania podľa § 104 ods. 1 O.s.p. V prípade, že súdnemu konaniu má predchádzať iné konanie, súd podľa druhej vety tohto ustanovenia po právoplatnosti uznesenia o zastavení konania postúpi vec príslušnému orgánu. Podľa § 81 ods. 3 písm. b) zákona č. 328/2002 Z.z. o sociálnom zabezpečení policajtov a vojakov a o zmene a doplnení niektorých zákonov v znení neskorších predpisov (ďalej len „ zákon č. 328/2002 Z.z.“) dávky výsluhového zabezpečenia priznáva, zvyšuje, znižuje, vypláca, zastavuje a odníma profesionálnemu vojakovi a pozostalým po ňom Vojenský úrad sociálneho zabezpečenia. Podľa § 84 ods. 3 zákona č. 328/2002 Z.z. proti rozhodnutiu orgánov uvedených v § 80 až 82 o dávkach alebo službách sociálneho zabezpečenia uvedených v § 83 možno podať písomné odvolanie do 15 dní od doručenia rozhodnutia orgánu, ktorý rozhodnutie vydal. Podľa § 84 ods. 4 písm. b) zákona č. 328/2002 Z.z. odvolacím orgánom v konaní o dávkach a službách sociálneho zabezpečenia a dávkach podľa všeobecných predpisov o sociálnom poistení je ministerstvo obrany, ak ide o odvolanie proti rozhodnutiu Vojenského úradu sociálneho zabezpečenia, nadriadený určený podľa osobitného predpisu, ak ide o rozhodnutie o dávkach nemocenského zabezpečenia profesionálnych vojakov počas trvania služobného pomeru, a v ostatných prípadoch minister obrany. Podľa § 84 ods. 6 zákona č. 328/2002 Z.z. právoplatné rozhodnutie o dávkach a službách sociálneho zabezpečenia je preskúmateľné súdom. Z obsahu spisu a s poukazom na vyššie citované zákonné ustanovenia súd dospel k záveru, že vo veci opravného prostriedku navrhovateľa zo dňa 06.07.2015 podanému proti neprávoplatnému rozhodnutiu odporcu číslo VÚSZ - 65307307915503/2015-OVZ zo dňa 17.06.2015 nedisponuje právomocou na prejednanie a rozhodnutie veci, nakoľko o odvolaní proti rozhodnutiu odporcu rozhoduje v druhom stupni Ministerstvo obrany Slovenskej republiky s poukazom na § 84 ods. 4 písm. b) zákona č. 328/2002 Z.z. Jedná sa o neodstrániteľnú vadu konania, ktorá nevyhnutne vedie k uzneseniu o zastavení konania (§ 104 ods. 1 O.s.p.). Nakoľko vec patrí do právomoci Ministerstva obrany Slovenskej republiky, po právoplatnosti tohto uznesenia mu bude vec postúpená ako orgánu príslušnému konať v tejto veci a rozhodnúť v jej merite. S poukazom na § 84 ods. 6 zákona č. 328/2002 Z.z. až právoplatné rozhodnutie o dávkach a službách sociálneho zabezpečenia je preskúmateľné súdom v rámci správneho súdnictva. O trovách konania rozhodol súd podľa § 246c a § 146 ods. 1 písm. c/ O.s.p. tak, že žiadnemu z účastníkov náhradu trov konania nepriznal.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https://www.kauzis.sk/judikatura/r/ECLI:SK:KSBA:2015:1015201096.2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