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2S/151/2015 z 25. 8. 2015</w:t>
      </w:r>
    </w:p>
    <w:p>
      <w:r>
        <w:t>Uznesenie Krajského súdu Bratislava z 25. augusta 2015, sp. zn. 2S/151/2015, ECLI:SK:KSBA:2015:1015201113.1</w:t>
      </w:r>
    </w:p>
    <w:p>
      <w:r>
        <w:t>Súd: Krajský súd Bratislava</w:t>
      </w:r>
    </w:p>
    <w:p>
      <w:r>
        <w:t>Spisová značka: 2S/151/2015</w:t>
      </w:r>
    </w:p>
    <w:p>
      <w:r>
        <w:t>ECLI: ECLI:SK:KSBA:2015:1015201113.1</w:t>
      </w:r>
    </w:p>
    <w:p>
      <w:r>
        <w:t>Dátum vydania: 25. 8. 2015</w:t>
      </w:r>
    </w:p>
    <w:p>
      <w:r>
        <w:t>Forma: Uznesenie</w:t>
      </w:r>
    </w:p>
    <w:p>
      <w:pPr>
        <w:pStyle w:val="Heading2"/>
      </w:pPr>
      <w:r>
        <w:t>Text rozhodnutia</w:t>
      </w:r>
    </w:p>
    <w:p>
      <w:r>
        <w:t>Súd: Krajský súd Bratislava Spisová značka: 2S/151/2015 Identifikačné číslo súdneho spisu: 1015201113 Dátum vydania rozhodnutia: 26. 08. 2015 Meno a priezvisko sudcu, VSÚ: Mgr. Viliam Pohančeník ECLI: ECLI:SK:KSBA:2015:1015201113.1 Uznesenie Krajský súd v Bratislave v právnej veci žalobcu: Y.. R. C., V. XXXX/XX, F., zastúpený: Právne centrum s.r.o., advokátska kancelária, Mýtna 42, Bratislava, v mene ktorej koná JUDr. Katarína Bystrická, advokátka a konateľka, proti žalovanému: Sociálna poisťovňa, ústredie, Ulica 29. augusta 8 a 10, Bratislava, o preskúmanie zákonnosti rozhodnutia žalovaného č. XXXXX-X/XXXX-BA zo dňa 05.05.2015, takto r o z h o d o l : Krajský súd v Bratislave konanie z a s t a v u j e . Žiaden z účastníkov nemá právo na náhradu trov konania. o d ô v o d n e n i e : Žalobou osobne doručenou Krajskému súdu v Bratislave dňa 08.07.2015 sa žalobca domáhal preskúmania zákonnosti rozhodnutia žalovaného č. XXXXX-X/XXXX-BA zo dňa 05.05.2015, ktorým bolo zamietnuté odvolanie žalobcu a bolo potvrdené rozhodnutie Sociálnej poisťovne, pobočky Bratislava č. XXX-XXXXXXXXXX-GCXX/XX zo dňa 04.09.2014, ktorým Sociálna poisťovňa, pobočka Bratislava podľa § 178 ods. 1 písm. a) prvý bod zákona č. 461/2003 Z. z. o sociálnom poistení v znení neskorších predpisov rozhodla, že žalobcovi ako samostatne zárobkovo činnej osobe vzniklo dňa 01.07.2012 povinné nemocenské poistenie a povinné dôchodkové poistenie. Podaním doručeným Krajskému súdu v Bratislave dňa 20.08.2015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 z. v znení zákona č. 33/2011 Z. z.). Poučenie: :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https://www.kauzis.sk/judikatura/r/ECLI:SK:KSBA:2015:1015201113.1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