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10Sd/75/2015 z 19. 10. 2015</w:t>
      </w:r>
    </w:p>
    <w:p>
      <w:r>
        <w:t>Rozsudok Krajského súdu Bratislava z 19. októbra 2015, sp. zn. 10Sd/75/2015, ECLI:SK:KSBA:2015:1015201115.1</w:t>
      </w:r>
    </w:p>
    <w:p>
      <w:r>
        <w:t>Súd: Krajský súd Bratislava</w:t>
      </w:r>
    </w:p>
    <w:p>
      <w:r>
        <w:t>Spisová značka: 10Sd/75/2015</w:t>
      </w:r>
    </w:p>
    <w:p>
      <w:r>
        <w:t>ECLI: ECLI:SK:KSBA:2015:1015201115.1</w:t>
      </w:r>
    </w:p>
    <w:p>
      <w:r>
        <w:t>Dátum vydania: 19. 10. 2015</w:t>
      </w:r>
    </w:p>
    <w:p>
      <w:r>
        <w:t>Forma: Rozsudok</w:t>
      </w:r>
    </w:p>
    <w:p>
      <w:r>
        <w:t>Oblasť práva: Správne právo</w:t>
      </w:r>
    </w:p>
    <w:p>
      <w:pPr>
        <w:pStyle w:val="Heading2"/>
      </w:pPr>
      <w:r>
        <w:t>Text rozhodnutia</w:t>
      </w:r>
    </w:p>
    <w:p>
      <w:r>
        <w:t>Súd: Krajský súd Bratislava Spisová značka: 10Sd/75/2015 Identifikačné číslo súdneho spisu: 1015201115 Dátum vydania rozhodnutia: 20. 10. 2015 Meno a priezvisko sudcu, VSÚ: JUDr. Beata Jurgošová ECLI: ECLI:SK:KSBA:2015:1015201115.1</w:t>
      </w:r>
    </w:p>
    <w:p>
      <w:r>
        <w:t>ROZSUDOK V MENE SLOVENSKEJ REPUBLIKY</w:t>
      </w:r>
    </w:p>
    <w:p>
      <w:r>
        <w:t>Krajský súd v Bratislave sudkyňou JUDr. Beátou Jurgošovou v právnej veci navrhovateľa: D. U., bytom W. XXXX/XX, H. proti odporkyni: Sociálnej poisťovni ústredie v Bratislave, Ul. 29. augusta č. 8, Bratislava o invalidný dôchodok takto</w:t>
      </w:r>
    </w:p>
    <w:p>
      <w:r>
        <w:t>r o z h o d o l :</w:t>
      </w:r>
    </w:p>
    <w:p>
      <w:r>
        <w:t>Súd rozhodnutie odporkyne číslo XXX XXX XXXX X zo dňa 10. apríla 2015, ktorým bol navrhovateľovi priznaný invalidný dôchodok p o t v r d z u j e .</w:t>
      </w:r>
    </w:p>
    <w:p>
      <w:r>
        <w:t>Účastníkom náhradu trov konania nepriznáva.</w:t>
      </w:r>
    </w:p>
    <w:p>
      <w:r>
        <w:t>o d ô v o d n e n i e :</w:t>
      </w:r>
    </w:p>
    <w:p>
      <w:r>
        <w:t>Rozhodnutím číslo XXX XXX XXXX X zo dňa 17.12.2014 odporkyňa podľa § 70 a § 71 zákona č. 461/2003 Z.z. o sociálnom poistení v znení neskorších predpisov zamietla žiadosť navrhovateľa o invalidný dôchodok zo dňa 8. decembra 2014. Rozhodla tak s odôvodnením, že podľa posudku posudkového lekára sociálneho poistenia, pobočky Sociálnej poisťovne Bratislava zo dňa 8. decembra 2014 navrhovateľ nie je invalidný podľa § 71 ods. 1 zákona č. 461/2003 Z.z., lebo pre dlhodobo nepriaznivý zdravotný stav nemá pokles schopnosti vykonávať zárobkovú činnosť o viac ako 40% v porovnaní so zdravou fyzickou osobou. Miera poklesu schopnosti vykonávať zárobkovú činnosť je u navrhovateľa 30 %.</w:t>
      </w:r>
    </w:p>
    <w:p>
      <w:r>
        <w:t>Rozhodnutím číslo XXX XXX XXXX X zo dňa 10.4.2015 odporkyňa zrušila rozhodnutie číslo XXX XXX XXXX X zo dňa 17. decembra 2014 o zamietnutí žiadosti o invalidný dôchodok s odôvodnením, že zdravotný stav navrhovateľa bol opätovne posúdený a podľa posudku posudkového lekára sociálneho poistenia navrhovateľ bol uznaný za invalidného podľa § 71 ods. 1 zákona č. 461/2003 Z.z. o sociálnom poistení, miera poklesu schopnosti vykonávať zárobkovú činnosť bola stanovená na 50 % od 16. marca 2015.</w:t>
      </w:r>
    </w:p>
    <w:p>
      <w:r>
        <w:t>Rozhodnutím číslo XXX XXX XXXX X zo dňa 10. apríla 2015 odporkyňa podľa § 70 ods. 1, § 274 a § 82 ods. 2 zákona č. 461/2003 Z.z. o sociálnom poistení v znení neskorších predpisov priznala navrhovateľovi od 16. marca 2015 invalidný dôchodok v sume 275,30 eur mesačne. Rozhodla tak s odôvodnením, že podľa posudku posudkového lekára Sociálnej poisťovne, pobočka Bratislava zo dňa 16. marca 2015 navrhovateľ je invalidný podľa § 71 ods. 1 zákona č. 461/2003 Z.z. Miera poklesu schopnosti vykonávať zárobkovú činnosť u navrhovateľa je 50%. Navrhovateľ návrhom zo dňa 29.1.2015 žiadal preskúmať rozhodnutie odporkyne číslo XXX XXX XXXX X zo dňa 17.12.2014 a namietal nepriaznivý zdravotný stav a žiadal o jeho opätovné posúdenie.</w:t>
      </w:r>
    </w:p>
    <w:p>
      <w:r>
        <w:t>Krajský súd preskúmal napadnuté rozhodnutie číslo XXX XXX XXXX X zo dňa 17. decembra 2014 podľa § 250l a nasl. O.s.p..</w:t>
      </w:r>
    </w:p>
    <w:p>
      <w:r>
        <w:t>Krajský súd vykonal dokazovanie posudkom posudkového lekára Sociálnej poisťovne pobočky Bratislava zo dňa 8.12.2014, posudkom posudkového lekára Sociálnej poisťovne pobočky Bratislava zo dňa 16.3.2015, posudkom posudkového lekára Sociálnej poisťovne ústredie Bratislava zo dňa 30.6.2015, oboznámil sa s posudkovým spisom odporkyne a zistil tento skutkový stav.</w:t>
      </w:r>
    </w:p>
    <w:p>
      <w:r>
        <w:t>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w:t>
      </w:r>
    </w:p>
    <w:p>
      <w:r>
        <w:t>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w:t>
      </w:r>
    </w:p>
    <w:p>
      <w:r>
        <w:t>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w:t>
      </w:r>
    </w:p>
    <w:p>
      <w:r>
        <w:t>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w:t>
      </w:r>
    </w:p>
    <w:p>
      <w:r>
        <w:t>Po podaní žiadosti o invalidný dôchodok bol zdravotný stav a pracovná schopnosť navrhovateľa preskúmaný posudkovým lekárom Sociálnej poisťovne pobočka Bratislava, ktorý v posudku zo dňa 8.12.2014 uviedol, že odborné vyšetrenia dokumentujú z ortopedického hľadiska jednostrannú posttraumatickú koxartrózu ťažkého stupňa (podľa RTG vyšetrenia na úrovni IIIA-B), posudkovo stav záverovaný podľa rozsahu hybnosti v kolenných a bedrových kĺboch ako jednostranné stredne ťažké postihnutie (25%), celkové zdravotné postihnutie je komplikované bolesťami chrbta bez neurologického vyšetrenia, posudkovo ako bolesť chrbta na podklade degeneratívnych zmien, bez posudkového záveru a depresívna reakcia z úzkosťou (zvýšenie o 5 %). Rozhodujúcim zdravotným postihnutím u navrhovateľa sú choroby podporného a pohybového aparátu, postihnutie končatín, obmedzenie pohybu bedrových kĺbov, artróza bedrového kĺbu, stredného stupňa, jednostranná (kapitola XV, oddiel G, položka 41.2., písm.a) prílohy č. 4 zákona č. 461/2003 Z.z. o sociálnom poistení), kde mieru poklesu schopnosti vykonávať zárobkovú činnosť stanovil na 25 %. Pre iné zdravotné postihnutie a to obojstrannú posttraumatickú gonartrózu, M17.2; iné afektívne poruchy, F38; iné špecifikované afektívne poruchy, F38.8; reakciu na ťažký stres a adaptačné poruchy, F43, zvýšil percentuálnu mieru o 5 %. Celková miera poklesu schopnosti vykonávať zárobkovú činnosť je 30 %. Navrhovateľ nie je invalidný podľa § 71 ods. 1 zákona č. 461/2003 Z.z. o sociálnom poistení, lebo pre dlhodobo nepriaznivý zdravotný stav nemá pokles schopnosti vykonávať zárobkovú činnosť o viac ako 40 % v porovnaní so zdravou fyzickou osobou.</w:t>
      </w:r>
    </w:p>
    <w:p>
      <w:r>
        <w:t>Posudkový lekár Sociálnej poisťovne pobočka Bratislava v posudku zo dňa 16.3.2015 uviedol, že v rámci konania o opravnom prostriedku boli doložené lekárske nálezy (pychiatrické, ortopedické, neurologické, rehabilitačné), ktoré dokumentujú nezmenený stav postihnutia pohybového aparátu a chrbtice, aktuálne v popredí stredne ťažké afektívne poruchy, posudkovo porovnateľná stredne ťažká forma depresívneho postihnutia (40%) so zvýšením o 10 % pre jednostrannú poúrazovú koxartrózu ľavého bedrového kĺbu, bolesti kolien a chrbta. Po vyhodnotení doložených nálezov a ich posudkovom spracovaní bol prehodnotený posudkový záver o miere poklesu schopnosti vykonávať zárobkovú činnosť, ktorý už nie je 30%, ale od 16.3.2015 je 50 %. Dátum vzniku invalidity určil odo dňa psychiatrického vyšetrenia, od 16.3.2015, podľa ktorého možno v spojení s postihnutím osového a pohybového aparátu určiť mieru poklesu schopnosti vykonávať zárobkovú činnosť viac ako 40 % v porovnaní so zdravou fyzickou osobou. Rozhodujúcim zdravotným postihnutím u navrhovateľa sú duševné choroby a poruchy správania, poruchy nálad, stredne ťažká forma inej afektívnej poruchy posudkovo porovnateľné s recidivujúcou depresívnou</w:t>
      </w:r>
    </w:p>
    <w:p>
      <w:r>
        <w:t>poruchou, terajšia porucha stredne ťažkého stupňa (kapitola V, položka 3, písmeno a) prílohy č. 4 zákona č. 461/2003 Z.z. o sociálnom poistení), kde mieru poklesu schopnosti vykonávať zárobkovú činnosť stanovil na 40 %. Pre iné zdravotné postihnutie a to koxartrózu, artrózu bedrového kĺbu, M 16; bolesť chrbta - dorzalgiu, M 54, obojstrannú posttraumatickú gonartróza, M 17 stanovil mieru poklesu schopnosti vykonávať zárobkovú činnosť na 10 %. Celková miera poklesu schopnosti vykonávať zárobkovú činnosť bola stanovená na 50 %. Navrhovateľ je invalidný podľa § 71 ods. 1 zákona č. 461/2003 Z.z. o sociálnom poistení, lebo pre dlhodobo nepriaznivý</w:t>
      </w:r>
    </w:p>
    <w:p>
      <w:r>
        <w:t>zdravotný stav má pokles schopnosti vykonávať zárobkovú činnosť o viac ako 40 % v porovnaní so zdravou fyzickou osobou.</w:t>
      </w:r>
    </w:p>
    <w:p>
      <w:r>
        <w:t>Posudkový lekár Sociálnej poisťovne ústredie Bratislava v posudku zo dňa 30.6.2015 uviedol, že po preskúmaní celej posudkovej dokumentácie, ako i po vlastnom vyšetrení navrhovateľa konštatoval, že posúdenie navrhovateľovho zdravotného stavu na účely invalidity dňa 16.3.2015 bolo správne. Za rozhodujúce zdravotné postihnutie navrhovateľa považoval naďalej recidivujúcu depresívnu poruchu zaradenú do kapitoly V- duševné choroby a poruchy správania, položky 3.a) poruchy nálad (manické, depresívne, periodické), stredne ťažké formy, s mierou poklesu schopnosti vykonávať zárobkovú činnosť 40 %, čo je v strede percentuálneho rozpätia pre túto položku 35 až 45 %. Na ostatné zdravotné postihnutia navrhovateľa zvýšili MPSVZČ o ďalších 10 %. Celková miera poklesu schopnosti vykonávať zárobkovú činnosť u navrhovateľa je 50 %. Navrhovateľ nie je invalidný podľa § 71 ods. 1 zákona č. 461/2003 Z.z. o sociálnom poistení lebo pre dlhodobo nepriaznivý zdravotný stav má pokles schopnosti vykonávať zárobkovú činnosť o viac ako 40 % v porovnaní so zdravou fyzickou osobou.</w:t>
      </w:r>
    </w:p>
    <w:p>
      <w:r>
        <w:t>Na základe posudku posudkového lekára sociálneho poistenia Sociálnej poisťovne, pobočky Bratislava zo dňa 16.3.2015 odporkyňa vydala rozhodnutie číslo XXX XXX XXXX X zo dňa 10.4.2015, ktorým zrušila rozhodnutie číslo XXX XXX XXXX X zo dňa 17. decembra 2014 o zamietnutí žiadosti o invalidný dôchodok a dňa 10. apríla 2015 vydala rozhodnutie číslo XXX XXX XXXX X, ktorým podľa § 70 ods. 1, § 274 a § 82 zákona č. 461/2003 Z.z. o sociálnom poistení v znení neskorších predpisov priznala navrhovateľovi od 16. marca 2015 invalidný dôchodok v sume 275,30 eur mesačne.</w:t>
      </w:r>
    </w:p>
    <w:p>
      <w:r>
        <w:t>Odporca sa na pojednávanie súdu dňa 20.10.2015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w:t>
      </w:r>
    </w:p>
    <w:p>
      <w:r>
        <w:t>Zástupkyňa odporkyne poukázala na to, že v preskúmanom konaní bol posúdený zdravotný stav navrhovateľa posudkovým lekárom sociálneho poistenia pobočky a ústredia, a podľa posudkov týchto posudkových lekárov došlo k zmene posudkového záveru, kde sa miera poklesu schopnosti vykonávať zárobkovú činnosť zmenila z 30 % na 50 % od 16.03.2015. Vzhľadom na uvedené žiadala nové rozhodnutie z 10.04.2015 o priznaní invalidného dôchodku ako vecne správne potvrdiť.</w:t>
      </w:r>
    </w:p>
    <w:p>
      <w:r>
        <w:t>Posudkový lekár sociálneho poistenia Sociálnej poisťovne pobočka Bratislava ako aj posudkový lekár sociálneho poistenia Sociálnej poisťovne ústredie Bratislava vo svojich vyššie uvedených posudkoch zohľadnili všetky navrhovateľom uvádzané ťažkosti a</w:t>
      </w:r>
    </w:p>
    <w:p>
      <w:r>
        <w:t>vysporiadali sa s lekárskymi nálezmi nachádzajúcimi sa v zdravotnej dokumentácii navrhovateľa a zhodne určili, že rozhodujúcim zdravotným postihnutím u navrhovateľa sú duševné choroby a poruchy správania, poruchy nálad, stredne ťažká forma inej afektívnej poruchy, posudkovo porovnateľné s recidivujúcou depresívnou poruchou, terajšia porucha stredne ťažkého stupňa (kapitola V, položka 3, písm. a)) prílohy č. 4 zákona č. 461/2003 Z.z. o sociálnom poistení), kde mieru poklesu schopnosti vykonávať zárobkovú činnosť stanovili na 40%. Pre iné zdravotné postihnutie a to koxartrózu, artrózu bedrového kĺbu, M 16; bolesť chrbta - dorzalgiu, M 54, obojstrannú posttraumatickú gonartróza, M 17., zvýšili percentuálnu mieru o 10 %, takže celková miera poklesu schopnosti vykonávať zárobkovú činnosť predstavovala 50 %. Dátum vzniku invalidity stanovili od 16.3.2015, t.j. dňom psychiatrického vyšetrenia. Zistenia posudkových lekárov neboli spochybnené ani v súdnom konaní. Závery posudkov posudkových lekárov zo dňa 16.3.2015 a 30.6.2015, ktorý hodnotil zdravotný stav navrhovateľa sú odborné, presvedčivé, náležite zdôvodnené a súd nezistil rozpor medzi ich závermi a zisteným skutočným stavom.</w:t>
      </w:r>
    </w:p>
    <w:p>
      <w:r>
        <w:t>Výšku invalidného dôchodku navrhovateľa odporkyňa určila v súlade s ust. § 73 ods. 2 zákona č. 461/2003 Z.z. o sociálnom poistení v znení neskorších predpisov ako súčin priemerného osobného mzdového bodu 1,0115; 46,6987 rokov obdobia dôchodkového poistenia a pripočítaného obdobia, percentuálneho poklesu schopnosti vykonávať zárobkovú činnosť 50% a aktuálnej dôchodkovej hodnoty platnej k 16. marcu 2015, ktorá je 10,6865 eur, čo predstavuje sumu invalidného dôchodku 252,40 eur mesačne. Suma invalidného dôchodku vypočítaná podľa zákona č. 461/2003 Z.z. v znení neskorších predpisov je 252,40 eur mesačne a suma invalidného dôchodku vypočítaná podľa zákona č. 100/1988</w:t>
      </w:r>
    </w:p>
    <w:p>
      <w:r>
        <w:t>Zb. v znení neskorších predpisov je 272,60 eur mesačne. Pretože suma invalidného dôchodku určená podľa zákona č. 100/1988 Zb. v znení neskorších predpisov je vyššia, invalidný dôchodok navrhovateľovi patrí v tejto sume. K tejto sume patrí zvýšenie o 2,70 eur mesačne (§ 82 zákona č. 461/2003 Z.z. v znení neskorších predpisov), čo prestavuje sumu 275,30 eur mesačne.</w:t>
      </w:r>
    </w:p>
    <w:p>
      <w:r>
        <w:t>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w:t>
      </w:r>
    </w:p>
    <w:p>
      <w:r>
        <w:t>Zo zisteného skutkového stavu súd mal za to, že odporkyňa pri priznaní invalidného dôchodku navrhovateľa a jeho výpočte nepochybila a postupovala správne podľa citovaných zákonných ustanovení.</w:t>
      </w:r>
    </w:p>
    <w:p>
      <w:r>
        <w:t>Krajský súd preto z vyššie uvedených dôvodov rozhodnutie číslo XXX XXX XXXX X zo dňa 10. apríla 2015 podľa § 250q ods. 2 O.s.p. ako vecne správne potvrdil.</w:t>
      </w:r>
    </w:p>
    <w:p>
      <w:r>
        <w:t>O trovách konania súd rozhodol podľa § 250k ods. 1 v spojení s § 250l ods. 2 O.s.p. Navrhovateľ nebol v konaní úspešný, a preto mu súd trovy konania nepriznal a odporkyni trovy konania neprislúchajú.</w:t>
      </w:r>
    </w:p>
    <w:p>
      <w:r>
        <w:t>Poučenie:</w:t>
      </w:r>
    </w:p>
    <w:p>
      <w:r>
        <w:t>Proti tomuto rozsudku je možné podať odvolanie do 15 dní odo dňa jeho</w:t>
      </w:r>
    </w:p>
    <w:p>
      <w:r>
        <w:t>doručenia na Krajskom súde v Bratislave.</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https://www.kauzis.sk/judikatura/r/ECLI:SK:KSBA:2015:1015201115.1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