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8Sd/75/2015 z 22. 7. 2015</w:t>
      </w:r>
    </w:p>
    <w:p>
      <w:r>
        <w:t>Uznesenie Krajského súdu Bratislava z 22. júla 2015, sp. zn. 8Sd/75/2015, ECLI:SK:KSBA:2015:1015201119.1</w:t>
      </w:r>
    </w:p>
    <w:p>
      <w:r>
        <w:t>Súd: Krajský súd Bratislava</w:t>
      </w:r>
    </w:p>
    <w:p>
      <w:r>
        <w:t>Spisová značka: 8Sd/75/2015</w:t>
      </w:r>
    </w:p>
    <w:p>
      <w:r>
        <w:t>ECLI: ECLI:SK:KSBA:2015:1015201119.1</w:t>
      </w:r>
    </w:p>
    <w:p>
      <w:r>
        <w:t>Dátum vydania: 22.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8Sd/75/2015 Identifikačné číslo súdneho spisu: 1015201119 Dátum vydania rozhodnutia: 23. 07. 2015 Meno a priezvisko sudcu, VSÚ: JUDr. Peter Pospech ECLI: ECLI:SK:KSBA:2015:1015201119.1 Uznesenie Krajský súd v Bratislave v právnej veci navrhovateľa: S. E., H.. XX.XX.XXXX, C. XXX, XXX XX Z. S. C., proti odporkyni: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02.02.2015 žiadal preskúmať rozhodnutie odporkyne číslo XXX XXX XXXX X zo dňa 15.12.2014, ktorým odporkyňa zamietla žiadosť navrhovateľa o invalidný dôchodok. Podaním zo dňa 26.06.2015 navrhovateľ zobral svoj návrh na preskúmanie rozhodnutia odporkyne číslo XXX XXX XXXX X zo dňa 15.12.2014 v celom rozsahu späť. Proti späťvzatiu návrhu odporkyňa nemala námietky.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https://www.kauzis.sk/judikatura/r/ECLI:SK:KSBA:2015:1015201119.1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