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6S/168/2015 z 9. 8. 2015</w:t>
      </w:r>
    </w:p>
    <w:p>
      <w:r>
        <w:t>Uznesenie Krajského súdu Bratislava z 9. augusta 2015, sp. zn. 6S/168/2015, ECLI:SK:KSBA:2015:1015201129.1</w:t>
      </w:r>
    </w:p>
    <w:p>
      <w:r>
        <w:t>Súd: Krajský súd Bratislava</w:t>
      </w:r>
    </w:p>
    <w:p>
      <w:r>
        <w:t>Spisová značka: 6S/168/2015</w:t>
      </w:r>
    </w:p>
    <w:p>
      <w:r>
        <w:t>ECLI: ECLI:SK:KSBA:2015:1015201129.1</w:t>
      </w:r>
    </w:p>
    <w:p>
      <w:r>
        <w:t>Dátum vydania: 9. 8.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6S/168/2015 Identifikačné číslo súdneho spisu: 1015201129 Dátum vydania rozhodnutia: 10. 08. 2015 Meno a priezvisko sudcu, VSÚ: JUDr. Judita Kokolevská ECLI: ECLI:SK:KSBA:2015:1015201129.1 Uznesenie Krajský súd v Bratislave v právnej veci navrhovateľa: W. Š., bytom NJ. P. XX, XXX XX Q., proti odporcovi: Okresný úrad Pezinok, so sídlom Radničné námestie 7, 902 01 Pezinok, v konaní proti nečinnosti orgánu verejnej správy, jednohlasne, takto r o z h o d o l : Krajský súd v Bratislave konanie z a s t a v u j e . Žiaden z účastníkov nemá právo na náhradu trov konania. o d ô v o d n e n i e : Návrhom podaným na Okresný súd Pezinok dňa 25.2.2015 sa navrhovateľ domáhal ochrany proti nečinnosti orgánu verejnej správy. Uznesením č.k. 33C/53/2015-20 zo dňa 30.3.2015 Okresný súd Pezinok postúpil vec z dôvodu vecnej príslušnosti Krajskému súdu v Bratislave. Podaním doručeným Okresnému súdu Pezinok dňa 23.4.2015 zobral navrhovateľ svoj návrh späť.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žalobca vzal späť žalobu pred rozhodnutím veci, súd v súlade s ustanovením § 250d ods. 3 O.s.p. konanie zastavil. O náhrade trov konania súd rozhodol podľa § 146 ods. 1 písm. c) O.s.p. s použitím ustanovenia § 246c O.s.p. tak, že žiaden z účastníkov nemá právo na náhradu trov konania, nakoľko konanie vo veci bolo zastavené.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https://www.kauzis.sk/judikatura/r/ECLI:SK:KSBA:2015:1015201129.1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