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10Sd/116/2015 z 1. 11. 2015</w:t>
      </w:r>
    </w:p>
    <w:p>
      <w:r>
        <w:t>Uznesenie Krajského súdu Bratislava z 1. novembra 2015, sp. zn. 10Sd/116/2015, ECLI:SK:KSBA:2015:1015201178.1</w:t>
      </w:r>
    </w:p>
    <w:p>
      <w:r>
        <w:t>Súd: Krajský súd Bratislava</w:t>
      </w:r>
    </w:p>
    <w:p>
      <w:r>
        <w:t>Spisová značka: 10Sd/116/2015</w:t>
      </w:r>
    </w:p>
    <w:p>
      <w:r>
        <w:t>ECLI: ECLI:SK:KSBA:2015:1015201178.1</w:t>
      </w:r>
    </w:p>
    <w:p>
      <w:r>
        <w:t>Dátum vydania: 1.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10Sd/116/2015 Identifikačné číslo súdneho spisu: 1015201178 Dátum vydania rozhodnutia: 02. 11. 2015 Meno a priezvisko sudcu, VSÚ: JUDr. Beata Jurgošová ECLI: ECLI:SK:KSBA:2015:1015201178.1 Uznesenie Krajský súd v Bratislave v právnej veci navrhovateľa: B. N., nar. XX.XX.XXXX, prihlásený k trvalému pobytu v meste Nitra, t.č. Ústav na výkon trestu odňatia slobody, poštový priečinok 72, 918 65 Hrnčiarovce nad Parnou, proti odporkyni: Sociálna poisťovňa - ústredie, Ul. 29. augusta 8, 813 63 Bratislava, o náhradu škody, takto r o z h o d o l : Krajský súd v Bratislave p o s t u p u j e vec vecne a miestne príslušnému Okresnému súdu Bratislava I. o d ô v o d n e n i e : Dňa 20.07.2015 bola konajúcemu Krajskému súdu v Bratislave doručená žaloba navrhovateľa, doplnená podaním doručeným súdu dňa 21.08.2015, ktorou sa domáhal náhrady škody v peniazoch titulom nesprávneho vykonávania zrážok z dôchodku odporkyňou. Podľa ustanovenia § 103 O.s.p. v spojení s ustanovením § 246c ods. 1 O.s.p. kedykoľvek za konania prihliada súd na to, či sú splnené podmienky, za ktorých môže konať vo veci (podmienky konania). Podľa ustanovenia § 11 ods. 1 O.s.p. konanie sa uskutočňuje na tom súde, ktorý je vecne a miestne príslušný. Príslušnosť sa určuje podľa okolností, ktoré tu sú v čase začatia konania, a trvá až do jeho skončenia. Podľa ustanovenia § 9 ods. 1 O.s.p. na konanie v prvom stupni sú zásadne príslušné okresné súdy. Podľa ustanovenia § 80 písm. b) O.s.p. návrhom na začatie konania možno uplatniť, aby sa rozhodlo najmä o splnení povinnosti, ktorá vyplýva zo zákona, z právneho vzťahu alebo z porušenia práva. Podľa ustanovenia § 244 ods. 1 O.s.p. v správnom súdnictve preskúmavajú súdy na základe žalôb alebo opravných prostriedkov zákonnosť rozhodnutí a postupov orgánov verejnej správy. Podľa ustanovenia § 84 O.s.p. na konanie je príslušný všeobecný súd účastníka, proti ktorému návrh smeruje (odporca), ak nie je ustanovené inak. Podľa ustanovenia § 85 ods. 2 O.s.p. všeobecným súdom právnickej osoby je súd, v obvode ktorého má právnická osoba sídlo. Podľa ustanovenia § 250d ods. 2 O.s.p. v spojení s ustanovením § 250l ods. 2 O.s.p. ak predseda senátu zistí, že súd nie je vecne alebo miestne príslušný, postúpi vec uznesením príslušnému súdu. Nakoľko si navrhovateľ podaným návrhom uplatňuje nárok na náhradu škody v peniazoch a nedomáha sa preskúmania konkrétneho rozhodnutia alebo postupu, súd v súlade s vyššie citovanými zákonnými ustanoveniami s poukazom na to, že v danej veci je všeobecným súdom Okresný súd Bratislava I postúpil tomuto vec ako súdu vecne a miestne príslušnému. Poučenie: Proti tomuto uzneseniu odvolanie nie je prípustné.</w:t>
      </w:r>
    </w:p>
    <w:p/>
    <w:p>
      <w:r>
        <w:t>Zdroj: KAUZIS.SK – https://www.kauzis.sk/judikatura/r/ECLI:SK:KSBA:2015:1015201178.1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