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6S/183/2015 z 5. 10. 2015</w:t>
      </w:r>
    </w:p>
    <w:p>
      <w:r>
        <w:t>Uznesenie Krajského súdu Bratislava z 5. októbra 2015, sp. zn. 6S/183/2015, ECLI:SK:KSBA:2015:1015201252.1</w:t>
      </w:r>
    </w:p>
    <w:p>
      <w:r>
        <w:t>Súd: Krajský súd Bratislava</w:t>
      </w:r>
    </w:p>
    <w:p>
      <w:r>
        <w:t>Spisová značka: 6S/183/2015</w:t>
      </w:r>
    </w:p>
    <w:p>
      <w:r>
        <w:t>ECLI: ECLI:SK:KSBA:2015:1015201252.1</w:t>
      </w:r>
    </w:p>
    <w:p>
      <w:r>
        <w:t>Dátum vydania: 5. 10. 2015</w:t>
      </w:r>
    </w:p>
    <w:p>
      <w:r>
        <w:t>Forma: Uznesenie</w:t>
      </w:r>
    </w:p>
    <w:p>
      <w:pPr>
        <w:pStyle w:val="Heading2"/>
      </w:pPr>
      <w:r>
        <w:t>Text rozhodnutia</w:t>
      </w:r>
    </w:p>
    <w:p>
      <w:r>
        <w:t>Súd: Krajský súd Bratislava Spisová značka: 6S/183/2015 Identifikačné číslo súdneho spisu: 1015201252 Dátum vydania rozhodnutia: 06. 10. 2015 Meno a priezvisko sudcu, VSÚ: JUDr. Soňa Langová ECLI: ECLI:SK:KSBA:2015:1015201252.1 Uznesenie Krajský súd v Bratislave v právnej veci žalobcu: Technická univerzita v Košiciach, IČO: 00 397 610, so sídlom Letná 9, 042 00 Košice, právne zastúpený: JUDr. Katarínou Brunckovou, PhD., advokátkou a konateľkou AK Winton, s.r.o., so sídlom Šoltésovej 12, 811 08 Bratislava, proti žalovanému v I. rade: Ministerstvo školstva, vedy, výskumu a športu Slovenskej republiky, so sídlom Stromová 1, 813 30 Bratislava a v II. rade: Výskumná agentúra, so sídlom Hanulová 5/B, 841 01 Bratislava, v konaní o preskúmanie zákonnosti rozhodnutia žalovaného a o odklade vykonateľnosti, takto r o z h o d o l : Krajský súd o d k l a d á vykonateľnosť rozhodnutia žalovaného a to Správu o zistenej nezrovnalosti č. N21501044/S01 zo dňa 05.06.2015 v spojení so Žiadosťou o vrátenie finančných prostriedkov č. 26220220064/Z01 zo dňa 05.06.2015, v časti, ktorou bola žalobcovi uložená povinnosť vrátiť poskytnutý príspevok vo výške 181 903,52 eur do 29.07.2015, a to až do nadobudnutia právoplatnosti rozhodnutia súdu vo veci samej. o d ô v o d n e n i e : Žalobca sa žalobou, doručenou Krajskému súdu v Bratislave dňa 29.07.2015, domáhal preskúmania zákonnosti rozhodnutia žalovaného - Správy o zistenej nezrovnalosti č. N21501044/S01 zo dňa 05.06.2015 v spojení so Žiadosťou o vrátenie finančných prostriedkov č. 26220220064/Z01 zo dňa 05.06.2015, ktorým bola žalobcovi v zmysle Zmluvy o poskytnutí nenávratného finančného príspevku č. 062/2010/2.2/OPVaV na projekt s názvom ,,Centrum výskumu účinnosti integrácie kombinovaných systémov obnoviteľných zdrojov energií“ ITMS kód projektu: 26220220064, určená povinnosť vrátiť poskytnuté finančné prostriedky v lehote do 29.07.2015 (vyčíslené v sume 181 903,52 eur). Žalobca sa domáhal odkladu vykonateľnosti z toho titulu, že postup žalovaného správneho orgánu v podobe vymáhania finančnej čiastky uvedenej v Žiadosti o vrátenie finančných prostriedkov, predstavuje pre žalobcu značnú finančnú položku, ktorú žalobca nemohol predvídať a na úradu ktorej by bol žalobca nútený vziať si úver, čo by následne ohrozilo bežný chod a existenciu žalobcu ako inštitúciu pôsobiacu vo verejnom záujme ako takú, a to najmä vo vzťahu k samotným študentom.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https://www.kauzis.sk/judikatura/r/ECLI:SK:KSBA:2015:1015201252.1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