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6S/189/2015 z 25. 10. 2015</w:t>
      </w:r>
    </w:p>
    <w:p>
      <w:r>
        <w:t>Uznesenie Krajského súdu Bratislava z 25. októbra 2015, sp. zn. 6S/189/2015, ECLI:SK:KSBA:2015:1015201287.1</w:t>
      </w:r>
    </w:p>
    <w:p>
      <w:r>
        <w:t>Súd: Krajský súd Bratislava</w:t>
      </w:r>
    </w:p>
    <w:p>
      <w:r>
        <w:t>Spisová značka: 6S/189/2015</w:t>
      </w:r>
    </w:p>
    <w:p>
      <w:r>
        <w:t>ECLI: ECLI:SK:KSBA:2015:1015201287.1</w:t>
      </w:r>
    </w:p>
    <w:p>
      <w:r>
        <w:t>Dátum vydania: 25.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6S/189/2015 Identifikačné číslo súdneho spisu: 1015201287 Dátum vydania rozhodnutia: 26. 10. 2015 Meno a priezvisko sudcu, VSÚ: JUDr. Soňa Langová ECLI: ECLI:SK:KSBA:2015:1015201287.1 Uznesenie Krajský súd v Bratislave v právnej veci žalobcu: Dream One Investment, s.r.o. so sídlom Tatranská 8, 010 08 Žilina, právne zastúpený: Mgr. Soňa Grošaftová, advokátka so sídlom Makovického 7, 010 01 Žilina, proti žalovanému: Ministerstvo vnútra SR so sídlom Pribinova 2, 812 72 Bratislava, o preskúmanie zákonnosti rozhodnutia žalovaného č. KM-OLVS-18/2015/RK zo dňa 27.5.2015 a o odklade vykonateľnosti, takto r o z h o d o l : Krajský súd v Bratislave o d k l a d á vykonateľnosť rozhodnutia žalovaného č. KM-OLVS-18/2015/RK zo dňa 27.5.2015, a to až do nadobudnutia právoplatnosti rozhodnutia súdu vo veci samej. o d ô v o d n e n i e : Žalobca sa žalobou podanou Krajskému súdu v Bratislave dňa 3.8.2015 domáhal preskúmania zákonnosti rozhodnutia žalovaného č. KM-OLVS-18/2015/RK zo dňa 27.5.2015. Žalobca spolu s podanou žalobou žiadal o odklad vykonateľnosti, nakoľko prvostupňový správny orgán rozhodnutím č. PPZ-NKA-FSJ2-14-030/2014 zo dňa 30.1.2015 uložil žalobcovi pokutu vo výške 20.000,- € podľa § 33 ods. 1 písm. a) b) a c) zákona č. 297/2008 Z.z. o ochrane pre legalizáciou príjmov z trestnej činnosti a o ochrane pred financovaním terorizmu v platnom znení za porušenie súhrnu povinností. Žalobca uviedol, že zaplatenie pokuty je pre neho likvidačné a po jej zaplatení môže ukončiť svoju podnikateľskú činnosť. Hrozbu závažnej ujmy vidí žalobca v tom, že rozhodnutia správnych orgánov zasahujú neprimerane do práv a právom chránených záujmov žalobcu, pričom v prípade vykonateľnosti hrozí žalobcovi značný zásah do jeho hospodárskej a majetkovej sféry.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za opodstatnené,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https://www.kauzis.sk/judikatura/r/ECLI:SK:KSBA:2015:1015201287.1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