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1S/190/2015 z 9. 9. 2015</w:t>
      </w:r>
    </w:p>
    <w:p>
      <w:r>
        <w:t>Uznesenie Krajského súdu Bratislava z 9. septembra 2015, sp. zn. 1S/190/2015, ECLI:SK:KSBA:2015:1015201292.1</w:t>
      </w:r>
    </w:p>
    <w:p>
      <w:r>
        <w:t>Súd: Krajský súd Bratislava</w:t>
      </w:r>
    </w:p>
    <w:p>
      <w:r>
        <w:t>Spisová značka: 1S/190/2015</w:t>
      </w:r>
    </w:p>
    <w:p>
      <w:r>
        <w:t>ECLI: ECLI:SK:KSBA:2015:1015201292.1</w:t>
      </w:r>
    </w:p>
    <w:p>
      <w:r>
        <w:t>Dátum vydania: 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1S/190/2015 Identifikačné číslo súdneho spisu: 1015201292 Dátum vydania rozhodnutia: 10. 09. 2015 Meno a priezvisko sudcu, VSÚ: JUDr. Monika Valašíková PhD. ECLI: ECLI:SK:KSBA:2015:1015201292.1 Uznesenie Krajský súd v Bratislave v právnej veci žalobcu: VOLMAX, s.r.o., IČO: 45 342 555, Ibrányiho 1255/28, 077 01 Kráľovský Chlmec, zastúpený: JUDr. Peter Pandy, advokát, L. Kossutha 99, 077 01 Kráľovský Chlmec, proti žalovanému: Finančné riaditeľstvo Slovenskej republiky, Lazovná 63, 974 01 Banská Bystrica, o preskúmanie zákonnosti rozhodnutia č. 1100303/1/216441/2015/5081 zo dňa 27.05.2015, takto r o z h o d o l : Krajský súd v Bratislave p o s t u p u j e vec Krajskému súdu v Košiciach. o d ô v o d n e n i e : Žalobou doručenou Krajskému súdu v Bratislave dňa 04.08.2015 sa žalobca domáhal preskúmania zákonnosti rozhodnutia žalovaného č. 1100303/1/216441/2015/5081 zo dňa 27.05.2015, ktorým je orgán s pôsobnosťou pre celé územie Slovenskej republiky. Podľa § 103 O.s.p., kedykoľvek za konania prihliada súd na to, či sú splnené podmienky, za ktorých môže konať vo veci (podmienky konania). Podľa ust. § 11 ods. 1 O.s.p., konanie sa uskutočňuje na tom súde, ktorý je vecne a miestne príslušný. Príslušnosť sa určuje podľa okolností, ktoré tu sú v čase začatia konania a trvá až do jeho skončenia. Podľa § 104a ods. 1 O.s.p.,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Kráľovskom Chlmci, a preto jeho všeobecným súdom je Okresný súd v Trebišove určený podľa § 85 ods. 1 O.s.p., ktorý je v obvode Krajského súdu v Košiciach. Podľa § 250d ods. 2 O.s.p., ak predseda senátu zistí, že súd nie je vecne alebo miestne príslušný, postúpi vec uznesením príslušnému súdu. V uvedenej veci bolo zistené, že všeobecným súdom žalobcu je Okresný súd v Trebišove, ktorý je v obvode Krajského súdu v Košiciach a keďže ide o preskúmanie rozhodnutia žalovaného 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https://www.kauzis.sk/judikatura/r/ECLI:SK:KSBA:2015:1015201292.1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