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4Sp/72/2015 z 21. 9. 2015</w:t>
      </w:r>
    </w:p>
    <w:p>
      <w:r>
        <w:t>Uznesenie Krajského súdu Bratislava z 21. septembra 2015, sp. zn. 4Sp/72/2015, ECLI:SK:KSBA:2015:1015201300.1</w:t>
      </w:r>
    </w:p>
    <w:p>
      <w:r>
        <w:t>Súd: Krajský súd Bratislava</w:t>
      </w:r>
    </w:p>
    <w:p>
      <w:r>
        <w:t>Spisová značka: 4Sp/72/2015</w:t>
      </w:r>
    </w:p>
    <w:p>
      <w:r>
        <w:t>ECLI: ECLI:SK:KSBA:2015:1015201300.1</w:t>
      </w:r>
    </w:p>
    <w:p>
      <w:r>
        <w:t>Dátum vydania: 21. 9. 2015</w:t>
      </w:r>
    </w:p>
    <w:p>
      <w:r>
        <w:t>Forma: Uznesenie</w:t>
      </w:r>
    </w:p>
    <w:p>
      <w:pPr>
        <w:pStyle w:val="Heading2"/>
      </w:pPr>
      <w:r>
        <w:t>Text rozhodnutia</w:t>
      </w:r>
    </w:p>
    <w:p>
      <w:r>
        <w:t>Súd: Krajský súd Bratislava Spisová značka: 4Sp/72/2015 Identifikačné číslo súdneho spisu: 1015201300 Dátum vydania rozhodnutia: 22. 09. 2015 Meno a priezvisko sudcu, VSÚ: JUDr. Ľubomír Šramko ECLI: ECLI:SK:KSBA:2015:1015201300.1 Uznesenie Krajský súd v Bratislave v právnej veci navrhovateľa: F. P.. E. C., bytom N. XX, W. proti odporcovi: Centrum právnej pomoci so sídlom Námestie slobody 12, Bratislava v konaní o opravnom prostriedku navrhovateľa zo dňa 30.7.20154 proti rozhodnutiu odporcu Sp. zn.: 7862/2015-Kaba, ČRZ: 44817/2015 zo dňa 14.7.2015 takto r o z h o d o l : Krajský súd v Bratislave návrh o d m i e t a . Žiaden z účastníkov konania nemá právo na náhradu trov tohto konania. o d ô v o d n e n i e : Dňa 3.8.2015 bol konajúcemu Krajskému súdu v Bratislave (ďalej len súd) doručený návrh (opravný prostriedok) navrhovateľa proti rozhodnutiu odporcu Sp. zn.: 7862/2015-Kaba, ČRZ: 44817/2015 zo dňa 14.7.2015, ktorým odporca za použitia ust. § 29 zák. č. 71/1967 Zb. o správnom konaní (ďalej len „správny poriadok“) konanie o nároku navrhovateľa vo veci jeho žiadosti o poskytnutie právnej pomoci z 15.6.2015 prerušil. Súčasne uložil navrhovateľovi v lehote 20 dní odstrániť nedostatky podania, ktoré vo výroku napadnutého rozhodnutia aj špecifikoval. Proti tomuto rozhodnutiu podal navrhovateľ odvolanie, datované 30.7.2015. Odporca navrhol vo svojom vyjadrení z 26.8.2015 návrh odmietnuť z dôvodu, že napadnuté rozhodnutie nepodlieha súdnemu prieskumu a súčasne že voči nemu zákon nepripúšťa odvolanie. Podľa ust. § 25 ods. 1 zák. č. 327/2005 Z.z. poskytovaní právnej pomoci osobám v materiálnej núdzi a o zmene a doplnení zákona č. 586/2003 Z. z.o advokácii a o zmene a doplnení zákona č. 455/1991 Zb. o živnostenskom podnikaní (živnostenský zákon) v znení neskorších predpisov v znení zákona č. 8/2005 Z.z. (ďalej len „zákon o poskytovaní právnej pomoci“) na konanie o nároku na poskytnutie právnej pomoci a o súvisiacich nárokoch podľa tohto zákona sa vzťahuje všeobecný predpis o správnom konaní. Podľa ust.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Podľa ust. § 29 ods. 3 správneho poriadku proti rozhodnutiu o prerušení konania sa nemožno odvolať. Podľa ust. § 250l ods. 1 Občianskeho súdneho poriadku (ďalej len „O.s.p.“) podľa ustanovení tejto hlavy sa postupuje v prípadoch, v ktorých zákon zveruje súdom rozhodovanie o opravných prostriedkoch proti neprávoplatným rozhodnutiam správnych orgánov.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je zrejmé z obsahu napadnutého rozhodnutia, ako aj z administratívneho spisu odporcu, tento konajúc o žiadosti navrhovateľa o poskytnutie právnej pomoci datovanej 15.6.2015, napadnutým rozhodnutím toto konanie prerušil s poukazom na ust. § 29 správneho poriadku. Súčasne vyzval navrhovateľa, aby v lehote 20 dní od doručenia napadnutého rozhodnutia odstránil nedostatky svojho podania (žiadosti o poskytnutie právnej pomoci), pričom súčasne označil v akom smere má byť podanie doplnené. V rámci poučenia, ktoré napadnuté rozhodnutie obsahuje, navrhovateľa o. i. poučil, že voči tomuto rozhodnutiu odvolanie prípustné nie je. Rozhodnutie o prerušení konania je rozhodnutím procesného charakteru, voči ktorému správny poriadok v jeho ust. § 29 ods. 3 nepripúšťa opravný prostriedok. Súd poznamenáva, že aplikácia cit. ust. § 29 ods. 3 správneho poriadku vyplýva z ust. § 25 ods. 1 zákona o poskytovaní právnej pomoci. Ako to je zrejmé, navrhovateľ i napriek tomu, že voči rozhodnutiu o prerušení správneho konania (o žiadosti navrhovateľa o poskytnutí právnej pomoci) nie je odvolanie prípustné o ktorej skutočnosti bol navrhovateľ riadne poučený, podal voči nemu opravný prostriedok - odvolanie datované 30.7.2015. Pretože navrhovateľ podal opravný prostriedok - odvolanie voči rozhodnutiu odporcu voči ktorému však správny poriadok opravný prostriedok nepripúšťa, súd s poukazom na ust. § 250p O.s.p. tento opravný prostriedok odmietol.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https://www.kauzis.sk/judikatura/r/ECLI:SK:KSBA:2015:1015201300.1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