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2S/178/2015 z 26. 8. 2015</w:t>
      </w:r>
    </w:p>
    <w:p>
      <w:r>
        <w:t>Uznesenie Krajského súdu Bratislava z 26. augusta 2015, sp. zn. 2S/178/2015, ECLI:SK:KSBA:2015:1015201344.1</w:t>
      </w:r>
    </w:p>
    <w:p>
      <w:r>
        <w:t>Súd: Krajský súd Bratislava</w:t>
      </w:r>
    </w:p>
    <w:p>
      <w:r>
        <w:t>Spisová značka: 2S/178/2015</w:t>
      </w:r>
    </w:p>
    <w:p>
      <w:r>
        <w:t>ECLI: ECLI:SK:KSBA:2015:1015201344.1</w:t>
      </w:r>
    </w:p>
    <w:p>
      <w:r>
        <w:t>Dátum vydania: 26.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2S/178/2015 Identifikačné číslo súdneho spisu: 1015201344 Dátum vydania rozhodnutia: 27. 08. 2015 Meno a priezvisko sudcu, VSÚ: JUDr. Vlastimil Pavlikovský ECLI: ECLI:SK:KSBA:2015:1015201344.1 Uznesenie Krajský súd v Bratislave v právnej veci žalobcu: O2 Slovakia, s.r.o., IČO: 35 848 863, Einsteinova 24, Bratislava, zastúpený: Allen &amp; Overy Bratislava, s.r.o., advokátska kancelária, Eurovea Central 1, Pribinova 4, Bratislava, proti žalovanému: Úrad pre reguláciu elektronických komunikácií a poštových služieb, Továrenská 7, P.O. BOX 40, Bratislava 24, o preskúmanie zákonnosti rozhodnutia žalovaného č. 197/PÚ/2015 zo dňa 09.07.2015, takto r o z h o d o l : Krajský súd v Bratislave p o s t u p u j e vec Najvyššiemu súdu Slovenskej republiky. o d ô v o d n e n i e : Žalobou doručenou Krajskému súdu v Bratislave dňa 11.08.2015 sa žalobca domáha preskúmania zákonnosti rozhodnutia žalovaného č. 197/PÚ/2015 zo dňa 09.07.2015, ktorým žalovaný zmenil prvostupňové rozhodnutie Úradu pre reguláciu elektronických komunikácií a poštových služieb č. 661/OTR/2015 zo dňa 25.03.2015 o nariadení predbežného opatrenia v správnom konaní vedenom žalovaným pod č. 8/OTR/2015 o riešení sporu podľa § 77 zákona č. 351/2011 Z. z. o elektronických komunikáciách v znení neskorších predpisov medzi účastníkmi konania: SWAN, a.s., Borská 6, Bratislava a žalobcom nasledovne: „Spoločnosť O2 je podľa § 77 zákona o elektronických komunikáciách v spojení s § 43 ods. 1 správneho poriadku povinná na žiadosť spoločnosti SWAN začať tejto poskytovať národný roaming na siete spoločnosti O2 používajúce frekvencie z frekvenčných pásiem 900 MHz a 1800 MHz takým spôsobom, aby koncoví užívatelia spoločnosti SWAN mali zabezpečený rovnaký rozsah a rovnakú kvalitu elektronických komunikačných služieb poskytovaných na frekvenčných pásmach 900 MHz a 1800 MHz ako koncoví užívatelia spoločnosti O2, a to až do nadobudnutia právoplatnosti rozhodnutia vo veci samej.“ Podľa § 246 ods. 1 O.s.p., na preskúmavanie rozhodnutí a postupov sú príslušné krajské súdy, pokiaľ zákon neustanovuje inak. Podľa § 246 ods. 2 písm. a) O.s.p., Najvyšší súd Slovenskej republiky je vecne príslušný na preskúmanie rozhodnutí a postupu ústredných orgánov štátnej správy a iných orgánov s pôsobnosťou pre celé územie Slovenskej republiky, ak to ustanoví zákon. Podľa § 67 ods. 4 zákona č. 324/2011 Z. z. o poštových službách a o zmene a doplnení niektorých zákonov v znení neskorších predpisov (ďalej aj len „zákon č. 324/2011 Z. z.“), na preskúmanie rozhodnutí a postupov úradu je vecne príslušný Najvyšší súd Slovenskej republiky. Z § 67 ods. 4 zákona č. 324/2011 Z. z. vyplýva, že na preskúmanie zákonnosti rozhodnutia a postupu Úradu pre reguláciu elektronických komunikácií a poštových služieb je vecne príslušný Najvyšší súd Slovenskej republiky. Nakoľko v uvedenej veci bolo zistené, že Krajský súd v Bratislave nie je vecne príslušným na konanie v predmetnej veci, vec bude po právoplatnosti tohto uznesenia postúpená Najvyššiemu súdu Slovenskej republiky. Poučenie: Proti tomuto uzneseniu nie je prípustné odvolanie.</w:t>
      </w:r>
    </w:p>
    <w:p/>
    <w:p>
      <w:r>
        <w:t>Zdroj: KAUZIS.SK – https://www.kauzis.sk/judikatura/r/ECLI:SK:KSBA:2015:1015201344.1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