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10Sd/91/2015 z 29. 9. 2015</w:t>
      </w:r>
    </w:p>
    <w:p>
      <w:r>
        <w:t>Uznesenie Krajského súdu Bratislava z 29. septembra 2015, sp. zn. 10Sd/91/2015, ECLI:SK:KSBA:2015:1015201347.1</w:t>
      </w:r>
    </w:p>
    <w:p>
      <w:r>
        <w:t>Súd: Krajský súd Bratislava</w:t>
      </w:r>
    </w:p>
    <w:p>
      <w:r>
        <w:t>Spisová značka: 10Sd/91/2015</w:t>
      </w:r>
    </w:p>
    <w:p>
      <w:r>
        <w:t>ECLI: ECLI:SK:KSBA:2015:1015201347.1</w:t>
      </w:r>
    </w:p>
    <w:p>
      <w:r>
        <w:t>Dátum vydania: 29.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10Sd/91/2015 Identifikačné číslo súdneho spisu: 1015201347 Dátum vydania rozhodnutia: 30. 09. 2015 Meno a priezvisko sudcu, VSÚ: JUDr. Beata Jurgošová ECLI: ECLI:SK:KSBA:2015:1015201347.1 Uznesenie Krajský súd v Bratislave v právnej veci navrhovateľa H. T., bytom E. X, U., proti odporkyni Sociálnej poisťovni ústredie, Ul. 29. augusta č. 8, Bratislava, o dátum priznania predčasného starobného dôchodku, takto r o z h o d o l : Súd konanie z a s t a v u j e . Žiaden z účastníkov nemá právo na náhradu trov konania. o d ô v o d n e n i e : Navrhovateľ svojím návrhom zo dňa 9.6.2015 žiadal preskúmať rozhodnutie odporkyne číslo XXX XXX XXXX X zo dňa 27. mája 2015, ktorým odporkyňa od 3. mája 2015 priznala predčasný starobný dôchodok v sume 478,50 eur mesačne. Rozhodnutím číslo XXX XXX XXXX X zo dňa 7. septembra 2015 odporkyňa podľa § 67 ods. 1 a § 82 zákona č. 461/2003 Z. z. o sociálnom poistení v znení neskorších predpisov navrhovateľovi od 6. mája 2015 priznala predčasný starobný dôchodok v sume 481 eur mesačne. Odporkyňa vydala rozhodnutie číslo XXX XXX XXXX X zo dňa 9.9.2015, ktorým podľa § 112 ods. 1 zákona č. 461/2003 Z.z. zrušila napadnuté rozhodnutie číslo XXX XXX XXXX X zo dňa 27. mája 2015 o priznaní predčasného starobného dôchodku, pretože bolo nesprávne vydané, čím navrhovateľovi celkom vyhovela. Súd podľa § 250o O.s.p. konanie zastavil. O trovách konania súd rozhodol podľa § 246c a § 146 ods. 1 písm. c) O.s.p. Poučenie: 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https://www.kauzis.sk/judikatura/r/ECLI:SK:KSBA:2015:1015201347.1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