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8Sd/99/2015 z 7. 9. 2015</w:t>
      </w:r>
    </w:p>
    <w:p>
      <w:r>
        <w:t>Uznesenie Krajského súdu Bratislava z 7. septembra 2015, sp. zn. 8Sd/99/2015, ECLI:SK:KSBA:2015:1015201471.1</w:t>
      </w:r>
    </w:p>
    <w:p>
      <w:r>
        <w:t>Súd: Krajský súd Bratislava</w:t>
      </w:r>
    </w:p>
    <w:p>
      <w:r>
        <w:t>Spisová značka: 8Sd/99/2015</w:t>
      </w:r>
    </w:p>
    <w:p>
      <w:r>
        <w:t>ECLI: ECLI:SK:KSBA:2015:1015201471.1</w:t>
      </w:r>
    </w:p>
    <w:p>
      <w:r>
        <w:t>Dátum vydania: 7.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8Sd/99/2015 Identifikačné číslo súdneho spisu: 1015201471 Dátum vydania rozhodnutia: 08. 09. 2015 Meno a priezvisko sudcu, VSÚ: JUDr. Peter Pospech ECLI: ECLI:SK:KSBA:2015:1015201471.1 Uznesenie Krajský súd v Bratislave v právnej veci navrhovateľa: D. U., M.. X.X.XXXX, Q. U. XXXX/X, XXX XX Q., proti odporkyni: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15.4.2012 žiadal preskúmať rozhodnutie odporkyne číslo XXX XXX XXXX X zo dňa 9.3.2015, ktorým odporkyňa znížila sumu invalidného dôchodku od 8.4.2015 na sumu 143,30 eur mesačne. Písomným prehlásením došlým súdu dňa 4.8.2015 navrhovateľ vzal späť návrh v celom rozsahu a žiadal konanie zastaviť.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https://www.kauzis.sk/judikatura/r/ECLI:SK:KSBA:2015:1015201471.1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