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10Scud/19/2015 z 17. 12. 2015</w:t>
      </w:r>
    </w:p>
    <w:p>
      <w:r>
        <w:t>Uznesenie Krajského súdu Bratislava z 17. decembra 2015, sp. zn. 10Scud/19/2015, ECLI:SK:KSBA:2015:1015201540.1</w:t>
      </w:r>
    </w:p>
    <w:p>
      <w:r>
        <w:t>Súd: Krajský súd Bratislava</w:t>
      </w:r>
    </w:p>
    <w:p>
      <w:r>
        <w:t>Spisová značka: 10Scud/19/2015</w:t>
      </w:r>
    </w:p>
    <w:p>
      <w:r>
        <w:t>ECLI: ECLI:SK:KSBA:2015:1015201540.1</w:t>
      </w:r>
    </w:p>
    <w:p>
      <w:r>
        <w:t>Dátum vydania: 17.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10Scud/19/2015 Identifikačné číslo súdneho spisu: 1015201540 Dátum vydania rozhodnutia: 18. 12. 2015 Meno a priezvisko sudcu, VSÚ: JUDr. Beata Jurgošová ECLI: ECLI:SK:KSBA:2015:1015201540.1</w:t>
      </w:r>
    </w:p>
    <w:p>
      <w:r>
        <w:t>Uznesenie Krajský súd v Bratislave v právnej veci navrhovateľky: V. T., bytom C. X/XX/X, XXXX P., M. M., proti odporkyni Sociálnej poisťovni ústredie, Ul. 29. augusta č. 8, Bratislava, o výplatu vdovského dôchodku, takto</w:t>
      </w:r>
    </w:p>
    <w:p>
      <w:r>
        <w:t>r o z h o d o l :</w:t>
      </w:r>
    </w:p>
    <w:p>
      <w:r>
        <w:t>Súd konanie z a s t a v u j e. Žiaden z účastníkov nemá právo na náhradu trov konania.</w:t>
      </w:r>
    </w:p>
    <w:p>
      <w:r>
        <w:t>o d ô v o d n e n i e :</w:t>
      </w:r>
    </w:p>
    <w:p>
      <w:r>
        <w:t>Navrhovateľka svojím návrhom zo dňa 21.8.2015 žiadala preskúmať rozhodnutie odporkyne číslo XXX XXX XXXX X zo dňa 21. júla 2015, ktorým jej odporkyňa od 1. septembra 2015 zastavila výplatu vdovského dôchodku.</w:t>
      </w:r>
    </w:p>
    <w:p>
      <w:r>
        <w:t>Odporkyňa vydala rozhodnutie číslo XXX XXX XXXX X zo dňa 19. 11. 2015, ktorým podľa § 74 ods. 2 a 3 a § 112 ods. 4 zákona č. 461/2003 Z. z. o sociálnom poistení v znení zákona č. 310/2006 Z. z. navrhovateľke uvoľnila výplatu vdovského dôchodku od 1. septembra 2015 v sume 179,10 eur mesačne, čím navrhovateľke bolo vyhovené v celom rozsahu.</w:t>
      </w:r>
    </w:p>
    <w:p>
      <w:r>
        <w:t>Súd podľa § 250o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https://www.kauzis.sk/judikatura/r/ECLI:SK:KSBA:2015:1015201540.1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