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8Scud/19/2015 z 6. 12. 2015</w:t>
      </w:r>
    </w:p>
    <w:p>
      <w:r>
        <w:t>Uznesenie Krajského súdu Bratislava z 6. decembra 2015, sp. zn. 8Scud/19/2015, ECLI:SK:KSBA:2015:1015201563.1</w:t>
      </w:r>
    </w:p>
    <w:p>
      <w:r>
        <w:t>Súd: Krajský súd Bratislava</w:t>
      </w:r>
    </w:p>
    <w:p>
      <w:r>
        <w:t>Spisová značka: 8Scud/19/2015</w:t>
      </w:r>
    </w:p>
    <w:p>
      <w:r>
        <w:t>ECLI: ECLI:SK:KSBA:2015:1015201563.1</w:t>
      </w:r>
    </w:p>
    <w:p>
      <w:r>
        <w:t>Dátum vydania: 6.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8Scud/19/2015 Identifikačné číslo súdneho spisu: 1015201563 Dátum vydania rozhodnutia: 07. 12. 2015 Meno a priezvisko sudcu, VSÚ: JUDr. Peter Pospech ECLI: ECLI:SK:KSBA:2015:1015201563.1</w:t>
      </w:r>
    </w:p>
    <w:p>
      <w:r>
        <w:t>Uznesenie Krajský súd v Bratislave v právnej veci navrhovateľa: E. S., Q.. XX. G. XXXX, U. XX N. D. U., XXXXX J., A.M. N., proti odporcovi: Sociálna poisťovňa - ústredie,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došlým dňa 07.05.2015 odporkyni SP - ústredie v Bratislave žiadal preskúmať rozhodnutie odporkyne číslo XXX XXX XXXX X zo dňa 18.03.2015, ktorým odporkyňa priznala invalidný dôchodok v sume 369,40 Eur mesačne od 08.10.2014.</w:t>
      </w:r>
    </w:p>
    <w:p>
      <w:r>
        <w:t>Písomným prehlásením došlým sociálnej poisťovni dňa 05.10.2015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https://www.kauzis.sk/judikatura/r/ECLI:SK:KSBA:2015:1015201563.1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