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1S/244/2015 z 28. 10. 2015</w:t>
      </w:r>
    </w:p>
    <w:p>
      <w:r>
        <w:t>Uznesenie Krajského súdu Bratislava z 28. októbra 2015, sp. zn. 1S/244/2015, ECLI:SK:KSBA:2015:1015201716.2</w:t>
      </w:r>
    </w:p>
    <w:p>
      <w:r>
        <w:t>Súd: Krajský súd Bratislava</w:t>
      </w:r>
    </w:p>
    <w:p>
      <w:r>
        <w:t>Spisová značka: 1S/244/2015</w:t>
      </w:r>
    </w:p>
    <w:p>
      <w:r>
        <w:t>ECLI: ECLI:SK:KSBA:2015:1015201716.2</w:t>
      </w:r>
    </w:p>
    <w:p>
      <w:r>
        <w:t>Dátum vydania: 28.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1S/244/2015 Identifikačné číslo súdneho spisu: 1015201716 Dátum vydania rozhodnutia: 29. 10. 2015 Meno a priezvisko sudcu, VSÚ: JUDr. Monika Valašíková PhD. ECLI: ECLI:SK:KSBA:2015:1015201716.2 Uznesenie Krajský súd v Bratislave v právnej veci žalobcu: UNIVERSAL McCANN Bratislava spol. s r.o. so sídlom ul. Dr. Vladimíra Clementisa 10/3222, 821 02 Bratislava, IČO: 35 809 035, právne zastúpený: advokátska kancelária SOUKENÍK - ŠTRPKA, s.r.o. so sídlom Šoltésovej 14, 811 08 Bratislava, proti žalovanému: Úrad pre verejné obstarávanie, Dunajská 68, P.O.BOX 58, 820 04 Bratislava, za účasti: Ministerstvo dopravy, výstavby a regionálneho rozvoja Slovenskej republiky, Námestie slobody 6, 810 05 Bratislava, o návrhu na odklad vykonateľnosti rozhodnutia žalovaného č. 12965-6000/2015-ON/215 zo dňa 01.10.2015, takto r o z h o d o l : Krajský súd v Bratislave o d k l a d á vykonateľnosť rozhodnutia žalovaného č. 12965-6000/2015- ON/215 zo dňa 01.10.2015 až do právoplatného rozhodnutia súdu vo veci samej. o d ô v o d n e n i e : Žalobca sa žalobou doručenou tunajšiemu súdu dňa 15.10.2015 domáhal preskúmania zákonnosti rozhodnutia žalovaného č. 12965-6000/2015-ON/215 zo dňa 01.10.2015. Žalobca zároveň požiadal súd o odklad vykonateľnosti uvedeného rozhodnutia žalovaného. Ako dôvod tejto žiadosti uviedol, že v dôsledku zastavenia konania o námietkach bolo navrhovateľovi upreté právo domáhať sa revízie zákonnosti postupu verejného obstarávania. Vykonateľnosť rozhodnutia umožňuje verejnému obstarávateľovi bezodkladne uzavrieť zmluvu s úspešným uchádzačom, čo bude mať za následok realizáciu plnení na základe tejto zmluvy, pričom odplata za služby poskytované na základe zmluvy má byť hradená sčasti z prostriedkov štátneho rozpočtu a sčasti z prostriedkov EÚ. Žalobca sa domnieva, že mu bezprostredne hrozí ujma v podobe škody zodpovedajúcemu ušlému zisku, na ktorý by mal v prípade uzavretia zmluvy nárok. Má za to, že posúdenie zákonnosti postupu pri predmetnom verejnom obstarávaní je prioritné. Podľa § 250c veta druhá OSP,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https://www.kauzis.sk/judikatura/r/ECLI:SK:KSBA:2015:1015201716.2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