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8Sd/116/2015 z 22. 10. 2015</w:t>
      </w:r>
    </w:p>
    <w:p>
      <w:r>
        <w:t>Uznesenie Krajského súdu Bratislava z 22. októbra 2015, sp. zn. 8Sd/116/2015, ECLI:SK:KSBA:2015:1015201722.1</w:t>
      </w:r>
    </w:p>
    <w:p>
      <w:r>
        <w:t>Súd: Krajský súd Bratislava</w:t>
      </w:r>
    </w:p>
    <w:p>
      <w:r>
        <w:t>Spisová značka: 8Sd/116/2015</w:t>
      </w:r>
    </w:p>
    <w:p>
      <w:r>
        <w:t>ECLI: ECLI:SK:KSBA:2015:1015201722.1</w:t>
      </w:r>
    </w:p>
    <w:p>
      <w:r>
        <w:t>Dátum vydania: 22.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8Sd/116/2015 Identifikačné číslo súdneho spisu: 1015201722 Dátum vydania rozhodnutia: 23. 10. 2015 Meno a priezvisko sudcu, VSÚ: JUDr. Peter Pospech ECLI: ECLI:SK:KSBA:2015:1015201722.1 Uznesenie Krajský súd v Bratislave v právnej veci navrhovateľky: E. S., nar. XX.XX.XXXX, T. XXX/X, XXX XX E.R. S. T., proti odporkyni: Sociálna poisťovňa - ústredie, Ul. 29. augusta 8, 813 63 Bratislava, o sirotský dôchodok, takto r o z h o d o l : Krajský súd v Bratislave p o s t u p u j e vec miestne príslušnému Krajskému súdu v Žiline. o d ô v o d n e n i e : Dňa 15.10.2015 bol konajúcemu Krajskému súdu v Bratislave doručený návrh na preskúmanie rozhodnutia odporkyne č. XXX XXX XXXX 0 zo dňa 14.08.2015. Z obsahu spisu vyplýva, že navrhovateľka má trvalé bydlisko na adrese T. XXX/X, XXX XX E. S. T..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navrhovateľky vecne a miestne príslušný Krajský súd v Žiline, súd rozhodol tak ako je uvedené vo výrokovej časti tohto uznesenia. Po právoplatnosti uznesenia bude spis zaslaný miestne príslušnému Krajskému súdu v Žiline, ktorý vec prejedná a rozhodne v merite veci. Poučenie: Proti tomuto uzneseniu odvolanie nie je prípustné.</w:t>
      </w:r>
    </w:p>
    <w:p/>
    <w:p>
      <w:r>
        <w:t>Zdroj: KAUZIS.SK – https://www.kauzis.sk/judikatura/r/ECLI:SK:KSBA:2015:1015201722.1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