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8Sd/117/2015 z 26. 10. 2015</w:t>
      </w:r>
    </w:p>
    <w:p>
      <w:r>
        <w:t>Uznesenie Krajského súdu Bratislava z 26. októbra 2015, sp. zn. 8Sd/117/2015, ECLI:SK:KSBA:2015:1015201753.1</w:t>
      </w:r>
    </w:p>
    <w:p>
      <w:r>
        <w:t>Súd: Krajský súd Bratislava</w:t>
      </w:r>
    </w:p>
    <w:p>
      <w:r>
        <w:t>Spisová značka: 8Sd/117/2015</w:t>
      </w:r>
    </w:p>
    <w:p>
      <w:r>
        <w:t>ECLI: ECLI:SK:KSBA:2015:1015201753.1</w:t>
      </w:r>
    </w:p>
    <w:p>
      <w:r>
        <w:t>Dátum vydania: 26.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8Sd/117/2015 Identifikačné číslo súdneho spisu: 1015201753 Dátum vydania rozhodnutia: 27. 10. 2015 Meno a priezvisko sudcu, VSÚ: JUDr. Peter Pospech ECLI: ECLI:SK:KSBA:2015:1015201753.1</w:t>
      </w:r>
    </w:p>
    <w:p>
      <w:r>
        <w:t>Uznesenie Krajský súd v Bratislave v právnej veci navrhovateľa: F. Q., nar. XX.XX.XXXX, bytom K. XXX/XX, XXX XX Z.,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30.04.2015 žiadal preskúmať rozhodnutie odporkyne číslo XXX XXX XXXX X zo dňa 08.04.2015, ktorým mu bol znížený invalidný dôchodok odo dňa 04.05.2015 na sumu 198,40 Eur mesačne.</w:t>
      </w:r>
    </w:p>
    <w:p>
      <w:r>
        <w:t>Na posúdení zdravotného stavu dňa 06.08.2015 navrhovateľ uviedol, že opravný prostriedok berie späť a žiada konanie zastaviť.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https://www.kauzis.sk/judikatura/r/ECLI:SK:KSBA:2015:1015201753.1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