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10Sd/122/2015 z 16. 12. 2015</w:t>
      </w:r>
    </w:p>
    <w:p>
      <w:r>
        <w:t>Uznesenie Krajského súdu Bratislava z 16. decembra 2015, sp. zn. 10Sd/122/2015, ECLI:SK:KSBA:2015:1015201810.1</w:t>
      </w:r>
    </w:p>
    <w:p>
      <w:r>
        <w:t>Súd: Krajský súd Bratislava</w:t>
      </w:r>
    </w:p>
    <w:p>
      <w:r>
        <w:t>Spisová značka: 10Sd/122/2015</w:t>
      </w:r>
    </w:p>
    <w:p>
      <w:r>
        <w:t>ECLI: ECLI:SK:KSBA:2015:1015201810.1</w:t>
      </w:r>
    </w:p>
    <w:p>
      <w:r>
        <w:t>Dátum vydania: 16.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10Sd/122/2015 Identifikačné číslo súdneho spisu: 1015201810 Dátum vydania rozhodnutia: 17. 12. 2015 Meno a priezvisko sudcu, VSÚ: JUDr. Beata Jurgošová ECLI: ECLI:SK:KSBA:2015:1015201810.1</w:t>
      </w:r>
    </w:p>
    <w:p>
      <w:r>
        <w:t>Uznesenie Krajský súd v Bratislave v právnej veci navrhovateľky: H. C., bytom R. XXXX/X, H.,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15.6.2015 žiadala preskúmať rozhodnutie odporkyne číslo XXX XXX XXXX X zo dňa 13. mája 2015, ktorým odporkyňa odňala invalidný dôchodok od 18. júna 2015.</w:t>
      </w:r>
    </w:p>
    <w:p>
      <w:r>
        <w:t>Písomným prehlásením zo dňa 26.11.2015 navrhovateľka vzala späť návrh v celom rozsahu.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https://www.kauzis.sk/judikatura/r/ECLI:SK:KSBA:2015:1015201810.1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