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4Sp/118/2015 z 10. 11. 2015</w:t>
      </w:r>
    </w:p>
    <w:p>
      <w:r>
        <w:t>Uznesenie Krajského súdu Bratislava z 10. novembra 2015, sp. zn. 4Sp/118/2015, ECLI:SK:KSBA:2015:1015201812.1</w:t>
      </w:r>
    </w:p>
    <w:p>
      <w:r>
        <w:t>Súd: Krajský súd Bratislava</w:t>
      </w:r>
    </w:p>
    <w:p>
      <w:r>
        <w:t>Spisová značka: 4Sp/118/2015</w:t>
      </w:r>
    </w:p>
    <w:p>
      <w:r>
        <w:t>ECLI: ECLI:SK:KSBA:2015:1015201812.1</w:t>
      </w:r>
    </w:p>
    <w:p>
      <w:r>
        <w:t>Dátum vydania: 10. 11. 2015</w:t>
      </w:r>
    </w:p>
    <w:p>
      <w:r>
        <w:t>Forma: Uznesenie</w:t>
      </w:r>
    </w:p>
    <w:p>
      <w:r>
        <w:t>Oblasť práva: Správne právo</w:t>
      </w:r>
    </w:p>
    <w:p>
      <w:pPr>
        <w:pStyle w:val="Heading2"/>
      </w:pPr>
      <w:r>
        <w:t>Text rozhodnutia</w:t>
      </w:r>
    </w:p>
    <w:p>
      <w:r>
        <w:t>Súd: Krajský súd Bratislava Spisová značka: 4Sp/118/2015 Identifikačné číslo súdneho spisu: 1015201812 Dátum vydania rozhodnutia: 11. 11. 2015 Meno a priezvisko sudcu, VSÚ: JUDr. Ľubomír Šramko ECLI: ECLI:SK:KSBA:2015:1015201812.1 Uznesenie Krajský súd v Bratislave v právnej veci navrhovateľa: S. Q. B., narodeného XX.X.XXXX, štátneho príslušníka Sýrskej arabskej republiky, naposledy s miestom pobytu v Útvare policajného zaistenia Medveďov, aktuálne na neznámom mieste, zastúpeného Centrom právnej pomoci so sídlom Námestie slobody 121, Bratislava proti odporcovi: Oddelenie cudzineckej polície Policajného zboru Trenčín so sídlom Jilemnického 2, Trenčín v konaní o opravnom prostriedku navrhovateľa zo dňa 16.10.2015 proti rozhodnutiu odporcu PPZ-HCP-BB87-171-016/2015-AV zo dňa 1.10.20154 takto r o z h o d o l : Krajský súd v Bratislave konanie z a s t a v u j e . Žiaden z účastníkov konania nemá právo na náhradu trov tohto konania. o d ô v o d n e n i e : Dňa 3.11.2015 bol konajúcemu Krajskému súdu v Bratislave (ďalej len „súd“) doručený návrh - opravný prostriedok navrhovateľa zo 16.10.2015, ktorým sa navrhovateľ domáhal zrušenia napadnutého rozhodnutia odporcu PPZ-HCP-BB87-171-016/2015-AV zo dňa 1.10.20154. Dňa 10.11.2015 doručil zástupca navrhovateľa súdu späťvzatie podaného návrhu - opravného prostriedku voči napadnutému rozhodnutiu odporcu.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250sa ods. 1 O.s.p. na konanie o opravnom prostriedku proti rozhodnutiu o zaistení alebo proti rozhodnutiu o predĺžení lehoty zaistenia 32aa) sa použijú ustanovenia § 250l až 250s, ak nie je v odsekoch 2 až 7 ustanovené inak.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https://www.kauzis.sk/judikatura/r/ECLI:SK:KSBA:2015:1015201812.1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