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9Sp/115/2015 z 15. 12. 2015</w:t>
      </w:r>
    </w:p>
    <w:p>
      <w:r>
        <w:t>Uznesenie Krajského súdu Bratislava z 15. decembra 2015, sp. zn. 9Sp/115/2015, ECLI:SK:KSBA:2015:1015201816.1</w:t>
      </w:r>
    </w:p>
    <w:p>
      <w:r>
        <w:t>Súd: Krajský súd Bratislava</w:t>
      </w:r>
    </w:p>
    <w:p>
      <w:r>
        <w:t>Spisová značka: 9Sp/115/2015</w:t>
      </w:r>
    </w:p>
    <w:p>
      <w:r>
        <w:t>ECLI: ECLI:SK:KSBA:2015:1015201816.1</w:t>
      </w:r>
    </w:p>
    <w:p>
      <w:r>
        <w:t>Dátum vydania: 15. 12. 2015</w:t>
      </w:r>
    </w:p>
    <w:p>
      <w:r>
        <w:t>Forma: Uznesenie</w:t>
      </w:r>
    </w:p>
    <w:p>
      <w:pPr>
        <w:pStyle w:val="Heading2"/>
      </w:pPr>
      <w:r>
        <w:t>Text rozhodnutia</w:t>
      </w:r>
    </w:p>
    <w:p>
      <w:r>
        <w:t>Súd: Krajský súd Bratislava Spisová značka: 9Sp/115/2015 Identifikačné číslo súdneho spisu: 1015201816 Dátum vydania rozhodnutia: 16. 12. 2015 Meno a priezvisko sudcu, VSÚ: JUDr. Beata Jurgošová ECLI: ECLI:SK:KSBA:2015:1015201816.1 Uznesenie Krajský súd v Bratislave v právnej veci navrhovateľa: L. G., nar. XX.XX.XXXX, K. Z.F. XX, XXX XX K. Z., proti odporcovi: Centrum právnej pomoci, Kancelária Bratislava, Námestie slobody 12, 810 05 Bratislava, o preskúmanie zákonnosti rozhodnutí odporcu zo dňa 02.10.2015 sp. zn. 6777/2015 - KaBa, ČRZ: 61403/2015; sp. zn. 6780/2015 - KaBa, ČRZ: 61408/2015; sp. zn. 6778/2015 - KaBa, ČRZ: 61411/2015; sp. zn. 6782/2015 - KaBa, ČRZ: 61412/2015; sp. zn. 6824/2015 - KaBa, ČRZ: 61410/2015, takto r o z h o d o l : Krajský súd v Bratislave návrh o d m i e t a . Žiaden z účastníkov nemá právo na náhradu trov konania. o d ô v o d n e n i e : Navrhovateľ sa domáhal podľa tretej hlavy piatej časti Občianskeho súdneho poriadku (ďalej len „O.s.p.“) preskúmania zákonnosti rozhodnutí odporcu zo dňa 02.10.2015 sp. zn. 6777/2015 - KaBa, ČRZ: 61403/2015; sp. zn. 6780/2015 - KaBa, ČRZ: 61408/2015; sp. zn. 6778/2015 - KaBa, ČRZ: 61411/2015; sp. zn. 6782/2015 - KaBa, ČRZ: 61412/2015; sp. zn. 6824/2015 - KaBa, ČRZ: 61410/2015, ktorými mu bol odňatý nárok na poskytnutie právnej pomoci z dôvodu, že neuhradil určenej advokátke finančnú účasť, ktorú bol povinný uhradiť v určenej lehote. Navrhovateľ doručil odporcovi osobne dňa 28.10.2015 odvolanie proti predmetným rozhodnutiam. Odporca vo vyjadrení k podanému opravnému prostriedku mal za to, že opravný prostriedok bol podaný oneskorene nakoľko uvedené rozhodnutia nadobudli právoplatnosť dňa 28.10.2015, a teda odvolanie navrhovateľa žiadal odmietnuť ako oneskorene podané. Podľa § 24 ods. 2 zák. č. 71/1967 Zb. o správnom konaní (ďalej len „Správny poriadok“) ak nebol adresát písomnosti, ktorá sa má doručiť do vlastných rúk, zastihnutý, hoci sa v mieste doručenia zdržiava, doručovateľ ho vhodným spôsobom upovedomí, že písomnosť príde znovu doručiť v určený deň a hodinu. Ak nový pokus o doručenie zostane bezvýsledný, doručovateľ uloží písomnosť na pošte a adresáta o tom vhodným spôsobom upovedomí. Ak si adresát nevyzdvihne písomnosť do troch dní od uloženia, posledný deň tejto lehoty sa považuje za deň doručenia, aj keď sa adresát o uložení nedozvedel. Podľa § 27 ods. 2 Správneho poriadku do lehoty sa nezapočítava deň, keď došlo ku skutočnosti určujúcej začiatok lehoty. Lehoty určené podľa týždňov, mesiacov alebo rokov sa končia uplynutím toho dňa, ktorý sa svojím označením zhoduje s dňom, keď došlo ku skutočnosti určujúcej začiatok lehoty, a ak taký deň v mesiaci nie je, končí sa lehota posledným dňom mesiaca. Ak koniec lehoty pripadne na sobotu alebo na deň pracovného pokoja, je posledným dňom lehoty najbližší budúci pracovný deň. Podľa § 250p O.s.p. ak je návrh podaný oneskorene alebo ho podá ten, kto naň nie je oprávnený, alebo ak sa napadá rozhodnutie, ktoré preskúmaniu nepodlieha, alebo ak navrhovateľ neodstránil vady, ktorých odstránenie súd nariadil a ktoré bránia vecnému vybaveniu návrhu, súd uznesením opravný prostriedok odmietne. Odvolanie proti uzneseniu je prípustné. Z obsahu spisu súd zistil, že napadnuté rozhodnutia odporcu obsahovali riadne poučenie o možnosti podať voči nemu opravný prostriedok do 15 dní odo dňa jeho doručenia písomne prostredníctvom orgánu, ktorý rozhodnutie vydal na Krajský súd v Bratislave. Na základe doručenky je zrejmé, že právna zástupkyňa JUDr. Lucia Anovčinová prevzala zásielku dňa 05.10.2015 čo potvrdila podpisom na doručenke. Na základe druhej doručenky je zrejmé, že predmetné rozhodnutia boli odporcovi neúspešne doručené s výzvou o opakované doručenie dňa 06.10.2015. Opakované doručenie bolo vykonané dňa 07.10.2015 a následne bola písomnosť po neúspešnom opakovanom doručení uložená dňa 07.10.2015 na pošte. Navrhovateľ prevzal písomnosť dňa 14.10.2015, čo potvrdil podpisom na doručenke. V danom prípade bol opravný prostriedok navrhovateľa podaný oneskorene. Navrhovateľ si nevyzdvihol zásielku do troch dní od jej uloženia a posledný deň tejto lehoty, t.j. 12.10.2015 (pondelok), sa považoval za deň doručenia, aj keď sa adresát o uložení nedozvedel. Dňom 13.10.2015 začala teda plynúť 15- dňová lehota na podanie odvolania voči nemu, ktorej koniec pripadol na deň 27.10.2015 (utorok). Navrhovateľ podal osobne odporcovi svoje odvolanie voči napadnutým rozhodnutiam dňa 28.10.2015. Pretože návrh - opravný prostriedok voči napadnutým rozhodnutiam odporcu bol podaný oneskorene, rozhodol súd tak, ako to je uvedené vo výrokovej časti tohto uznesenia. O náhrade trov konania súd rozhodol podľa § 146 ods. 1 písm. c/ O.s.p. v spojení s § 246c O.s.p. analogicky ako pri zastavení konania tak, že žiadnemu z účastníkov náhradu trov konania nepriznal. Poučenie: Proti tomuto uzneseniu možno podať odvolanie do 15 dní odo dňa jeho doručenia na Krajskom súde v Bratislave, písomne, dvojmo.</w:t>
      </w:r>
    </w:p>
    <w:p/>
    <w:p>
      <w:r>
        <w:t>Zdroj: KAUZIS.SK – https://www.kauzis.sk/judikatura/r/ECLI:SK:KSBA:2015:1015201816.1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