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9Sp/116/2015 z 10. 11. 2015</w:t>
      </w:r>
    </w:p>
    <w:p>
      <w:r>
        <w:t>Rozsudok Krajského súdu Bratislava z 10. novembra 2015, sp. zn. 9Sp/116/2015, ECLI:SK:KSBA:2015:1015201818.1</w:t>
      </w:r>
    </w:p>
    <w:p>
      <w:r>
        <w:t>Súd: Krajský súd Bratislava</w:t>
      </w:r>
    </w:p>
    <w:p>
      <w:r>
        <w:t>Spisová značka: 9Sp/116/2015</w:t>
      </w:r>
    </w:p>
    <w:p>
      <w:r>
        <w:t>ECLI: ECLI:SK:KSBA:2015:1015201818.1</w:t>
      </w:r>
    </w:p>
    <w:p>
      <w:r>
        <w:t>Dátum vydania: 10. 11. 2015</w:t>
      </w:r>
    </w:p>
    <w:p>
      <w:r>
        <w:t>Forma: Rozsudok</w:t>
      </w:r>
    </w:p>
    <w:p>
      <w:r>
        <w:t>Oblasť práva: Správne právo</w:t>
      </w:r>
    </w:p>
    <w:p>
      <w:pPr>
        <w:pStyle w:val="Heading2"/>
      </w:pPr>
      <w:r>
        <w:t>Text rozhodnutia</w:t>
      </w:r>
    </w:p>
    <w:p>
      <w:r>
        <w:t>Súd: Krajský súd Bratislava Spisová značka: 9Sp/116/2015 Identifikačné číslo súdneho spisu: 1015201818 Dátum vydania rozhodnutia: 11. 11. 2015 Meno a priezvisko sudcu, VSÚ: JUDr. Beata Jurgošová ECLI: ECLI:SK:KSBA:2015:1015201818.1 ROZSUDOK V MENE SLOVENSKEJ REPUBLIKY Krajský súd v Bratislave v konaní pred sudkyňou JUDr. Beátou Jurgošovou v právnej veci navrhovateľa: Z. Z. (alias), nar. XX.XX.XXXX, štátna príslušnosť: nezistená, zastúpeného Mgr. Jarmilou Karak Vargovou, advokátkou, Brečtanová 21, Bratislava, proti odporcovi: Prezídium policajného zboru, Úrad hraničnej a cudzineckej polície, Riaditeľstvo hraničnej a cudzineckej polície Bratislava, Oddelenie cudzineckej polície Policajného zboru Bratislava, Hrobáková 44, Bratislava, o opravnom prostriedku proti rozhodnutiu odporcu č.: PPZ-HCP-BA6-601-022/2015-AV zo dňa 13.10.2015 takto r o z h o d o l : Krajský súd v Bratislave rozhodnutie odporcu zo dňa 13.10.2015 č.: PPZ-HCP-BA6-601-022/2015-AV p o t v r d z u j e. Súd účastníkom právo na náhradu trov konania nepriznáva. o d ô v o d n e n i e : Odporca predložil na Krajský súd v Bratislave dňa 3.11.2015 právnym zástupcom navrhovateľa podaný opravný prostriedok zo dňa 28.10.2015 proti jeho rozhodnutiu č. PPZ-HCP-BA6-601-022/2015-AV vydanému dňa 13.10.2015, ktorým bol navrhovateľ zaistený v súlade s ustanovením § 88 ods. 1 písm. b) zákona č. 404/2011 Z.z. o pobyte cudzincov a to dňom 13.10.2015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do doby zaistenia na čas nevyhnutne potrebný, najviac do 12.04.2016. V odôvodnení preskúmavaného rozhodnutia sa uvádza, že dňa 12.10.2015 v čase o 11. 00 hod. si navrhovateľ objednal v kaviarni Panta&amp;Rhei zákusky a kávu a po ich konzumácii chcel odísť bez zaplatenia. Následne bola na miesto vyslaná hliadka Obvodného oddelenia Policajného zboru Bratislava Trnávka, ktorá zistila, že sa jedná o osobu, ktorá komunikuje v anglickom jazyku a uvádza ako svoje osobné údaje meno, priezvisko, dátum narodenia a štátnu príslušnosť Naim NEZAMI, nar. 04.12.1993, Moldavská republika. Odporca dňa 13.10.2015 vydal rozhodnutie o administratívnom vyhostení navrhovateľa podľa § 82 ods. 1 písm. b) zákona o pobyte cudzincov do krajiny pôvodu, krajiny tranzitu, ktorejkoľvek tretej krajiny, do ktorej sa štátny príslušník tretej krajiny dobrovoľne rozhodne vrátiť a zároveň uložil navrhovateľovi zákaz vstupu na územie Slovenskej republiky podľa § 82 ods. 3 písm. b) zákona o pobyte cudzincov na dobu 5 rokov. Navrhovateľ v zápisnici o vyjadrení uviedol, že nemá zabezpečené ubytovanie, nedisponuje žiadnymi finančnými prostriedkami. Odporca mal za zistené, že navrhovateľ nie je držiteľom platného cestovného dokladu ani držiteľom potrebných prostriedkov k tomu, aby mohol reálne vycestovať z územia Slovenskej republiky, pretože navrhovateľ má na území Slovenskej republiky neoprávnený pobyt. Navrhovateľ v konaní o administratívnom vyhostení uviedol, že je štátny príslušník Moldavskej republiky, pričom navrhovateľ nevie komunikovať moldavským jazykom, nevie uviesť meno prezidenta Moldavskej republiky, a odmietal odpovedať na viacero ďalších otázok, ktoré by boli dôkazným materiálom k tomu, že je štátnym príslušníkom Moldavskej republiky. Odporca vykonal dokazovanie prostredníctvom dožiadaní policajných orgánov Moldavskej republiky, ktoré uviedli, že navrhovateľa neevidujú ako štátneho príslušníka Moldavskej republiky. Odporca dobu zaistenia stanovil po vyhodnotení osoby navrhovateľa. Uviedol, že v prípade navrhovateľa je reálny predpoklad, že nie je osobou, za ktorú sa vydáva a preto je potrebné zistiť totožnosť navrhovateľa a následne zabezpečiť všetky potrebné prostriedky k jeho vycestovaniu z územia Slovenskej republiky. Táto doba závisí od množstva podstatných faktorov, ktorým sú budúca spolupráca navrhovateľa, prípadne príslušných zastupiteľských úradov a následné vybavenie núteného návratu navrhovateľa do cieľovej krajiny jeho núteného návratu a ďalšia komunikácia so všetkými dotknutými stranami štátov, ktorých sa nútený návrat navrhovateľa bude týkať.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z rozhodnutia odporcu nevyplýva, do ktorého štátu sa má navrhovateľ vyhostiť, ako chce odporca vykonať vyhostenie. Uviedol, že v rozhodnutí nie je odôvodnené, prečo odporca pristúpil k určeniu zákazu vstupu na najdlhšiu prípustnú dobu. Mal za to, že neexistuje zákonné rozhodnutie o administratívnom vyhostení navrhovateľa, preto je rozhodnutie o zaistení navrhovateľa nezákonné a v rozpore s platným právom. Mal za to, že v súčasnosti neexistuje účel zaistenia, a preto nie je možné navrhovateľa za týmto účelom zaistiť, či držať v zaistení. Uviedol, že navrhovateľ bol administratívne vyhostený v zmysle § 82 ods. 1 písm. b). Na výkon administratívneho vyhostenia, môže odporca cudzinca zaistiť. Odporca navrhovateľa zaistil , a to na obdobie 6 mesiacov, teda na najdlhšiu prípustnú dobu. Táto lehota je neprimeraná. Odporca svoje rozhodnutie odôvodňuje nevyhnutnosťou na vykonanie všetkých dostupných úkonov smerujúcich k vyhosteniu navrhovateľa z územia SR. Podľa jeho názoru zaisťovanie cudzincov na najdlhšiu prípustnú dobu nespĺňa požiadavku primeranosti zásahu do základného ľudského práva. K podanému odvolaniu sa vyjadril odporca spolu s predložením administratívneho spisu a uviedol, že v konaní postupoval podľa zákona o pobyte cudzincov, ako aj podľa správneho poriadku. Uviedol, že dôvodom zaistenia navrhovateľa bolo zabezpečenie výkonu jeho administratívneho vyhostenia. Ďalej uviedol, že postupoval v zmysle ust. § 83 ods. 2 písm. b) zákona o pobyte cudzincov a neurčil navrhovateľovi v rozhodnutí o administratívnom vyhostení lehotu na vycestovanie z dôvodu, že navrhovateľa zaistil v zmysle § 88 zákona o pobyte cudzincov. Poukázal na § 84 ods. 1 písm. a) d) zákona o pobyte cudzincov, kde policajný útvar zabezpečí výkon rozhodnutia o administratívnom vyhostení, nakoľko v rozhodnutí neurčil lehotu na jeho vycestovanie aj z dôvodu, že navrhovateľ nemôže vycestovať, nakoľko nemá platný cestovný doklad alebo prostriedky na jeho vycestovanie, čo potvrdil aj v zápisnici vedenej pod č. PPZ-HCP-BA6-601-013/2015-AV a PPZ-HCP-BA6-601-020/2015-AV. Poukázal na to, že v prípade navrhovateľa nie je možné uložiť alternatívu zaistenia, pretože táto môže byť uložená iba keď ide o konanie vo veci administratívneho vyhostenia, čo v tomto prípade nebolo. Na nariadenom pojednávaní právny zástupca navrhovateľa uviedol, že sa pridržiava svojho písomného vyjadrenia (opravného prostriedku) zo dňa 28.10.2015. Uviedol, že trvá na tom, že neexistuje účel zaistenia, obzvlášť skutočnosť, že nie je zrejmé ani určené, do ktorej krajiny má byť navrhovateľ vyhostený. Navrhol rozhodnutie odporcu zrušiť a navrhovateľa bezodkladne prepustiť zo zaistenia. Prítomný zástupca odporcu uviedol, že nesúhlasí s právnym názorom navrhovateľa. Navrhol napadnuté rozhodnutie ako vecne správne potvrdiť. Krajský súd v Bratislave ako súd vecne a miestne príslušný na konanie preskúmal rozhodnutie odporcu v rozsahu dôvodov podaného opravného prostriedku navrhovateľa ako aj konanie, ktoré vydaniu rozhodnutia predchádzalo na nariadenom pojednávaní konanom dňa 11.11.2015,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a) bod 1 zákona číslo 404/2011 Z. z. policajt je oprávnený zaistiť štátneho príslušníka tretej krajiny v konaní o administratívnom vyhostení s cieľom zabezpečiť jeho vycestovanie do krajiny podľa § 77 ods. 1, ak existuje riziko jeho úteku. Podľa § 88 ods. 1 písm. b) zákona číslo 404/2011 Z. z. policajt je oprávnený zaistiť štátneho príslušníka tretej krajiny na účel výkonu administratívneho vyhostenia alebo výkonu trestu vyhostenia.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navrhovateľa zaistil z dôvodu, že je potrebné v konaní o administratívnom vyhostení z územia Slovenskej republiky zabezpečiť jeho vycestovanie do krajiny podľa § 77 ods. 1 zákona o pobyte cudzincov, nakoľko je to potrebné na účel výkonu administratívneho vyhostenia z územia Slovenskej republiky. K námietke neodôvodnenia stanovenej dĺžky zaistenia, a to na čas nevyhnutne potrebný, najdlhšie do 12.04.2016, t.j. 6 mesiacov, ako aj k námietke, že dĺžka zaistenia je dlhá a mala byť stanovená na kratšiu dobu,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Zároveň súd poukazuje na § 88 ods. 4 zákona č. 404/2011 Z. z. podľa ktorého môže byť príslušník tretej krajiny zaistený na čas nevyhnutne potrebný, najviac na šesť mesiacov. Odporca v súlade s vyššie uvedeným ustanovením stanovil dĺžku zaistenia. Policajný útvar podľa § 84 ods. 1 písm. a) zákona o pobyte cudzincov zabezpečí výkon rozhodnutia o administratívnom vyhostení, ak policajný útvar v rozhodnutí o administratívnom vyhostení neurčil lehotu na vycestovanie, čo je dôvodné aj v prípade navrhovateľa. Výkon rozhodnutia zabezpečí podľa § 84 ods. 1 písm. d) zákona o pobyte cudzincov aj v prípade, ak štátny príslušník tretej krajiny nemôže vycestovať, nakoľko nemá platný cestovný doklad alebo prostriedky na vycestovanie. K námietke navrhovateľa, že v rozhodnutí odporcu sa neuvádza, do ktorého štátu sa má navrhovateľ vyhostiť, z rozhodnutia nie je zrejmé, ako mohol k takémuto záveru prísť, keď chýba uvedenie, do akého štátu sa bude navrhovateľ administratívne vyhosťovať, je potrebné uviesť, že odporca zaistil navrhovateľa na účel výkonu rozhodnutia o administratívnom vyhostení zo dňa 13.10.2015, ktorým bol navrhovateľ administratívne vyhostený do krajiny pôvodu, krajiny tranzitu, ktorejkoľvek tretej krajiny, do ktorej sa štátny príslušník tretej krajiny dobrovoľne rozhodne vrátiť. V danom prípade odporca neurčil štát do ktorého má byť navrhovateľ vyhostený, nakoľko počas konania nezistil krajinu pôvodu navrhovateľa. Navrhovateľ síce tvrdil, že je štátnym príslušníkom Moldavskej republiky, ale ako vyplýva z administratívneho spisu nechcel tlmočenie do moldavského jazyka a ani ruského jazyka. Z administratívneho spisu vyplýva, že odporca oslovil Veľvyslanectvo Moldavskej republiky, ktorý uviedol, že navrhovateľa preverili v prístupných evidenciách a k jeho osobe uviedli, že navrhovateľa vo svojich systémoch ako občana Moldavskej republiky neevidujú.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https://www.kauzis.sk/judikatura/r/ECLI:SK:KSBA:2015:1015201818.1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