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1S/259/2015 z 14. 12. 2015</w:t>
      </w:r>
    </w:p>
    <w:p>
      <w:r>
        <w:t>Uznesenie Krajského súdu Bratislava z 14. decembra 2015, sp. zn. 1S/259/2015, ECLI:SK:KSBA:2015:1015201835.1</w:t>
      </w:r>
    </w:p>
    <w:p>
      <w:r>
        <w:t>Súd: Krajský súd Bratislava</w:t>
      </w:r>
    </w:p>
    <w:p>
      <w:r>
        <w:t>Spisová značka: 1S/259/2015</w:t>
      </w:r>
    </w:p>
    <w:p>
      <w:r>
        <w:t>ECLI: ECLI:SK:KSBA:2015:1015201835.1</w:t>
      </w:r>
    </w:p>
    <w:p>
      <w:r>
        <w:t>Dátum vydania: 14.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1S/259/2015 Identifikačné číslo súdneho spisu: 1015201835 Dátum vydania rozhodnutia: 15. 12. 2015 Meno a priezvisko sudcu, VSÚ: JUDr. Monika Valašíková PhD. ECLI: ECLI:SK:KSBA:2015:1015201835.1 Uznesenie Krajský súd v Bratislave v právnej veci žalobcu: B. K., Š. XXX, XXX XX Š., právne zastúpený: JUDr. Rudolf Štanner, Pri pálenici 4, 900 28 Ivanka pri Dunaji, proti žalovanému: Okresný úrad Bratislava, odbor opravných prostriedkov, referát cestnej dopravy a pozemných komunikácií, Staromestská 6, 814 40 Bratislava, o preskúmanie zákonnosti rozhodnutia žalovaného č. OU-BA-OOP2-2015/071591-002/ JBI zo dňa 24.09.2015, takto r o z h o d o l : Krajský súd v Bratislave o d k 1 a d á vykonateľnosť rozhodnutia žalovaného č. OU-BA- OOP2-2015/071591-002/JBI zo dňa 24.09.2015 v spojení s rozhodnutím Okresného úradu Bratislava č.j. OU-BA-OCDPKl-2015/002169-32/SSZ zo dňa 09.07.2015 až do právoplatnosti rozhodnutia súdu vo veci samej. o d ô v o d n e n i e : Žalobca sa žalobou podanou Krajskému súdu v Bratislave dňa 4.11.2015 domáhal preskúmania zákonnosti rozhodnutia žalovaného č. OU-BA-OOP2-2015/071591-002/JBI zo dňa 24.09.2015, ktorým žalovaný zamietol odvolanie žalobcu a potvrdil rozhodnutie Okresného úradu Bratislava, odbor cestnej dopravy a pozemných komunikácii, č. OU-BA-OCDPKl-2015/002169-32/SSZ zo dňa 09.07.2015. Prvostupňovým rozhodnutím bolo žalobcovi, kontrolnému technikovi stanice technickej kontroly č. 1025 - ROTOS - STK, a.s., IČO: 44 991 347, Račianska 184/B, 831 54 Bratislava, Prevádzka - Studená 9, Bratislava, zrušené osvedčenie kontrolného technika technickej kontroly č.p. - rozhodnutia 2011/08536 - číslo osvedčenia TK 68/2011 zo dňa 18.08.2011. Zároveň žalobca v žalobe zo dňa 04.11.2015 požiadal súd o odklad vykonateľnosti napadnutého rozhodnutia, nakoľko okamžitým výkonom napadnutého rozhodnutia hrozí žalobcovi ako účastníkovi správneho konania závažná ujma - strata zamestnania. Rozhodnutie o odňatí odbornej spôsobilosti žalobcovi ako fyzickej osoby znamená právnu prekážku výkonu povolania a zamestnanca kontrolného technika technickej kontroly motorových vozidiel, ktorú od roku 2010 až doteraz žalobca vykonával v hlavnom pracovnom pomere v rozsahu stanoveného týždenného pracovného času u zamestnávateľa ROZAN, spol. s r.o. Bratislava.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ktorým bolo žalobcovi ako kontrolnému technikovi stanice technickej kontroly č. 1025 - ROTOS - STK, a.s., zrušené osvedčenie kontrolného technika technickej kontroly, by žalobcovi hrozila vážna ujma stratou zamestnania.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https://www.kauzis.sk/judikatura/r/ECLI:SK:KSBA:2015:1015201835.1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