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4Sp/131/2015 z 30. 11. 2015</w:t>
      </w:r>
    </w:p>
    <w:p>
      <w:r>
        <w:t>Uznesenie Krajského súdu Bratislava z 30. novembra 2015, sp. zn. 4Sp/131/2015, ECLI:SK:KSBA:2015:1015201930.1</w:t>
      </w:r>
    </w:p>
    <w:p>
      <w:r>
        <w:t>Súd: Krajský súd Bratislava</w:t>
      </w:r>
    </w:p>
    <w:p>
      <w:r>
        <w:t>Spisová značka: 4Sp/131/2015</w:t>
      </w:r>
    </w:p>
    <w:p>
      <w:r>
        <w:t>ECLI: ECLI:SK:KSBA:2015:1015201930.1</w:t>
      </w:r>
    </w:p>
    <w:p>
      <w:r>
        <w:t>Dátum vydania: 30. 11. 2015</w:t>
      </w:r>
    </w:p>
    <w:p>
      <w:r>
        <w:t>Forma: Uznesenie</w:t>
      </w:r>
    </w:p>
    <w:p>
      <w:pPr>
        <w:pStyle w:val="Heading2"/>
      </w:pPr>
      <w:r>
        <w:t>Text rozhodnutia</w:t>
      </w:r>
    </w:p>
    <w:p>
      <w:r>
        <w:t>Súd: Krajský súd Bratislava Spisová značka: 4Sp/131/2015 Identifikačné číslo súdneho spisu: 1015201930 Dátum vydania rozhodnutia: 01. 12. 2015 Meno a priezvisko sudcu, VSÚ: JUDr. Ľubomír Šramko ECLI: ECLI:SK:KSBA:2015:1015201930.1</w:t>
      </w:r>
    </w:p>
    <w:p>
      <w:r>
        <w:t>Uznesenie Krajský súd v Bratislave v právnej veci navrhovateľa: U. P. A., narodeného XX.XX.XXXX, štátneho príslušníka Bieloruskej republiky, v krajine pôvodu bytom L., I. X/XX, aktuálne s miestom pobytu v Útvare policajného zaistenia pre cudzincov Medveďov, zastúpeného Centrom právnej pomoci so sídlom Námestie slobody 12, Bratislava proti odporcovi: Oddelenie cudzineckej polície Policajného zboru Dunajská Streda so sídlom Ádorská 34, Dunajská Streda v konaní o opravnom prostriedku navrhovateľa z 9.11.2015 proti rozhodnutiu odporcu Č. p.: PPZ-HCP-BA8-32-003/2015-AV zo dňa 23.10.2015 takto</w:t>
      </w:r>
    </w:p>
    <w:p>
      <w:r>
        <w:t>r o z h o d o l :</w:t>
      </w:r>
    </w:p>
    <w:p>
      <w:r>
        <w:t>Krajský súd v Bratislave návrh o d m i e t a .</w:t>
      </w:r>
    </w:p>
    <w:p>
      <w:r>
        <w:t>Žiaden z účastníkov konania nemá právo na náhradu trov tohto konania.</w:t>
      </w:r>
    </w:p>
    <w:p>
      <w:r>
        <w:t>o d ô v o d n e n i e :</w:t>
      </w:r>
    </w:p>
    <w:p>
      <w:r>
        <w:t>Dňa 20.11.2015 bol konajúcemu Krajskému súdu v Bratislave (ďalej len „súd“) prostredníctvom odporcu doručený návrh (opravný prostriedok) navrhovateľa zo dňa 9.11.2015 proti rozhodnutiu odporcu Č. p.: PPZ-HCP-BA8-32-003/2015-AV zo dňa 23.10.2015 (ďalej len „napadnuté rozhodnutie“), ktorým odporca predĺžil lehotu zaistenia navrhovateľa o 6 mesiacov - do 23.4.2016. Napadnuté rozhodnutie, ktoré obsahovalo riadne poučenie o možnosti podať voči nemu opravný prostriedok v lehote 15 dní odo dňa jeho doručenia bolo navrhovateľovi doručené dňa 23.10.2015. Pätnásty, teda posledný deň lehoty na podanie opravného prostriedku pripadol na sobotu 7.11.2015 a preto posledným dňom lehoty na podanie odvolania bol pondelok 9.11.2015.</w:t>
      </w:r>
    </w:p>
    <w:p>
      <w:r>
        <w:t>Odporca vo svojom vyjadrení k návrhu o. i. namietal oneskorené podanie odvolania navrhovateľa, ktoré bolo podané na pošte jeden deň po uplynutí zákonnej odvolacej lehoty. V pripojenom administratívnom spise sa pod č.: PPZ-HCP-BA8-32-010/2015-AV z 18.11.2015 nachádza úradný záznam, podľa obsahu ktorého odporca osobne vykonaným šetrením na úrade Slovenskej pošty a zistil, že zásielka s odvolaním navrhovateľa bola podaná na pošte dňa 10.11.2015, teda deň po zákonom stanovenej lehote na podanie odvolania. Úradný záznam tiež obsahuje zistenie, že na obálke s odvolaním je odtlačok pečiatky s dátumom (09-11-2015) prepísaný na dátum „10-11-2015“. S poukazom na uvedenú námietku zmeškania lehoty na podanie opravného prostriedku súd prostredníctvom portálu „Slovenská pošta - Sledovanie zásielok“ zistil, že predmetná zásielka podacieho čísla RQ091510465Sk bola na Pošte Bratislava 15 podaná 10.11.20154 (č.l. 29, 30 súdneho spisu). Súčasne súd urobil na Poštu Bratislava 15 dopyt vo veci oznámenia, kedy bola predmetná zásielka s odvolaním podaná na poštovú prepravu. Pošta Bratislava 15 dňa 30.11.2015 doručila súdu oznámenie, podľa ktorého predmetná zásielka bola na poštovú prepravu podaná na Pošte Bratislava 15 dňa 10.11.2015 (č.l. 31 súdneho spisu).</w:t>
      </w:r>
    </w:p>
    <w:p>
      <w:r>
        <w:t>Podľa ust. § 88 ods. 7 zákona č. 404/2011 Z.z. o pobyte cudzincov a o zmene a doplnení niektorých zákonov zaistený štátny príslušník tretej krajiny môže podať proti rozhodnutiu o zaistení a proti rozhodnutiu o predĺžení lehoty zaistenia opravný prostriedok do 15 dní odo dňa doručenia rozhodnutia,</w:t>
      </w:r>
    </w:p>
    <w:p>
      <w:r>
        <w:t>a to orgánu, ktorý ho vydal. Orgán, ktorý rozhodnutie vydal, predloží opravný prostriedok do piatich pracovných dní príslušnému krajskému súdu spolu so spisovým materiálom, ktorý sa na vec vzťahuje, a s písomným vyjadrením k opravnému prostriedku. Podanie opravného prostriedku nemá odkladný účinok.</w:t>
      </w:r>
    </w:p>
    <w:p>
      <w:r>
        <w:t>Podľa ust. § 250sa ods. 1 Občianskeho súdneho poriadku v platnom znení (ďalej len „O.s.p.“) na konanie o opravnom prostriedku proti rozhodnutiu o zaistení alebo proti rozhodnutiu o predĺžení lehoty zaistenia sa použijú ustanovenia § 250l až 250s, ak nie je v odsekoch 2 až 7 ustanovené inak.</w:t>
      </w:r>
    </w:p>
    <w:p>
      <w:r>
        <w:t>Podľa ust. § 250l ods.1 O.s.p. podľa ustanovení tejto hlavy sa postupuje v prípadoch, v ktorých zákon zveruje súdom rozhodovanie o opravných prostriedkoch proti neprávoplatným rozhodnutiam správnych orgánov.</w:t>
      </w:r>
    </w:p>
    <w:p>
      <w:r>
        <w:t>Podľa ust. § 250p O.s.p. ak je návrh podaný oneskorene alebo ho podá ten, kto naň nie je oprávnený, alebo ak sa napadá rozhodnutie, ktoré preskúmaniu nepodlieha, alebo ak navrhovateľ neodstránil vady, ktorých odstránenie súd nariadil a ktoré bránia vecnému vybaveniu návrhu, súd uznesením opravný prostriedok odmietne. Odvolanie proti uzneseniu je prípustné</w:t>
      </w:r>
    </w:p>
    <w:p>
      <w:r>
        <w:t>Pretože bolo spoľahlivo zistené, že návrh - opravný prostriedok voči napadnutému rozhodnutiu odporcu bol podaný (na poštovú prepravu) 10.11.2015, pričom posledným dňom odvolacej lehoty bol deň 9.11.2015 - teda obneskorene, rozhodol súd tak, ako to je uvedené vo výrokovej časti tohto uznesenia</w:t>
      </w:r>
    </w:p>
    <w:p>
      <w:r>
        <w:t>O trovách konania súd rozhodol v súlade s analogickým použitím ust. § 146 ods.1, písm. c), O.s.p.</w:t>
      </w:r>
    </w:p>
    <w:p>
      <w:r>
        <w:t>Poučenie:</w:t>
      </w:r>
    </w:p>
    <w:p>
      <w:r>
        <w:t>Proti tomuto uzneseniu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https://www.kauzis.sk/judikatura/r/ECLI:SK:KSBA:2015:1015201930.1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