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10Co/129/2015 z 27. 5. 2015</w:t>
      </w:r>
    </w:p>
    <w:p>
      <w:r>
        <w:t>Rozsudok Krajského súdu Bratislava z 27. mája 2015, sp. zn. 10Co/129/2015, ECLI:SK:KSBA:2015:1015893005.1</w:t>
      </w:r>
    </w:p>
    <w:p>
      <w:r>
        <w:t>Súd: Krajský súd Bratislava</w:t>
      </w:r>
    </w:p>
    <w:p>
      <w:r>
        <w:t>Spisová značka: 10Co/129/2015</w:t>
      </w:r>
    </w:p>
    <w:p>
      <w:r>
        <w:t>ECLI: ECLI:SK:KSBA:2015:1015893005.1</w:t>
      </w:r>
    </w:p>
    <w:p>
      <w:r>
        <w:t>Dátum vydania: 27. 5. 2015</w:t>
      </w:r>
    </w:p>
    <w:p>
      <w:r>
        <w:t>Forma: Rozsudok</w:t>
      </w:r>
    </w:p>
    <w:p>
      <w:r>
        <w:t>Oblasť práva: Občianske právo</w:t>
      </w:r>
    </w:p>
    <w:p>
      <w:pPr>
        <w:pStyle w:val="Heading2"/>
      </w:pPr>
      <w:r>
        <w:t>Text rozhodnutia</w:t>
      </w:r>
    </w:p>
    <w:p>
      <w:r>
        <w:t>Súd: Krajský súd Bratislava Spisová značka: 10Co/129/2015 Identifikačné číslo súdneho spisu: 1015893005 Dátum vydania rozhodnutia: 28. 05. 2015 Meno a priezvisko sudcu, VSÚ: JUDr. Ayše Pružinec - Erenová ECLI: ECLI:SK:KSBA:2015:1015893005.1 ROZSUDOK V MENE SLOVENSKEJ REPUBLIKY Krajský súd v Bratislave v senáte zloženom z predsedníčky senátu JUDr. Ayše Pružinec Erenovej a členov senátu JUDr. Aleny Svetlovskej a JUDr. Branislava Krála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V zo dňa 03. februára 2015, č. k. 14C/172/2012 - 131 a proti uzneseniu Okresného súdu Bratislava V zo dňa 11. marca 2015, č. k. 14C/172/2012 - 173, takto r o z h o d o l : Odvolací súd rozsudok súdu prvého stupňa p o t v r d z u j e . Odvolací súd uznesenie súdu prvého stupňa p o t v r d z u j e . Žalovanému náhradu trov odvolacieho konania n e p r i z n á v a . o d ô v o d n e n i e : Súd prvého stupňa napadnutým rozsudkom zamietol žalobu žalobcu, ktorou sa domáhal uložiť žalovanému povinnosť zaplatiť titulom majetkovej škody sumu 125 eur a titulom nemajetkovej ujmy sumu 307,95 eur, ktorá žalobcovi vznikla nesprávnym úradným postupom Okresného súdu Bratislava V, keďže nerozhodol v zákonom stanovenej lehote o jeho žiadosti o udelenie poverenia na vykonanie exekúcie. Svoje rozhodnutie odôvodnil právne ust. § 9 zák. č. 514/2003 Z. z. v znení platnom do 31. 12. 2012, § 9 ods. 1, 2, 4 zák. č. 514/2003 Z. z. v znení platnom od 01. 01. 2013, § 17 ods. 1, 2, 3, zák. č. 514/2003 Z. z. o zodpovednosti za škodu spôsobenú pri výkone verejnej moci a o zmene niektorých zákonov v znení neskorších predpisov, v znení účinnom v čase namietaného nesprávneho úradného postupu, § 41 ods. 2 písm. c), d), § 44 ods. 1, 2 zák. č. 233/1995 Z. z. v znení účinnom v čase spísania návrhu na vykonanie exekúcie súdnym exekútorom (od 01. 06. 2010 do 30. 06. 2010), § 35 ods. 4, § 42 ods. 3, § 79 ods. 1, 2, § 85 ods. 3, § 87 písm. a), b), § 103 O. s. p. a vecne tým, že žalobca v konaní nepreukázal splnenie základných predpokladov vzniku zodpovednosti za škodu, keď nepreukázal existenciu nesprávneho úradného postupu súdu, ani nezákonné rozhodnutie súdu, ako i príčinnú súvislosť medzi nesprávnym úradným postupom a uplatňovanou majetkovou a nemajetkovou škodou. Poukázal na skutočnosť, že v exekučnej veci oprávneného (žalobcu), vedenej na súde prvého stupňa pod sp. zn. 37Er/4302/2010, súdny exekútor JUDr. Rudolf Krutý požiadal listom doručeným exekučnému súdu dňa 19. 07. 2010 o udelenie poverenia na vykonanie exekúcie na základe exekučného titulu - rozsudku Stáleho rozhodcovského súdu č. k. SR 19497/09 zo dňa 23. 11. 2009, právoplatný dňa 04. 01. 2010 a vykonateľný dňa 07. 01. 2010, ktorým bola povinná A. Z., N.. XX.XX.XXXX zaviazaná na zaplatenie istiny vo výške 1.436 eur spolu so zmenkovým úrokom vo výške 0,25 % denne zo sumy 1.436 eur od 17. 05. 2009 do zaplatenia, zákonným úrokom vo výške 6 % ročne zo sumy 1.436 eur od 22. 09. 2009 do zaplatenia, ako i náhrady trov konania v sume 320,40 eur s tým, že exekučný súd, žiadosť súdneho exekútora o udelenie poverenia na vykonanie exekúcie, uznesením zo dňa 11. 10. 2010 zamietol, pričom toto rozhodnutie bolo súdnemu exekútorovi doručené dňa 22. 10. 2010. Uviedol, že zodpovednosť za škodu spôsobenú nesprávnym úradným postupom, alebo nezákonným rozhodnutím podľa zákona č. 514/2003 Z. z. je osobitnou zodpovednosťou a zodpovednosťou objektívnou (bez ohľadu na zavinenie), pričom všetky zákonné podmienky vzniku tejto zodpovednosti (existencia nezákonného rozhodnutia resp. nesprávneho úradného postupu, vzniku a existencie škody, príčinnej súvislosti medzi nezákonným rozhodnutím alebo nesprávnym úradným postupom a škodou) musia byť splnené kumulatívne s tým, že pri nesplnení čo i len jednej z nich, zodpovednosť za škodu nevznikne. Poukázal na skutočnosť, že nesprávnym úradným postupom môže byť aj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 6. 2010, sp. zn. 5 Cdo 126/2009) s tým, že v danej právnej veci exekučný súd poverenie nevydal, práve naopak, žiadosť súdneho exekútora o vydanie poverenia zamietol a následne exekučné konanie zastavil, z čoho vyplýva, že exekučný súd postupoval v súlade so zákonom, nakoľko z ustanovenia § 44 ods. 2 Exekučného poriadku vyplýva, že procesná lehota pätnástich dní na vydanie poverenia na vykonanie exekúcie sa vzťahuje na prípad, kedy exekučný súd nezistí rozpor žiadosti o udelenie poverenia alebo návrhu na vykonanie exekúcie alebo exekučného titulu so zákonom (od 01. 06. 2010 ani táto lehota neplatí, ak ide o exekučný titul podľa § 41 ods. 2 písm. c/ a d/, teda aj v prípade vykonateľných rozhodnutí rozhodcovských komisií a zmierov nimi schválených). Súd prvého stupňa v dôvodoch svojho rozhodnutia uviedol, že ak súd zistí rozpor žiadosti alebo návrhu alebo exekučného titulu so zákonom, žiadosť o udelenie poverenia na vykonanie exekúcie uznesením zamietne s tým, že proti tomuto rozhodnutiu je prípustné odvolanie, pričom z ustanovenia § 44 ods. 2 Exekučného poriadku nevyplýva, že lehota 15 dní by sa mala vzťahovať na prípad, ak exekučný súd zistí rozpor žiadosti alebo návrhu alebo exekučného titulu so zákonom a žiadosť o udelenie poverenia na vykonanie exekúcie uznesením zamietne, práve naopak, takúto lehotu v prípade negatívneho rozhodnutia exekučného súdu zákon neukladá, čo platí aj v prejednávanej veci. Poukázal na to, že samotné rozhodnutie o zamietnutí žiadosti na vydanie poverenia nemožno považovať za nesprávny úradný postup súdu, pretože postup súdu našiel vyjadrenie v rozhodnutí, nebol neefektívny (rozhodnutie Najvyššieho súdu Českej republiky zo dňa 29. 06. 1999, sp. zn. 2 Cdom 129/97), pričom výsledkom rozhodovacej činnosti súdu je, že súd žiadosti o vydanie poverenia vyhovie, alebo žiadosť zamietne a práve táto rozhodovacia činnosť je podstatou súdnictva a preto ju nemožno vyhodnotiť ako nesprávny úradný postup (uznesenie Najvyššieho súdu Českej republiky zo dňa 25. 08. 2009, sp. zn. 25 Cdo 1018/07). Uviedol, že nesprávny úradný postup predstavuje porušenie právnou normu predpísaný postup štátneho orgánu, alebo účel postupu štátneho orgánu, či už súvisí alebo nesúvisí s rozhodovacou činnosťou štátneho orgánu, ak tento postup nenašiel svoj bezprostredný výraz vo vydanom rozhodnutí, pričom s ohľadom na vyššie uvedené, v danom prípade (z pohľadu tvrdeného nedodržania zákonnej lehoty) k nesprávnemu úradnému postupu exekučného súdu nedošlo. Pokiaľ ide o prieťahy v konaní, súd prvého stupňa poukázal na to, že otázku, či v konkrétnom prípade bolo alebo nebolo porušené právo na prerokovanie veci bez zbytočných prieťahov garantované v článku 48 ods. 2 Ústavy Slovenskej republiky je kompetentný preskúmavať len Ústavný súd SR, pričom všeobecný súd, v konaní o náhradu škodu podľa zákona č. 514/2003 Z. z., nie je na takéto konštatovanie kompetentný, nakoľko by to viedlo k absurdnému záveru, že by existovalo niekoľko orgánov, ktoré by boli oprávnené v tom istom čase preskúmavať postup toho istého súdu z hľadiska vzniku zbytočných prieťahov, pričom by týmto mohol byť porušený aj inštančný princíp v súdnictve. Súd prvého stupňa poukázal na nález Ústavného súdu Slovenskej republiky zo dňa 07. 05. 2013, sp. zn. IV. ÚS 471/2012, z ktorého vyplýva, že až po konštatovaní porušenia základných práv podľa článku 48 ods. 2 ústavy Ústavným súdom Slovenskej republiky je daná možnosť podať žalobu podľa zákona č. 514/2003 Z. z. Uviedol, že uznesenie o zamietnutí žiadosti súdneho exekútora o vydanie poverenia nebolo ani zrušené, ani zmenené pre nezákonnosť a preto v konaní nebola existencia nezákonného rozhodnutia preukázaná a nakoľko všetky podmienky pre vznik zodpovednosti štátu podľa citovaného zákona museli byť splnené kumulatívne, bolo nadbytočné a nehospodárne dokazovať splnenie ďalších podmienok, z dôvodu ktorého sa súd prvého stupňa ďalšími predpokladmi zodpovednosti za škodu nezaoberal, avšak poukázal aj na to, že doba rozhodovania exekučného súdu o žiadosti súdneho exekútora o vydanie poverenia bola primeraná, nakoľko súdu bolo z jeho rozhodovacej činnosti známe, že žalobca podával žiadosti o udelenie poverení na vykonanie exekúcií hromadne, teda v rovnakom čase zaťažil všeobecný súd väčším počtom podaní a preto musel počítať s určitým technicko - administratívnym zdržaním na strane všeobecného súdu, ktoré spôsobilo, že o jeho žiadosti bolo rozhodnuté s určitým časovým odstupom s tým, že zo stanoviska Ústavného súdu SR vyplýva, že nie každý zistený prieťah v súdnom konaní má nevyhnutne za následok porušenie základného práva na prerokovanie veci bez zbytočných prieťahov zaručeného v článku 48 ods. 2 ústavy a článku 6 ods. 1 Dohovoru (I. ÚS 46/01, I. ÚS 66/02, II. ÚS 57/01). K nároku uplatneného žalobcom titulom nemajetkovej ujmy v peniazoch súd prvého stupňa uviedol, že takýto nárok nemôže byť nárokom v zmysle § 17 ods. 2, 3 zákona č. 514/2003 Z. z., pretože takýto nárok môže vzniknúť iba fyzickej osobe, čo je možné vyvodiť zo znenia ust. § 17 ods. 3 písm. a) až d) cit. zákona s tým, že žalobca si zrejme uplatnil nárok na ochranu pred neoprávneným zásahom do dobrej povesti právnickej osoby v zmysle § 19b ods. 3 Občianskeho zákonníka, avšak v konaní nebolo preukázané, že by nesprávnym úradným postupom žalovaného došlo k neoprávnenému zásahu do dobrej povesti žalobcu, keď ani netvrdil, že v dôsledku nesprávneho úradného postupu exekučného súdu došlo k neoprávnenému zásahu do jeho dobrej povesti, naviac, takýto zásah je už pojmovo vylúčený, keďže vyššie popísaná nečinnosť exekučného súdu nemôže mať vplyv na povesť žalobcu. Poukázal na to, že každý z účastníkov konania nesie dôkazné bremeno o svojich tvrdeniach, a preto bol žalobca povinný hodnoverne preukázať tvrdenia uvedené v žalobe, inak mu nebolo možné uplatnený nárok priznať, avšak žalobca existenciu podmienok pre úspešné uplatnenie svojho nároku nepreukázal, konkrétne nepreukázal existenciu nesprávneho úradného postupu, vznik škody, ani príčinnú súvislosť medzi vznikom škody a nesprávnym úradným postupom. Súd prvého stupňa v dôvodoch svojho rozhodnutia súčasne poukázal na skutočnosť, že mal v konaní preukázané podanie žiadosti o predbežné prerokovanie nároku na náhradu škody spôsobenej nesprávnym úradným postupom žalobcom na príslušný orgán, Ministerstvo spravodlivosti Slovenskej republiky (dňa 23.04.2012) a k námietke premlčania vznesenej žalovaným uviedol, že premlčanie sa skúma len u existujúceho nároku, a keďže dospel k záveru, že nárok žalobcu nevznikol, vznesenou námietkou premlčania sa už nezaoberal. Pojednávanie v neprítomnosti účastníkov konania odôvodnil právne ust. § 101 ods. 2 O. s. p. a vecne tým, že riadne predvolaní účastníci sa na nariadené pojednávanie (v poradí tretie) nedostavili s tým, že žalobca síce svoju neúčasť ospravedlnil a opätovne žiadal o prerušenie konania do právoplatného rozhodnutia Ústavného súdu SR o ústavnej sťažnosti, predmetom ktorej je rozhodnutie o porušení práva žalobcu na zákonného sudcu a práva na nestranný súd a ktorej dôsledkom má byť zrušenie rozhodnutia krajského súdu vo veci nevylúčenia sudcu povereného prejednávaním veci, avšak o totožnom návrhu už súd prvého stupňa uznesením zo dňa 20. mája 2014, č. k. 14C/172/2012 - 85 rozhodol tak, že tento návrh zamietol a Krajský súd v Bratislave uznesením zo dňa 31. októbra 2014, č. k. 14Co/417/2014 - 105 napadnuté prvostupňové uznesenie potvrdil, z dôvodu ktorého opätovne o tom istom návrhu na prerušenie konania a z tých istých dôvodov, nerozhodol. Uviedol, že účastníci sa týmto svojim konaním ukrátili o možnosť vypočuť si na pojednávaní stanovisko súdu podľa § 118 ods. 2 O. s. p., teda, čo považuje vo veci za sporné, ktoré otázky vidí ako nepreukázané, a ktoré dôkazy v konaní vykoná, či nevykoná, aj keď ich účastníci navrhli s tým, že účastníci konania boli poučení o povinnosti označiť a predložiť dôkazy a skutočnosti najneskôr do vyhlásenia uznesenia, ktorým sa končí dokazovanie a vo veciach, v ktorých sa nenariaďuje pojednávanie (§ 115a O. s. p.), najneskôr do vyhlásenia rozhodnutia vo veci samej, pretože na dôkazy a skutočnosti predložené a označené neskôr súd neprihliada (§ 120 ods. 4 O. s. p.). Poukázal na skutočnosť, že prvé nariadené pojednávanie (16. 01. 2014) bolo odročené z dôvodu neprítomnosti oboch účastníkov, druhé nariadené pojednávanie (20. 05. 2014) bolo odročené z dôvodu procesného návrhu žalobcu na prerušenie tohto konania, podaného súdu dňa 16. 05. 2014 emailom z dôvodu, že v prejednávanej veci nebolo ústavne konformným spôsobom vyriešené ustanovenie zákonného sudcu a pridelenie veci na prejednanie a rozhodnutie nestrannému súdu, o ktorom súd prvého stupňa rozhodol uznesením zo dňa 20. mája 2014, č. k. 14C/172/2012 - 85 tak, že návrh zamietol a Krajský súd v Bratislave dané uznesenie potvrdil (uznesenie zo dňa 31. októbra 2014, č. k. 14Co/417/2014 - 105), pričom žalobca podal pred aj pred tretím pojednávaním určeným na deň 03. 02. 2015 totožný návrh na prerušenie konania so žiadosťou zrušiť nariadené pojednávanie, nakoľko však o procesnom návrhu žalobcu na prerušenie konania bolo už súdom právoplatne rozhodnuté, ako aj na skutočnosť, že Ústavný súd o sťažnostiach žalobcu viažucich sa aj k prejednávanej veci už rozhodol tak, že jeho sťažnosť pre nedostatok právomoci odmietol, nebol daný dôvod na opätovné rozhodovanie o totožnom procesnom podaní žalobcu. Rozhodnutie o trovách konania odôvodnil právne ustanovením § 142 ods. 1 O. s. p. a vecne úspechom žalovaného v konaní, ktorému právo na náhradu trov konania nepriznal, nakoľko žalovaný si síce vo svojom vyjadrení k žalobným návrhom náhradu trov uplatnil, nakoľko však zo spisu súd prvého stupňa žiadne trovy, ktoré by mu mali vzniknúť nezistil, žalovanému náhradu trov konania nepriznal.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rozhodol o poverení,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že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zabezpečil, avšak prvostupňový súd dokazovanie neprípustne skrátil iba na dôkazy vykonávané ex offo, nepoučil ho podľa ust. § 120 ods. 4 O. s. p. a neoznámil mu, že mieni vo veci rozhodnúť. Uviedol, že predložil dôkaz o vzniku jeho škody, a to znalecký posudok č. 1/2014, vypracovaný znaleckým ústavom Ekonomickej univerzity v Bratislave, z ktorého vyplýva negatívny dopad a objektívne spôsobenie zníženia jeho majetku, vo výške v ňom určenej.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ako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28. mája 2015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súd prvého stupňa v danej právnej veci nariadil pojednávanie na deň 03. 02. 2015, na ktoré sa právny zástupca žalobcu nedostavil (predvolanie doručené právnemu zástupcovi žalobcu dňa 29. 12. 2014) a napriek tomu, že emailovým podaním zo dňa 29. 01. 2015 požiadal o zrušenie nariadeného pojednávania z dôvodu objektívneho porušenia zásady nestrannosti súdu a sudcu a navrhol prerušenie konania do rozhodnutia Ústavného súdu Slovenskej republiky o podanej ústavnej sťažnosti o porušení jeho základného práva na súdnu ochranu podľa čl. 46 ods. 1 Ústavy Slovenskej republiky uznesením Krajského súdu v Bratislave zo dňa 22. 10. 2012, sp. zn. 11NcC/134/2012, sa žalobca, resp. jeho právny zástupca na pojednávanie dňa 03. 02. 2015 nedostavil, svoju neprítomnosť neospravedlnil a ani nepožiadal z dôležitého dôvodu o jeho odročenie a to napriek tomu, že žalobca mal nesporne vedomosť o tom, že o jeho ústavnej sťažnosti Ústavný súd Slovenskej republiky rozhodol viac ako rok pred pojednávaním, nariadeným prvostupňovým súdom (viď uznesenie Ústavného súdu Slovenskej republiky zo dňa 12. 12. 2013, č. k. IV. ÚS 689/2013-11). Z uvedeného teda vyplýva, že žalobcovi ako účastníkovi konania bola súdom prvého stupňa daná možnosť sa vykonania procesných úkonov na pojednávaní zúčastniť a nakoľko sa žalobca na pojednávanie nedostavil a ani nepožiadal z dôležitého dôvodu o jeho odročenie, svoju neprítomnosť ani neospravedlnil, správne postupoval súd prvého stupňa, keď vec v jeho neprítomnosti prejednal a s prihliadnutím na obsah spisu, aj vo veci napadnutým rozsudkom rozhodol. Právne bezvýznamnou je aj námietka žalobcu, že vo veci nerozhodol zákonný sudca, nakoľko z obsahu spisu vyplýva, že Krajský súd v Bratislave uznesením zo dňa 22. októbra 2012, č. k. 11NcC/134/2012 - 19 rozhodol tak, že sudkyňa Okresného súdu Bratislava V, Mgr. Viera Milatová, PhD. nie je z prejednávania a rozhodovania tejto veci vylúčená a zároveň o ústavnej sťažnosti žalobcu rozhodol Ústavný súd Slovenskej republiky uznesením zo dňa 12. 12. 2013, č. k. IV. ÚS 689/2013-11 tak, že sťažnosť žalobcu proti tomuto uzneseniu Krajského súdu v Bratislave odmietol pre nedostatok svojej právomoci na jej prerokovanie a rozhodnutie. Odvolací súd sa nestotožnil ani s tvrdením žalobcu, že súd prvého stupňa nevykonal dostatočné dokazovanie, keď sa neoboznámil s predloženým znaleckým posudkom, z ktorého vyplývajú konkrétne náklady vynaložené v súvislosti so správou a vedením pohľadávky, nakoľko súd prvého stupňa dospel k správnemu záveru, že žalobca dôkazné bremeno v konaní neuniesol a príčinnú súvislosť medzi nesprávnym úradným postupom štátu a vznikom škody na jeho strane nepreukázal a preto dokazovanie výšky škody je právne irelevantné. Nebolo možné sa stotožniť ani s argumentáciou žalobcu, že nakoľko sa žalovaný k jeho žalobe napriek výzve súdu nevyjadril, bolo povinnosťou prvostupňového súdu vo veci rozhodnúť rozsudkom pre zmeškania, keďže aj uvedená argumentácia žalobcu svedčí iba o tom, že mu priebeh tohto konania vôbec nie je známy, resp. opätovne uniklo jeho pozornosti, že dňa 22. 01. 2014 (viď č. l. 68 spisu) prevzal právny zástupca žalobcu vyjadrenie žalovaného k žalobe, ktoré dňa 27. 11. 2013 žalovaný doručil prvostupňovému súdu.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kumulatívnych zákonných predpokladov objektívnej zodpovednosti štátu, t.j. popri podmienke nesprávneho úradného postupu štátu, resp. jeho orgánu plniaceho si svoje úlohy v rámci výkonu štátnej moci spočívajúcej v jeho nečinnosti, preukázanie vzniku škody, resp. nemajetkovej ujmy, ktorá mala žalobcovi vzniknúť, ako aj existencie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Súd prvého stupňa napadnutým uznesením uložil žalobcovi povinnosť zaplatiť v lehote troch dní súdny poplatok za odvolanie v sume 20 eur. Svoje rozhodnutie odôvodnil právne položkou 7a Sadzobníka súdnych poplatkov, ktorý tvorí prílohu zákona o súdnych poplatkoch a poplatku za výpis z registra trestov a § 7 ods. 10 tohto zákona a vecne tým, že žalobca podal odvolanie do konania, súdny poplatok predstavuje sumu 20 eur. Proti tomuto uzneseniu podal žalobca v zákonnej lehote odvolanie z dôvodu, že napadnuté uznesenie neobsahuje podstatnú náležitosť uznesenia a to žiadne dôvody, skutkové a právne, ktoré súd prvého stupňa k jeho vydanie viedli a navrhol, aby súd prvého stupňa napadnuté uznesenie podľa § 210a O. s. p zrušil a v prípade, ak daný postup nevyužije, aby odvolací súd napadnuté uznesenie zrušil bez náhrady. Uviedol, že prvostupňový súd mu uložil napadnutým uznesením povinnosť zaplatiť za podané odvolanie sumu 20 eur podľa položky 7a Sadzobníka súdnych poplatkov, avšak podľa danej položky sa poplatok vyrubuje za žalobu na náhradu škody spôsobenej nesprávnym úradným postupom a preto ďalšie úkony vo veci samej, t. j. odvolanie, dovolanie a pod. spoplatneniu nepodliehajú, tak ako je to pri položke 1 Sadzobníka a preto súd nie je oprávnený svojvoľne rozširovať okruh úkonov podliehajúcich súdnemu poplatku. Poukázal na skutočnosť, že v prílohe zák. č. 71/1992 Zb. nie je jasne a jednoznačne stanovená poplatková povinnosť za podanie odvolania voči rozhodnutiu súdu o žalobe na náhradu škody spôsobenej nesprávnym úradným postupom alebo nezákonným rozhodnutím a preto uložená povinnosť napadnutým uznesením predstavuje zásah do základného práva žalobcu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nakoľko použitie analógie legis v prípadoch vyrubenia súdneho poplatku vzhľadom na čl. 59 ods. 2 ústavy, je vylúčené. Uviedol, že jeho právny záver je v súlade s publikovaným rozhodnutím všeobecného významu, rozsudkom Najvyššieho súdu Slovenskej republiky zo dňa 29.03.2007, sp. zn. 4 Cdo 39/2007, z ktorého vyplýva, že za súdne konania, ktoré nie sú uvedené v prílohe zákona č. 71/1992 Zb.,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Žalobca vo svojom odvolaní ďalej poukázal na dôvodovú správu k vládnemu návrhu zákona, ktorým sa mení a dopĺňa zákon č. 145/1995 Z. z. o správnych poplatkoch v znení neskorších predpisov, podľa ktorého v čl. II bod 3 sa žaloby budú spoplatňovať podľa položky č. 1 sadzobníka súdnych poplatkov s tým, že z pozmeňovacích návrhov poslancov P. V., Y. A., F. F. P. R. K.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V dôvodoch svojho odvolania žalobca ďalej uviedol, že podľa ust. § 18ca zák. č. 71/1992 Zb., z úkonov navrhnutých alebo za konania začaté do 30. septembra 2012 sa poplatky vyberajú podľa predpisov účinných do tohto dátumu, i keď sa stanú splatnými po 30. 09. 2012 a nakoľko žalobu podal pred 01. 10. 2012, je nutné v súvislosti s podaným odvolaním aplikovať právny stav platný do 30. 09. 2012, kedy podľa ust. § 4 ods. 1 písm. k), je konanie vo veciach náhrady škody spôsobenej nezákonným rozhodnutím orgánu verejnej moci alebo jeho nesprávnym úradným postupom od poplatku vecne oslobodené. Odvolací súd preskúmal vec podľa § 212 ods. 1 O. s. p. bez nariadenia odvolacieho pojednávania podľa § 214 ods. 2 O. s. p. a dospel k záveru, že odvolaniu žalobcu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01.01.2006 zákonom č. 621/2005 Z. z. S účinnosťou od 01.07.2007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01.10.2012.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zárast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žalobcovi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01.01.2009). Za podanie návrhu na náhradu škody spôsobenej nezákonným rozhodnutím orgánu verejnej moci alebo jeho nesprávnym úradným postupom je určená osobitná sadzba, v sume 20 eur (položka č. 7a sadzobníka; od 01.10.2012). Z úkonov navrhnutých alebo za konania začaté do 30.09.2012 sa vyberajú poplatky podľa predpisov účinných do 30.09.2012, i keď sa stanú splatnými po 30.09.2012 (§ 18ca zákona). V ustanovení § 1 ods. l zákona č. 71/1992 Zb. je vyjadrená ústavná zásada vyplývajúca z čl. 59 ods. 2 Ústavy Slovenskej republiky, podľa ktorej dane a poplatky možno ukladať zákonom alebo na základe zákona, ako správne uviedol aj žalobca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25.11.2010, č. k. IV. ÚS 387/2010-38). V posudzovanej veci sa žalobca žalobou podanou na súd prvého stupňa dňa 27. 09. 2012 domáhal náhrady majetkovej škody a nemajetkovej ujmy podľa zák. č. 514/2003 Z. z., a dňa 04. marca 2015 podal odvolanie proti rozsudku súdu prvého stupňa zo dňa 03. februára 2015, č. k. 14C/172/2012 - 131. Od 01.10.2012 súdne konanie vo veciach náhrady škody spôsobenej nezákonným rozhodnutím orgánu verejnej moci alebo jeho nesprávnym úradným postupom nepožíva vecné oslobodenie od súdnych poplatkov a preto pokiaľ aj žalobca podal návrh na začatie konania pred dňom 01.10.2012, jeho časť, odvolacie konanie, bolo nepochybne začaté po 01.10.2012.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01.10.2012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01.10.2012, sa na konanie o náhradu škody, nemajetkovej ujmy podľa zákona č. 514/2003 Z. z. vzťahovalo vecné oslobodenie od súdnych poplatkov. Súd prvého stupňa napadnutým uznesením rozhodol vecne a právne správne, keď odvolateľovi (žalobcovi) vyrubil súdny poplatok za podané odvolanie proti rozsudku súdu prvého stupňa zo dňa 03. februára 2015, č. k. 14C/172/2012 - 131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19.06.2001, č. sťažnosti XXXXX/XX,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Žalobca vo svojom odvolaní poukázal na rozsudok Najvyššieho súdu Slovenskej republiky zo dňa 29.03.2007, sp. zn. 4 Cdo 39/2007, ktorý sa však vzťahuje na iný skutkový základ (keďže samotné exekučné konanie spoplatnené nebolo, nemohlo byť v rámci neho spoplatnené ani odvolacie konanie), s tým, že citáciu jeho odôvodnenia žalobca vytrhol z kontextu bez viazanosti na rozhodujúce právne skutočnosti. Odvolací súd zo všetkých vyššie uvedených dôvodov napadnuté uznesenie, ktorým bola žalobcovi uložená povinnosť zaplatiť za podané odvolanie súdny poplatok podľa § 219 ods. 1, 2 O. s. p. ako vecne správne potvrdil.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https://www.kauzis.sk/judikatura/r/ECLI:SK:KSBA:2015:1015893005.1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