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4CoZm/11/2015 z 11. 3. 2015</w:t>
      </w:r>
    </w:p>
    <w:p>
      <w:r>
        <w:t>Uznesenie Krajského súdu Bratislava z 11. marca 2015, sp. zn. 4CoZm/11/2015, ECLI:SK:KSBA:2015:1015893220.1</w:t>
      </w:r>
    </w:p>
    <w:p>
      <w:r>
        <w:t>Súd: Krajský súd Bratislava</w:t>
      </w:r>
    </w:p>
    <w:p>
      <w:r>
        <w:t>Spisová značka: 4CoZm/11/2015</w:t>
      </w:r>
    </w:p>
    <w:p>
      <w:r>
        <w:t>ECLI: ECLI:SK:KSBA:2015:1015893220.1</w:t>
      </w:r>
    </w:p>
    <w:p>
      <w:r>
        <w:t>Dátum vydania: 11.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4CoZm/11/2015 Identifikačné číslo súdneho spisu: 1015893220 Dátum vydania rozhodnutia: 12. 03. 2015 Meno a priezvisko sudcu, VSÚ: JUDr. Tatiana Pastieriková ECLI: ECLI:SK:KSBA:2015:1015893220.1 Uznesenie Krajský súd v Bratislave v právnej veci navrhovateľa: UniCredit Leasing Slovakia a.s., Plynárenská 7/ A, 814 16 Bratislava, IČO: 35 730 978, proti odporcovi: H. D. - C., V. XXXX/XX, XXX XX J., A.: XX XXX XXX, zast.: JUDr. Lukáš Kišeľak, advokát, Jarková 63, 080 01 Prešov, o zaplatenie 23.934,73 eur s príslušenstvom zo zmenky, o odvolaní odporcu proti uzneseniu Okresného súdu Bratislava V č.k. 3CbZm/99/2011-130 zo dňa 01.08.2013, takto r o z h o d o l : Krajský súd v Bratislave uznesenie Okresného súdu Bratislava V č.k. 3CbZm/99/2011-130 zo dňa 01.08.2013 p o t v r d z u j e. Krajský súd v Bratislave návrh odporcu na oslobodenie od súdnych poplatkov zo dňa 06.09.2013 z a m i e t a . o d ô v o d n e n i e : Napadnutým uznesením súd prvého stupňa uložil odporcovi povinnosť zaplatiť súdny poplatok 1.440,50 eur za odvolanie proti rozsudku č. k. 3CbZm/99/2011-123 zo dňa 19.06.2013 podľa položky 1 písm. a) Sadzobníka súdnych poplatkov tvoriacich prílohu zák. č. 71/1992 Zb. Proti tomuto uzneseniu podal v zákonnej lehote odvolanie odporca, v ktorom uviedol, že sociálna situácia mu nedovoľuje uhradiť súdny poplatok v stanovenej výške, a to ani len sčasti. Žiadal preto, aby mu súd priznal oslobodenie od súdnych poplatkov v celom rozsahu a napadnuté uznesenie zrušil. Krajský súd v Bratislave ako súd odvolací (§ 10 ods. 1 O.s.p.) prejednal vec podľa § 211 ods. 1 O.s.p. v spojení s § 138 ods. 1 O.s.p., bez nariadenia pojednávania podľa § 214 ods. 2 O.s.p. a dospel k záveru, že odvolaniu nie je možné vyhovieť. Podľa § 211 ods. 1 štvrtá veta O.s.p. odvolací súd rozhodne aj o návrhoch podľa § 138 ods. 1 O.s.p. vrátane tých, o ktorých nerozhodol súd prvého stupňa. Podľa § 138 ods. 1 O.s.p. na návrh môže súd priznať účastníkovi celkom alebo sčasti oslobodenie od súdnych poplatkov, ak to pomery účastníka odôvodňujú a ak nejde o svojvoľné alebo zrejme bezúspešné uplatňovanie alebo bránenie práva. Ak nerozhodne súd inak, vzťahuje sa oslobodenie na celé konanie a má i spätnú účinnosť; poplatky zaplatené pred rozhodnutím o oslobodení sa však nevracajú. Podľa § 138 ods. 2 O.s.p. v návrhu musia byť pomery účastníka dokladované vyplneným tlačivom, ktorého vzor uverejní ministerstvo spravodlivosti na svojom webovom sídle, alebo rozhodnutím o hmotnej núdzi podľa osobitných predpisov. Na to, aby súd mohol účastníkovi priznať oslobodenie od povinnosti platiť súdny poplatok v súlade s ustanovením § 138 O.s.p., musia byť splnené súčasne tri podmienky. Prvou podmienkou je, aby účastník o oslobodenie požiadal, druhou podmienkou je skutočnosť, že pomery účastníka odôvodňujú oslobodenie od súdnych poplatkov, rozhodujúce budú najmä osobné, rodinné a majetkové pomery a poslednou, treťou podmienkou je, že u účastníka žiadajúceho o oslobodenie, nejde o svojvoľné alebo zrejme bezúspešné uplatňovanie alebo bránenie práva. Nakoľko súd nemohol rozhodnúť o oslobodení od súdnych poplatkov odporcu len na základe jeho žiadosti, vyzval odporcu, výzvou doručenou mu dňa 25.02.2015, aby v lehote 8 dní doručil vyplnené tlačivo pre dokladovanie pomerov účastníka konania, ktorý navrhuje, aby mu bolo priznané oslobodenie od súdnych poplatkov. Pri skúmaní pomerov účastníka konania platí, že je povinnosťou žiadateľa o oslobodenie preukázať ním tvrdené skutočnosti o tom, že jeho pomery priznanie oslobodenia od súdnych poplatkov odôvodňujú. Keďže odporca na výzvu súdu v určenej lehote nereagoval, odvolací súd má za to, že nepreukázal existenciu podmienok odôvodňujúcich jeho oslobodenie od súdnych poplatkov a rozhodol tak, ako je uvedené vo výroku tohto uznesenia. Odvolací súd ďalej neposudzoval podmienku, či u účastníka nejde o svojvoľné alebo zrejme bezúspešné uplatňovanie alebo bránenie práva. Na základe vyššie uvedeného odvolací súd v zmysle § 219 ods. 1, 2 O.s.p. napadnuté uznesenie ako vecne správne potvrdil.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https://www.kauzis.sk/judikatura/r/ECLI:SK:KSBA:2015:1015893220.1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