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30CB/517/1994 z 10. 6. 2015</w:t>
      </w:r>
    </w:p>
    <w:p>
      <w:r>
        <w:t>Uznesenie Krajského súdu Bratislava z 10. júna 2015, sp. zn. 30CB/517/1994, ECLI:SK:KSBA:2015:1094895330.2</w:t>
      </w:r>
    </w:p>
    <w:p>
      <w:r>
        <w:t>Súd: Krajský súd Bratislava</w:t>
      </w:r>
    </w:p>
    <w:p>
      <w:r>
        <w:t>Spisová značka: 30CB/517/1994</w:t>
      </w:r>
    </w:p>
    <w:p>
      <w:r>
        <w:t>ECLI: ECLI:SK:KSBA:2015:1094895330.2</w:t>
      </w:r>
    </w:p>
    <w:p>
      <w:r>
        <w:t>Dátum vydania: 10. 6.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30CB/517/1994 Identifikačné číslo súdneho spisu: 1094895330 Dátum vydania rozhodnutia: 11. 06. 2015 Meno a priezvisko sudcu, VSÚ: JUDr. Peter Pospech ECLI: ECLI:SK:KSBA:2015:1094895330.2 Uznesenie Krajský súd v Bratislave, v právnej veci žalobcu: KARNOLA, a.s., Říční okruh 12, Krno, IČO: 476 72 820, proti žalovanému: C. E. - SALAŠ, V. X, C., IČO: 11 808 560, o zaplatenie 2.250,20 Kč, takto r o z h o d o l : Konanie sa z a s t a v u j e. Žiaden z účastníkov nemá právo na náhradu trov konania. Žalobcovi sa súdny poplatok nevracia. o d ô v o d n e n i e : Žalobou došlou na súd dňa 27.05.1993 si pôvodný žalobca uplatnil voči žalovanému pohľadávku vo výške 2.250,20 Kč, z dôvodu nezaplatenia poplatku z omeškania na základe penalizačnej faktúry č. 9212113. Uznesením Krajského súdu v Ostrave bol na majetok žalobcu vyhlásený konkurz dňa 15.02.2001 pod sp.zn. 8K/29/99. Z výpisu z OR Krajského súdu v Ostrave súd zistil, že žalobca KARNOLA, a.s. bol dňa 04.02.2015 vymazaný z obchodného registra. Uznesením Krajského súdu v Bratislave sp.zn. 3K/42/99 zo dňa 23.11.2001 bol návrh veriteľa o vyhlásenie konkurzu zamietnutý pre nemajetnosť dlžníka. Následne bolo zistené, že C. E., Q.. Z. dňa 25.09.2009 zomrela. Uznesením Okresného súdu v Leviciach v dedičskej veci sp.zn. 14D/215/2009, Dnot 184/2009 zo dňa 21.12.2009 bolo konanie pre nemajetnosť poručiteľa zastavené. Toto uznesenie nadobudlo právoplatnosť dňa 05.01.2010. Podľa § 103 O.s.p., kedykoľvek za konania prihliada súd na to, či sú splnené podmienky, za ktorých môže konať vo veci (podmienky konania). Jednou z podmienok konania je i spôsobilosť byť účastníkom konania, ktorú podľa § 19 O.s.p. má ten, kto má spôsobilosť mať práva a povinnosti, inak len ten, komu ju zákon priznáva. Podľa § 20 O.s.p., každý môže pred súdom ako účastník samostatne konať (procesná spôsobilosť) v tom rozsahu, v akom má spôsobilosť vlastnými úkonmi nadobúdať práva a brať na seba povinnosti. Podľa § 104 ods. 1 prvá veta O.s.p., ak ide o taký nedostatok podmienky konania, ktorý nemožno odstrániť, súd konanie zastaví. Súd mal preukázané, že žalobca bol vymazaný z obchodného registra a žalovaná zomrela, teda zanikli, čím stratili spôsobilosť v zmysle §§ 19 a 20 O.s.p. byť účastníkmi konania. Pretože ide o taký nedostatok podmienky konania, ktorý nie je možné odstrániť, súd v zmysle § 104 ods. 1 O.s.p. konanie vo veci zastavil. O trovách konania rozhodol súd podľa § 146 ods. 1 písm. c/ O.s.p., podľa ktorého žiadny z účastníkov konania nemá právo na náhradu trov konania podľa jeho výsledku, ak bolo konanie zastavené. Súd žalobcovi nevrátil súdny poplatok zaplatený za návrh, nakoľko podľa § 13 ods. 1 zák. č. 71/1992 Zb. o súdnych poplatkoch, v znení neskorších úprav, o vrátení poplatku podľa § 11 nemôže súd rozhodnúť po uplynutí troch rokov od konca kalendárneho roka, v ktorom bol zaplatený. Poučenie: Proti tomuto uzneseniu je prípustné odvolanie do 15 dní odo dňa jeho doručenia na Krajský súd v Bratislave v dvoch vyhotoveniach, inak dá súd kópie zhotoviť na náklady odvolateľa. V odvolaní je odvolateľ povinný uviesť v akom rozsahu rozhodnutie napáda, v čom vidí nesprávnosť rozhodnutia alebo postupu súdu a čoho sa odvolaním domáha. Odvolanie možno odôvodniť len tým, že v konaní došlo k vadám uvedeným v § 221 ods. 1 O.s.p.; konanie má inú vadu, ktorá mohla mať za následok nesprávne rozhodnutie vo veci; súd prvého stupňa neúplne zistil skutkový stav veci, pretože nevykonal navrhnuté dôkazy, potrebné na zistenie rozhodujúcich skutočností; súd prvého stupňa dospel na základe vykonaných dôkazov k nesprávnym skutkovým zisteniam; doteraz zistený skutkový stav neobstojí, pretože sú tu ďalšie skutočnosti alebo iné dôkazy, ktoré doteraz neboli uplatnené (§205a O.s.p.); rozhodnutie súdu prvého stupňa vychádza z nesprávneho právneho posúdenia veci. Ak nebude dobrovoľne splnená povinnosť uložená rozhodnutím súdu v stanovenej lehote, môže byť jej splnenie vynútené exekútorským výkonom rozhodnutia.</w:t>
      </w:r>
    </w:p>
    <w:p/>
    <w:p>
      <w:r>
        <w:t>Zdroj: KAUZIS.SK – https://www.kauzis.sk/judikatura/r/ECLI:SK:KSBA:2015:1094895330.2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