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1K/143/1998 z 17. 3. 2015</w:t>
      </w:r>
    </w:p>
    <w:p>
      <w:r>
        <w:t>Uznesenie Krajského súdu Bratislava z 17. marca 2015, sp. zn. 1K/143/1998, ECLI:SK:KSBA:2015:1098897933.5</w:t>
      </w:r>
    </w:p>
    <w:p>
      <w:r>
        <w:t>Súd: Krajský súd Bratislava</w:t>
      </w:r>
    </w:p>
    <w:p>
      <w:r>
        <w:t>Spisová značka: 1K/143/1998</w:t>
      </w:r>
    </w:p>
    <w:p>
      <w:r>
        <w:t>ECLI: ECLI:SK:KSBA:2015:1098897933.5</w:t>
      </w:r>
    </w:p>
    <w:p>
      <w:r>
        <w:t>Dátum vydania: 17. 3.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1K/143/1998 Identifikačné číslo súdneho spisu: 1098897933 Dátum vydania rozhodnutia: 18. 03. 2015 Meno a priezvisko sudcu, VSÚ: JUDr. Eugen Palášthy ECLI: ECLI:SK:KSBA:2015:1098897933.5 Uznesenie Krajský súd v Bratislave, v konkurznej veci úpadcu: BARDTRANS, spoločnosť s ručením obmedzeným Bardejov, Štefánikova 29, 811 07 Bratislava, IČO: 31 721 508, takto r o z h o d o l : Súd zrušuje konkurz vyhlásený uznesením tunajšieho súdu zo dňa 25.06.1998 pod č.k. 1K/143/1998-15 z dôvodu, že tu nie sú predpoklady pre konkurz. Zbavuje JUDr. Juraja Puskailera, sídlom AK Záhradnícka 51, 821 08 Bratislava, funkcie správcu konkurznej podstaty. o d ô v o d n e n i e : Správca konkurznej podstaty JUDr. Juraj Puskailer dal dňa 13.03.2015 návrh na zrušenie vyhláseného konkurzu v zmysle § 44 ods. 1 zák. č. 328/1991 Zb. v znení neskorších predpisov. Uznesením Krajského súdu v Bratislave sp. zn. 1K/143/1998-478 bola dňa 15.04.2014 schválená konečná správa o speňažovaní konkurznej podstaty a o vyúčtovaní odmeny a výdavkov správcu konkurznej podstaty tak, ako ju predložil správca konkurznej podstaty JUDr. Juraj Puskailer dňa 05.02.2014 (právoplatná dňa 19.06.2014), pričom po odpočítaní nákladov na správu majetku, vyplatení pohľadávok proti podstate a vydaní výťažku oddelenému veriteľovi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https://www.kauzis.sk/judikatura/r/ECLI:SK:KSBA:2015:1098897933.5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