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76Cb/128/1999 z 15. 2. 2015</w:t>
      </w:r>
    </w:p>
    <w:p>
      <w:r>
        <w:t>Uznesenie Krajského súdu Bratislava z 15. februára 2015, sp. zn. 76Cb/128/1999, ECLI:SK:KSBA:2015:1099896323.1</w:t>
      </w:r>
    </w:p>
    <w:p>
      <w:r>
        <w:t>Súd: Krajský súd Bratislava</w:t>
      </w:r>
    </w:p>
    <w:p>
      <w:r>
        <w:t>Spisová značka: 76Cb/128/1999</w:t>
      </w:r>
    </w:p>
    <w:p>
      <w:r>
        <w:t>ECLI: ECLI:SK:KSBA:2015:1099896323.1</w:t>
      </w:r>
    </w:p>
    <w:p>
      <w:r>
        <w:t>Dátum vydania: 15. 2.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76Cb/128/1999 Identifikačné číslo súdneho spisu: 1099896323 Dátum vydania rozhodnutia: 16. 02. 2015 Meno a priezvisko sudcu, VSÚ: JUDr. Viera Šebestová ECLI: ECLI:SK:KSBA:2015:1099896323.1 Uznesenie Krajský súd v Bratislave v právnej veci žalobcu v 1. rade: JUDr. Vojtech Agner, advokát, Špitálska 10, P.O.BOX 4, 814 99 Bratislava, správca konkurznej podstaty úpadcu Závody ťažkého strojárstva Dubnica nad Váhom akciová spoločnosť v konkurze, Dubnica nad Váhom, IČO: 36 001 708, v 2. rade: Slovenská konsolidačná, a.s., Cintorínska 21, 814 99 Bratislava, IČO: 35 776 005, proti žalovanému: ZTS - Dubnica nad Váhom plus, a.s. v likvidácii, Areál ZTS č. 924, 018 41 Dubnica nad Váhom, IČO: 36 295 191, o určenie neúčinnosti právnych úkonov, takto r o z h o d o l : Súd konanie z a s t a v u j e . Žiaden z účastníkov nemá právo na náhradu trov konania. o d ô v o d n e n i e : Žalobcovia sa žalobou domáhali, aby súd určil, právnu neúčinnosť kúpnych zmlúv č. SM/SNM/97/014/K z 20.11.1997, SM/SNM/97/015/K z 19.11.1997, č. SM/SNM/97/016/K z 20.11.1997 a č. SM/SNM/97/017/ K z 19.11.1997, ktorými previedol úpadca na žalovaného hnuteľný a nehnuteľný majetok a vrátenia majetku do konkurznej podstaty úpadcu. Krajský súd rozsudkom zo dňa 02.07.2002 určil právnu neúčinnosť kúpnych zmlúv č. SM/SNM/97/014/ K z 20.11.1997, SM/SNM/97/015/K z 19.11.1997, č. SM/SNM/97/016/K z 20.11.1997 a č. SM/ SNM/97/017/K z 19.11.1997 a žalovanému uložil povinnosť zaplatiť žalobcovi peňažnú náhradu vo výške 178,571.434,- Sk a vo zvyšku žalobu zamietol. Žalovanému uložil povinnosť zaplatiť žalobcom náhradu trov konania, a to každému po 30.500,- Sk do 3 dní od právoplatnosti rozsudku. Voči tomuto rozsudku podal odvolanie žalovaný. Najvyšší súd SR uznesením sp. zn. 2Obo/18/2003 zo dňa 27.01.2015 napadnutý rozsudok zrušil a vec vrátil súdu prvého stupňa na ďalšie konanie. Podľa § 103 O.s.p. kedykoľvek za konania prihliada súd na to, či sú splnené podmienky, za ktorých môže konať vo veci (podmienky konania). Jednou z týchto podmienok je spôsobilosť byť účastníkom konania, ktorú podľa ust. § 19 O.s.p. má ten, kto má spôsobilosť mať práva a povinnosti, inak len ten, komu ju zákon priznáva. Podľa § 19a Občianskeho zákonníka, spôsobilosť právnickej osoby nadobúdať práva a povinnosti môže byť obmedzená len zákonom. Právnické osoby, ktoré sa zapisujú do obchodného registra, môže nadobúdať práva a povinnosti odo dňa účinnosti zápisu do obchodného registra, pokiaľ osobitný zákon neustanovuje inak. Výmazom z obchodného registra túto spôsobilosť strácajú. Súd zistil z výpisu z obchodného registra Okresného súdu Trenčín oddiel: Sa, vložka číslo 10019/R, že žalovaný zanikol dňom výmazu 12.02.2015. Podľa § 104 ods. 1 OSP veta prvá, ak ide o taký nedostatok podmienky konania, ktorý nemožno odstrániť, súd konanie zastaví. Vzhľadom na to, že došlo k výmazu žalovaného z obchodného registra ku dňu 12.02.2015, súd preto konanie zastavil. O trovách konania bolo rozhodnuté podľa § 146 ods. 1 písm. c/ OSP tak, že žiaden z účastníkov nemá právo na náhradu trov konania.. Toto rozhodnutie senát Krajského súdu v Bratislave prijal pomerom hlasov Poučenie: Proti tomuto uzneseniu je možné podať odvolanie do 15 dní odo dňa jeho doručenia na tunajšom súde, písomne, v dvoch vyhotoveniach. Odvolanie musí mať náležitosti § 205 OSP.</w:t>
      </w:r>
    </w:p>
    <w:p/>
    <w:p>
      <w:r>
        <w:t>Zdroj: KAUZIS.SK – https://www.kauzis.sk/judikatura/r/ECLI:SK:KSBA:2015:1099896323.1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