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6Co/125/2013 z 3. 2. 2015</w:t>
      </w:r>
    </w:p>
    <w:p>
      <w:r>
        <w:t>Opravné uznesenie Krajského súdu Bratislava z 3. februára 2015, sp. zn. 6Co/125/2013, ECLI:SK:KSBA:2015:1102899426.3</w:t>
      </w:r>
    </w:p>
    <w:p>
      <w:r>
        <w:t>Súd: Krajský súd Bratislava</w:t>
      </w:r>
    </w:p>
    <w:p>
      <w:r>
        <w:t>Spisová značka: 6Co/125/2013</w:t>
      </w:r>
    </w:p>
    <w:p>
      <w:r>
        <w:t>ECLI: ECLI:SK:KSBA:2015:1102899426.3</w:t>
      </w:r>
    </w:p>
    <w:p>
      <w:r>
        <w:t>Dátum vydania: 3. 2. 2015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6Co/125/2013 Identifikačné číslo súdneho spisu: 1102899426 Dátum vydania rozhodnutia: 04. 02. 2015 Meno a priezvisko sudcu, VSÚ: JUDr. Darina Kuchtová ECLI: ECLI:SK:KSBA:2015:1102899426.3 Opravné uznesenie Krajský súd v Bratislave v právnej veci navrhovateľa: P.. S. Ď., bytom K. XX, C., zast.: JUDr. Dušanom Remetom, advokátom, so sídlom Masarykova 2, Prešov, proti odporcovi: Q. Š., Š.U. M. K. H., C. N. H. XX, C., zast.: BARRISTER LEGAL, s.r.o., so sídlom Zámocké schody 2/A, Bratislava, v konaní o určenie povinnosti zverejniť odpoveď počas volebnej kampane, na odvolanie navrhovateľa proti rozsudku Okresného súdu Bratislava I zo dňa 19.09.2012, č. k. 10Ct/30/2002-126, v spojení s opravným uznesením zo dňa 12.11.2012, č. k. 10Ct/30/2002-142, takto r o z h o d o l : Krajský súd v Bratislave opravuje prvý výrok rozsudku Krajského súdu v Bratislave zo dňa 8. decembra 2014, č. k. 6Co/125/2013-158, tak, že tento má správne znieť: „Krajský súd v Bratislave rozsudok Okresného súdu Bratislava I zo dňa 19.09.2012, č. k. 10Ct/30/2002-126, v spojení s opravným uznesením zo dňa 12.11.2012, č. k. 10Ct/30/2002-142, potvrdzuje.“ o d ô v o d n e n i e : Krajský súd v Bratislave ako súd odvolací rozsudkom zo dňa 8. decembra 2014, č. k. 6Co/125/2013-158 rozhodol tak, že: „Krajský súd v Bratislave rozsudok Okresného súdu Bratislava I zo dňa 19.09.2012, č. k. 10Ct/30/2002-126, v spojení s opravným uznesením zo dňa 12.11.2012, č. k. 10Ct/30/2012-142, potvrdzuje. Navrhovateľ je povinný zaplatiť odporcovi náhradu trov odvolacieho konania - trovy právneho zastúpenia vo výške 167,78 eur v lehote troch dní odo dňa právoplatnosti tohto rozsudku, k rukám právneho zástupcu odporcu, č. účtu XXXXXXXXXX/XXXX, R. C., B..K..“. Okresný súd Bratislava I prípisom zo dňa 03.02.2015, doručeným krajskému súdu dňa 03.02.2015, predložil spis v predmetnej právnej veci krajskému súdu na opravu rozsudku č. k. 6Co/125/2013-158 zo dňa 08.12.2014 vo výrokovej časti (číslo konania opravného uznesenia). Podľa § 164 O.s.p.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Podľa § 211 ods. 2 O.s.p. ak tento zákon neustanovuje inak, pre konanie na odvolacom súde platia primerane ustanovenia o konaní pred súdom prvého stupňa. V danej veci v prvom výroku rozsudku krajského súdu zo dňa 8. decembra 2014, č. k. 6Co/125/2013-158, došlo k zrejmej nesprávnosti spočívajúcej v tom, že krajský súd uviedol nesprávne číslo konania opravného uznesenia Okresného súdu Bratislava I zo dňa 12.11.2012, v spojení s ktorým potvrdil rozsudok Okresného súdu Bratislava I zo dňa 19.09.2012, č. k. 10Ct/30/2002-126, a to č. k. 10Ct/30/2012-142, pričom správne číslo predmetného opravného uznesenia Okresného súdu Bratislava I zo dňa 12.11.2012 je č. k. 10Ct/30/2002-142. Odvolací súd v zmysle citovaných zákonných ustanovení uvedenú zrejmú nesprávnosť opravil a rozhodol tak, ako je uvedené vo výroku tohto uznesenia. Toto rozhodnutie bolo odvolacím senátom prijaté pomerom hlasov 3:0. Poučenie: Proti tomuto uzneseniu odvolanie nie je prípustné.</w:t>
      </w:r>
    </w:p>
    <w:p/>
    <w:p>
      <w:r>
        <w:t>Zdroj: KAUZIS.SK – https://www.kauzis.sk/judikatura/r/ECLI:SK:KSBA:2015:1102899426.3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