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2Cob/2/2015 z 24. 2. 2015</w:t>
      </w:r>
    </w:p>
    <w:p>
      <w:r>
        <w:t>Uznesenie Krajského súdu Bratislava z 24. februára 2015, sp. zn. 2Cob/2/2015, ECLI:SK:KSBA:2015:1105235010.4</w:t>
      </w:r>
    </w:p>
    <w:p>
      <w:r>
        <w:t>Súd: Krajský súd Bratislava</w:t>
      </w:r>
    </w:p>
    <w:p>
      <w:r>
        <w:t>Spisová značka: 2Cob/2/2015</w:t>
      </w:r>
    </w:p>
    <w:p>
      <w:r>
        <w:t>ECLI: ECLI:SK:KSBA:2015:1105235010.4</w:t>
      </w:r>
    </w:p>
    <w:p>
      <w:r>
        <w:t>Dátum vydania: 24. 2. 2015</w:t>
      </w:r>
    </w:p>
    <w:p>
      <w:r>
        <w:t>Forma: Uznesenie</w:t>
      </w:r>
    </w:p>
    <w:p>
      <w:r>
        <w:t>Oblasť práva: Obchodné právo</w:t>
      </w:r>
    </w:p>
    <w:p>
      <w:pPr>
        <w:pStyle w:val="Heading2"/>
      </w:pPr>
      <w:r>
        <w:t>Text rozhodnutia</w:t>
      </w:r>
    </w:p>
    <w:p>
      <w:r>
        <w:t>Súd: Krajský súd Bratislava Spisová značka: 2Cob/2/2015 Identifikačné číslo súdneho spisu: 1105235010 Dátum vydania rozhodnutia: 25. 02. 2015 Meno a priezvisko sudcu, VSÚ: JUDr. Oľga Bahníková ECLI: ECLI:SK:KSBA:2015:1105235010.4 Uznesenie Krajský súd v Bratislave v právnej veci navrhovateľa: X. X., K.. XX.XX.XXXX, O. Z. XX/XX, XXX XX P. W., proti odporcovi: VB LEASING SK, spol. s.r.o., Košická 49, 821 08 Bratislava, IČO: 31 378 528, o zaplatenie 16 506,06 eur s príslušenstvom, o odvolaní navrhovateľa proti uzneseniu Okresného súdu Bratislava I zo dňa 30.07.2014 č.k. 32Cb/428/2005-269, takto r o z h o d o l : Krajský súd v Bratislave odvolanie odporcu zo dňa 28.08.2014 proti uzneseniu Okresného súdu Bratislava I č.k. 32Cb/428/2005-269 zo dňa 30.07.2014 odmieta. o d ô v o d n e n i e : Okresný súd Bratislava I napadnutým uznesením vyzval navrhovateľa, aby v lehote 10 dní od doručenia tohto uznesenia pod následkom odmietnutia podania alebo zastavenia konania odstránil vady dovolania doručeného súdu dňa 28.05.2014 spočívajúce: - v neúplnosti dovolania, nakoľko dovolanie neobsahuje všetky náležitosti, ktoré sa pre dovolanie vyžadujú v zmysle ust. § 241 ods. 1 O.s.p., teda z dovolania nie je zrejmé v akom rozsahu a z akých dôvodov sa rozhodnutie napadá, prípadne ktoré dôkazy by sa mali vykonať na preukázanie dôvodov dovolania - dovolateľ nie je v zmysle ust. § 241 ods. 1 zastúpený advokátom - dovolateľ neuviedol dôvody dovolania v zmysle ust. § 241 ods. 2 O.s.p. - absentuje petit dovolania, teda nie je zrejmé, čoho sa dovolateľ domáha. Z odôvodnenia uznesenia vyplýva, že Krajský súd v Bratislave rozsudkom zo dňa 20.03.2014, č.k. 1Cob/331/2012-234 potvrdil rozsudok Okresného súdu Bratislava I zo dňa 24.04.2012, č.k. 32Cb/428/2005-217, ktorým súd žalobu zamietol. Dňa 28.05.2014 navrhovateľ doručil súdu proti predmetnému rozsudku dovolanie. Toto podanie však nespĺňa náležitosti, ktoré sa pre dovolanie vyžadujú v zmysle ust. § 241 ods. 1 a 2 O.s.p. Pretože pre tieto nedostatky nie je možné v konaní pokračovať, súd vyzval navrhovateľa k ich odstráneniu a to v lehote 10 dní od doručenia tohto uznesenia. Ak navrhovateľ v súdnom stanovenej lehote vytknuté nedostatky - vady neodstráni súd jeho podanie - dovolanie odmietne (§ 43 ods. 2 O.s.p.). Ak navrhovateľ neodstráni nedostatok osobitnej podmienky dovolacieho konania (povinné zastúpenie navrhovateľa advokátom v prípade ak sám alebo jeho zamestnanec, ktorý za neho koná nemá právnické vzdelanie) súd konanie zastaví. Odporcovi bolo predmetné uznesenie súdu doručené dňa 18.8.2014 a dňa 28.8.2014 bolo doručené súdu prvého stupňa písomné podanie odporcu, ktoré podľa obsahu súd prvého stupňa posúdil ako odvolanie a predložil ho na rozhodnutie odvolaciemu súdu. Krajský súd v Bratislave ako súd odvolací (§ 10 ods. 1 O.s.p.) preskúmal uznesenie súdu prvého stupňa podľa § 212 ods. 1 O.s.p., prejednal odvolanie podľa § 214 ods. 2 bez nariadenia pojednávania a dospel k záveru, že odvolanie je potrebné odmietnuť. Podľa § 201 O.s.p. veta prvá, účastník môže napadnúť rozhodnutie súdu prvého stupňa odvolaním, pokiaľ to zákon nevylučuje. Podľa § 202 ods. 3 písm. i) O.s.p. odvolanie nie je prípustné proti uzneseniu, ktorým sa rozhodlo o podaní podľa § 43 ods. 1, alebo o odvolaní podľa § 209 ods. 1. Podľa § 218 ods. 1 písm. c) O.s.p. odvolací súd odmietne odvolanie, ktoré smeruje proti rozhodnutiu, proti ktorému nie je odvolanie prípustné. Ako vyplýva z vyššie citovaných ustanovení odvolanie je riadnym opravným prostriedkom, ktorým možno napadnúť rozhodnutie súdu prvého stupňa (rozsudok aj uznesenie), pokiaľ to zákon výslovne nevylučuje. Občiansky súdny poriadok prípustnosť odvolania vylučuje u niektorých uznesení taxatívne vymenovaných v § 202 ods. 3. Okrem iných ide aj o uznesenie, ktorým súd vyzýva pod následkom odmietnutia podania, na odstránenie vád podania. Vzhľadom na to, že odporca napadol odvolaním uznesenie súdu prvého stupňa, proti ktorému zákon odvolanie nepripúšťa, odvolací súd odvolanie podľa § 218 ods. 1 písm. c) O.s.p. odmietol. Toto rozhodnutie odvolacieho senátu bolo prijaté hlasovaním v pomere hlasov 3:0. Poučenie: P o u č e n i e : Proti tomuto uzneseniu nie je možné podať odvolanie.</w:t>
      </w:r>
    </w:p>
    <w:p/>
    <w:p>
      <w:r>
        <w:t>Zdroj: KAUZIS.SK – https://www.kauzis.sk/judikatura/r/ECLI:SK:KSBA:2015:1105235010.4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