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1Cob/147/2015 z 29. 6. 2015</w:t>
      </w:r>
    </w:p>
    <w:p>
      <w:r>
        <w:t>Uznesenie Krajského súdu Bratislava z 29. júna 2015, sp. zn. 1Cob/147/2015, ECLI:SK:KSBA:2015:1107238587.2</w:t>
      </w:r>
    </w:p>
    <w:p>
      <w:r>
        <w:t>Súd: Krajský súd Bratislava</w:t>
      </w:r>
    </w:p>
    <w:p>
      <w:r>
        <w:t>Spisová značka: 1Cob/147/2015</w:t>
      </w:r>
    </w:p>
    <w:p>
      <w:r>
        <w:t>ECLI: ECLI:SK:KSBA:2015:1107238587.2</w:t>
      </w:r>
    </w:p>
    <w:p>
      <w:r>
        <w:t>Dátum vydania: 29. 6. 2015</w:t>
      </w:r>
    </w:p>
    <w:p>
      <w:r>
        <w:t>Forma: Uznesenie</w:t>
      </w:r>
    </w:p>
    <w:p>
      <w:r>
        <w:t>Oblasť práva: Obchodné právo</w:t>
      </w:r>
    </w:p>
    <w:p>
      <w:pPr>
        <w:pStyle w:val="Heading2"/>
      </w:pPr>
      <w:r>
        <w:t>Text rozhodnutia</w:t>
      </w:r>
    </w:p>
    <w:p>
      <w:r>
        <w:t>Súd: Krajský súd Bratislava Spisová značka: 1Cob/147/2015 Identifikačné číslo súdneho spisu: 1107238587 Dátum vydania rozhodnutia: 30. 06. 2015 Meno a priezvisko sudcu, VSÚ: JUDr. Soňa Pekarčíková ECLI: ECLI:SK:KSBA:2015:1107238587.2 Uznesenie Krajský súd v Bratislave v právnej veci navrhovateľa: OSLAVAN SLOVAKIA, s. r. o., Trenčianska cesta 1149/59, 957 01 Bánovce nad Bebravou, IČO: 36 316 717, zast. Mgr. Štefanom Balážom, advokátom, Hviezdoslavova 473, 905 01 Senica, proti odporcovi: SANVIN, s. r. o., Štetinova 7, 811 06 Bratislava, IČO: 35 716 037, zast. JUDr. Petrom Petránom, advokátom, Odborárske nám. 3, 811 07 Bratislava, o zaplatenie 15.296,29 Eur s príslušenstvom, o odvolaní odporcu proti rozsudku Okresného súdu Bratislava I zo dňa 14. 10. 2014 č. k. 27Cb/268/2007-278 takto r o z h o d o l : Krajský súd v Bratislave odvolanie odporcu proti rozsudku Okresného súdu Bratislava I zo dňa 14. 10. 2014 č. k. 27Cb/268/2007-278 o d m i e t a . o d ô v o d n e n i e : Napadnutým rozsudkom súd prvého stupňa návrhu navrhovateľa vyhovel v časti o zaplatenie 3.879,29 Eur spolu s príslušenstvom, súčasne uložil odporcovi i povinnosť nahradiť navrhovateľovi náhradu trov konania. Vo zvyšnej časti návrh navrhovateľa ako nedôvodný zamietol. Proti tomuto rozsudku podal odvolanie odporca a to dňa 11. 12. 2014 (osobne podané na súd prvého stupňa) a to v časti, v ktorej súd prvého stupňa zaviazal odporcu na úhradu časti žalovanej pohľadávky, vrátane príslušenstva k tejto časti pohľadávky a k náhrade trov konania a žiadal odvolací súd v tejto časti rozsudok súdu prvého stupňa zmeniť. Podľa ust. § 218 ods. 1 písm. a) O.s.p., odvolací súd odmietne odvolanie, ktoré bolo podané oneskorene. Podľa ust. § 204 ods. 1 veta prvá O.s.p., odvolanie sa podáva do 15 dní od doručenia rozhodnutia na súde, proti rozhodnutiu ktorého smeruje. Podľa ust. § 204 ods. 2 O.s.p., odvolanie je podané včas aj vtedy ak bolo podané po uplynutí lehoty podľa uvedeného ust. § 204 ods. 1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doručenia. Podľa ust. § 57 ods. 1 O.s.p., do plynutia lehoty sa nezapočítava deň, keď došlo ku skutočnosti určujúcej začiatok lehoty. Podľa ust. § 57 ods. 2 O.s.p., lehoty určené podľa týždňov, mesiacov alebo rokov končia sa uplynutím toho dňa, ktorý sa svojím označením zhoduje s dňom, keď došlo ku skutočnosti určujúcej začiatok lehoty, a ak ho v mesiaci niet, posledným dňom mesiaca. Ak koniec lehoty pripadne na sobotu, nedeľu alebo sviatok, je posledným dňom lehoty najbližší nasledujúci pracovný deň. Podľa ust. § 57 ods. 3 O.s.p., lehota je zachovaná, ak sa posledný deň lehoty urobí úkon na súde, alebo podanie odovzdá orgánu, ktorý má povinnosť ho doručiť. V posudzovanej veci nie je sporná skutočnosť, že napadnutý rozsudok súdu prvého stupňa obsahuje poučenie o prípustnosti odvolania proti nemu do 15 dní od jeho doručenia na súd prvého stupňa. Z doručenky zo zásielky, ktorou sa doručovalo napadnuté rozhodnutie súdu prvého stupňa, je zrejmé, že toto bolo prostredníctvom pošty doručené právnemu zástupcovi odporcu dňa 24. 11. 2014. Lehota na podanie odvolania proti rozhodnutiu súdu ustanovená v § 204 ods. 1 O.s.p. odvolateľovi márne uplynula v zmysle vyššie citovaných zákonných ustanovení a uvedených skutočností najneskôr dňa 09. 12. 2014. Ak teda odvolateľ podal proti tomuto rozhodnutiu odvolanie dňa 11. 12. 2014 (osobne do podateľne súdu), podal toto odvolanie po odvolacej lehote, t. j. oneskorene a z toho dôvodu odvolací súd odvolanie bez jeho vecného preskúmania podľa ust. § 218 ods. 1 písm. a) O.s.p. odmietol. Toto rozhodnutie prijal senát krajského súdu pomerom hlasov 3 : 0. Poučenie: Proti tomuto uzneseniu odvolanie n i e j e prípustné.</w:t>
      </w:r>
    </w:p>
    <w:p/>
    <w:p>
      <w:r>
        <w:t>Zdroj: KAUZIS.SK – https://www.kauzis.sk/judikatura/r/ECLI:SK:KSBA:2015:1107238587.2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