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4Co/499/2013 z 29. 10. 2015</w:t>
      </w:r>
    </w:p>
    <w:p>
      <w:r>
        <w:t>Uznesenie Krajského súdu Bratislava z 29. októbra 2015, sp. zn. 4Co/499/2013, ECLI:SK:KSBA:2015:1108211282.2</w:t>
      </w:r>
    </w:p>
    <w:p>
      <w:r>
        <w:t>Súd: Krajský súd Bratislava</w:t>
      </w:r>
    </w:p>
    <w:p>
      <w:r>
        <w:t>Spisová značka: 4Co/499/2013</w:t>
      </w:r>
    </w:p>
    <w:p>
      <w:r>
        <w:t>ECLI: ECLI:SK:KSBA:2015:1108211282.2</w:t>
      </w:r>
    </w:p>
    <w:p>
      <w:r>
        <w:t>Dátum vydania: 29.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4Co/499/2013 Identifikačné číslo súdneho spisu: 1108211282 Dátum vydania rozhodnutia: 30. 10. 2015 Meno a priezvisko sudcu, VSÚ: JUDr. Valéria Kleinová ECLI: ECLI:SK:KSBA:2015:1108211282.2 Uznesenie Krajský súd v Bratislave v právnej veci navrhovateľa: Venus Project Slovakia, s.r.o., so sídlom Bratislava, Košická 37, IČO: 31 342 841, proti odporcovi: Slovenská republika - Ministerstvo spravodlivosti SR, so sídlom Bratislava, Župné námestie 13, o náhradu škody, o návrhu navrhovateľa na prerušenie konania, na odvolanie navrhovateľa proti uzneseniu Okresného súdu Bratislava I zo dňa 23. apríla 2012, č. k. 25C 70/2008-214, takto r o z h o d o l : Odvolací súd odvolacie konanie z a s t a v u j e. Odporcovi sa náhrada trov odvolacieho konania n e p r i z n á v a. o d ô v o d n e n i e : Napadnutým uznesením súd prvého stupňa zamietol návrh navrhovateľa na prerušenie konania a predloženie veci Ústavnému súdu Slovenskej republiky na zaujatie stanoviska vo vzťahu k uzneseniu vydanému súdom prvého stupňa dňa 2.2.2012, č. k. 25C 70/2008-181, ktorým podľa § 147a ods. 1 OSP rozhodol o tom, že odporca má právo voči navrhovateľovi na zaplatenie sumy vo výške 15 Eur za odročenie pojednávania. Proti tomuto uzneseniu podal navrhovateľ riadne a včas odvolanie, ktorým žiadal napadnuté uznesenie zrušiť a vec vrátiť súdu prvého stupňa na ďalšie konanie a rozhodnutie o jeho návrhu na prerušenie konania. Podané odvolanie vzal písomným podaním zo dňa 6.6.2012 späť. Podľa § 207 ods. 2 OSP dokiaľ o odvolaní nebolo rozhodnuté, možno ho vziať späť. Ak niekto vzal odvolanie späť, nemôže ho podať znova. Podľa § 207 ods. 3 OSP ak sa odvolanie, o ktorom nebolo rozhodnuté, vzalo späť, odvolací súd odvolacie konanie zastaví. Nakoľko o odvolaní navrhovateľa nebolo odvolacím súdom rozhodnuté, bolo ho možné vziať späť, a keďže došlo k účinnému späťvzatiu odvolania navrhovateľom, odvolací súd odvolacie konanie zastavil (§ 207 ods. 2 a 3 OSP). O trovách odvolacieho konania rozhodol odvolací súd podľa § 224 ods. 1 OSP v spojení s § 146 ods. 2, veta prvá OSP, keďže v dôsledku správania sa navrhovateľa spočívajúceho v späťvzatí odvolania došlo k zastaveniu odvolacieho konania. Odporcovi však náhradu trov odvolacieho konania nepriznal, keďže mu žiadne trovy nevznikli.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https://www.kauzis.sk/judikatura/r/ECLI:SK:KSBA:2015:1108211282.2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