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18CoE/246/2014 z 21. 6. 2015</w:t>
      </w:r>
    </w:p>
    <w:p>
      <w:r>
        <w:t>Opravné uznesenie Krajského súdu Bratislava z 21. júna 2015, sp. zn. 18CoE/246/2014, ECLI:SK:KSBA:2015:1111204762.2</w:t>
      </w:r>
    </w:p>
    <w:p>
      <w:r>
        <w:t>Súd: Krajský súd Bratislava</w:t>
      </w:r>
    </w:p>
    <w:p>
      <w:r>
        <w:t>Spisová značka: 18CoE/246/2014</w:t>
      </w:r>
    </w:p>
    <w:p>
      <w:r>
        <w:t>ECLI: ECLI:SK:KSBA:2015:1111204762.2</w:t>
      </w:r>
    </w:p>
    <w:p>
      <w:r>
        <w:t>Dátum vydania: 21. 6. 2015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18CoE/246/2014 Identifikačné číslo súdneho spisu: 1111204762 Dátum vydania rozhodnutia: 22. 06. 2015 Meno a priezvisko sudcu, VSÚ: JUDr. Beata Trandžíková ECLI: ECLI:SK:KSBA:2015:1111204762.2 Opravné uznesenie Krajský súd v Bratislave v exekučnej veci oprávneného: POHOTOVOSŤ, s.r.o., Pribinova 25, 811 09 Bratislava, IČO: 35 807 598, zast. JUDr. Martin Máčaj, advokát, Pribinova 25, 811 09 Bratislava, proti povinnému: W. N., L..Č.. XXXXXX/XXX, Y. X, XXX XX Z., pre vymoženie uloženej povinnosti istiny s prísl., vedenej u súdneho exekútora JUDr. Rudolfa Krutého, so sídlom Exekútorského úradu Záhradnícka 60, 821 08 Bratislava, o vydaní poverenia na vykonanie exekúcie, o odvolaní oprávneného proti uzneseniu Okresného súdu Bratislava I, č.k. 2Er/214/2011-19 zo dňa 19.9.2013, takto r o z h o d o l : Súd opravuje záhlavie a výrok uznesenia Krajského súdu v Bratislave č.k. 18CoE/246/2014- 34 zo dňa 26.03.2015, v časti označenia exekučného súdu na strane č. 1 tak, že správne má byť uvedené: „Okresný súd Bratislava I“ o d ô v o d n e n i e : Odvolací súd dňa 28.05.2015, na podnet Okresného súdu Bratislava I zistil, že označenie súdu prvého stupňa v záhlaví a vo výroku uznesenia Krajského súdu v Bratislave, č.k. 18CoE/246/2014- 34 zo dňa 26.03.2015, je nesprávne. V uznesení Krajského súdu v Bratislave, 18CoE/246/2014- 34 zo dňa 26.03.2015, ktorým súd zrušil uznesenie Okresného súdu Bratislava I, č.k. 2Er/214/2011-19 zo dňa 19.9.2013 a vec vrátil súdu prvého stupňa na ďalšie konanie, došlo k chybe pri písaní na 1. strane v záhlaví a vo výroku uznesenia, ktoré spočívalo v nesprávnom označení exekučného súdu. Podľa ust. § 164 Občianskeho súdneho poriadku,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ust. § 167 ods. 2 Občianskeho súdneho poriadku, ak ďalej nie je ustanovené inak, použijú sa na uznesenie primerane ustanovenia o rozsudku. Na základe uvedeného súd o oprave svojho uznesenia rozhodol tak, ako je uvedené vo výrokovej časti tohto opravného uznesenia. Poučenie: Proti tomuto uzneseniu odvolanie nie je prípustné.</w:t>
      </w:r>
    </w:p>
    <w:p/>
    <w:p>
      <w:r>
        <w:t>Zdroj: KAUZIS.SK – https://www.kauzis.sk/judikatura/r/ECLI:SK:KSBA:2015:1111204762.2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