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8Cob/220/2013 z 24. 6. 2015</w:t>
      </w:r>
    </w:p>
    <w:p>
      <w:r>
        <w:t>Uznesenie Krajského súdu Bratislava z 24. júna 2015, sp. zn. 8Cob/220/2013, ECLI:SK:KSBA:2015:1111225965.1</w:t>
      </w:r>
    </w:p>
    <w:p>
      <w:r>
        <w:t>Súd: Krajský súd Bratislava</w:t>
      </w:r>
    </w:p>
    <w:p>
      <w:r>
        <w:t>Spisová značka: 8Cob/220/2013</w:t>
      </w:r>
    </w:p>
    <w:p>
      <w:r>
        <w:t>ECLI: ECLI:SK:KSBA:2015:1111225965.1</w:t>
      </w:r>
    </w:p>
    <w:p>
      <w:r>
        <w:t>Dátum vydania: 24. 6.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8Cob/220/2013 Identifikačné číslo súdneho spisu: 1111225965 Dátum vydania rozhodnutia: 25. 06. 2015 Meno a priezvisko sudcu, VSÚ: JUDr. Tatiana Pastieriková ECLI: ECLI:SK:KSBA:2015:1111225965.1 Uznesenie Krajský súd v Bratislave právnej veci navrhovateľa: ein.stein - Horský park, s.r.o., Rozvodná 9, 831 01 Bratislava, IČO: 36 671 151, zast.: JUDr. Ivica Firstová, advokátka, Radlinského 1729, 026 01 Dolný Kubín, proti odporcovi: DIGITAL VIRGO SPOLKA AKCYJNA, Królewska 16, Varšava 00-103, Poľská republika (právny nástupca spoločnosti Digital Virgo, s.r.o., Šustekova 51, 851 04 Bratislava, IČO: 35 806 915), zast.: Advokátska kancelária KISELICA &amp; PARTNERS, s.r.o., Námestie M. Benku 12, 811 07 Bratislava, na zaplatenie 59.619 eur príslušenstvom, o odvolaní odporcu proti rozsudku Okresného súdu Bratislava I č.k. 35Cb/5/2012-159 zo dňa 09.07.2013 a o jeho späťvzatí, takto r o z h o d o l : Krajský súd v Bratislave odvolacie konanie z a s t a v u j e . Navrhovateľovi sa náhrada trov odvolacieho konania n e p r i z n á v a . o d ô v o d n e n i e : Napadnutým rozsudkom súd prvého stupňa zaviazal odporcu na zaplatenie istiny 50.100 eur s prísl. a na náhradu trov konania, vo zvyšnej časti návrh zamietol. Proti tomuto rozsudku v časti, v ktorej súd prvého stupňa vyhovel návrhu navrhovateľa, podal v zákonom stanovenej lehote odvolanie odporca, ktoré následne vzal v celom rozsahu späť podaním doručeným súdu dňa 22.06.2015. Krajský súd v Bratislave ako súd odvolací prejednal vec bez nariadenia pojednávania podľa § 214 ods. 2 O.s.p. Podľa § 207 ods. 2 O.s.p. dokiaľ o odvolaní nebolo rozhodnuté, možno ho vziať späť. Ak niekto vzal odvolanie späť, nemôže ho podať znova. Keďže o podanom odvolaní nebolo ku dňu doručenia jeho späťvzatia rozhodnuté, odvolací súd s poukazom na odsek 3 citovaného ustanovenia odvolacie konanie zastavil. O trovách odvolacieho konania rozhodol odvolací súd podľa § 224 ods. 1 O.s.p. a § 146 ods. 2 vety prvej O.s.p.. Navrhovateľovi, ktorému vzniklo právo na náhradu trov konania voči odporcovi, ktorý z procesného hľadiska zavinil zastavenie odvolacieho konania, odvolací súd nepriznal náhradu trov odvolacieho konania, lebo si žiadne trovy neuplatnil. Toto uznesenie bolo členmi senátu prijaté pomerom hlasov 3:0 (§ 3 ods. 9 tretia veta zák. č. 757/2004 Z.z. v znení neskorších predpisov). Poučenie: Proti tomuto uzneseniu odvolanie nie je prípustné.</w:t>
      </w:r>
    </w:p>
    <w:p/>
    <w:p>
      <w:r>
        <w:t>Zdroj: KAUZIS.SK – https://www.kauzis.sk/judikatura/r/ECLI:SK:KSBA:2015:1111225965.1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