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8Co/432/2014 z 20. 7. 2015</w:t>
      </w:r>
    </w:p>
    <w:p>
      <w:r>
        <w:t>Rozsudok Krajského súdu Bratislava z 20. júla 2015, sp. zn. 8Co/432/2014, ECLI:SK:KSBA:2015:1111244443.1</w:t>
      </w:r>
    </w:p>
    <w:p>
      <w:r>
        <w:t>Súd: Krajský súd Bratislava</w:t>
      </w:r>
    </w:p>
    <w:p>
      <w:r>
        <w:t>Spisová značka: 8Co/432/2014</w:t>
      </w:r>
    </w:p>
    <w:p>
      <w:r>
        <w:t>ECLI: ECLI:SK:KSBA:2015:1111244443.1</w:t>
      </w:r>
    </w:p>
    <w:p>
      <w:r>
        <w:t>Dátum vydania: 20. 7. 2015</w:t>
      </w:r>
    </w:p>
    <w:p>
      <w:r>
        <w:t>Forma: Rozsudok</w:t>
      </w:r>
    </w:p>
    <w:p>
      <w:r>
        <w:t>Oblasť práva: Občianske právo</w:t>
      </w:r>
    </w:p>
    <w:p>
      <w:pPr>
        <w:pStyle w:val="Heading2"/>
      </w:pPr>
      <w:r>
        <w:t>Text rozhodnutia</w:t>
      </w:r>
    </w:p>
    <w:p>
      <w:r>
        <w:t>Súd: Krajský súd Bratislava Spisová značka: 8Co/432/2014 Identifikačné číslo súdneho spisu: 1111244443 Dátum vydania rozhodnutia: 21. 07. 2015 Meno a priezvisko sudcu, VSÚ: JUDr. Jana Vlčková ECLI: ECLI:SK:KSBA:2015:1111244443.1 ROZSUDOK V MENE SLOVENSKEJ REPUBLIKY Krajský súd v Bratislave v senáte zloženom z predsedníčky senátu JUDr. Jany Vlčkovej a členov senátu JUDr. Moniky Holickej a JUDr. Ondreja Krajča v právnej veci navrhovateľa: W. J., Z. X. X, Z., zastúpenom: FUTEJ &amp; Partners, s.r.o., so sídlom Radlinského č. 2, Bratislava, proti odporcovi: Slovenská republika, zastúpená Národnou bankou Slovenska, so sídlom Imricha Karvaša č. 1, Bratislava, o náhradu škody, na odvolanie navrhovateľa proti rozsudku Okresného súdu Bratislava I zo dňa 06. marca 2014, č. k. 8C 180/2011-211, jednohlasne takto r o z h o d o l : Odvolací súd rozsudok súdu prvého stupňa v napadnutej časti p o t v r d z u j e . Odporcovi náhradu trov odvolacieho konania n e p r i z n á v a . o d ô v o d n e n i e : Rozsudkom zo dňa 06. marca 2014, č. k. 8C 180/2011-211 zamietol súd prvého stupňa návrh; ktorým sa navrhovateľ domáhal proti odporcovi zaplatenia sumy 7.041,25 eur s príslušenstvom,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aj "OCP"); zamietol návrh navrhovateľa na podanie prejudiciálnej otázky Súdnemu dvoru Európskej únie a odporcovi nepriznal náhradu trov konania. Vykonaným dokazovaním mal preukázané, že Úrad pre finančný trh rozhodnutím zo dňa 21. 3. 2002 schválil Družstvu prospekt investície. Dňa 2. 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súčasne zaviazal zabezpečiť mieru zhodnotenia portfólia klienta vo výške 8% ročne. Rozhodnutím NBS zo dňa 8. 1. 2008, č. OPK-9750/3/2007 bola, na základe kontroly vykonanej v roku 2007, uložená OCP pokuta vo výške 500.000,- Sk za porušenie v rozhodnutí špecifikovaných ustanovení zákona č. 566/2001 Z. z., Banková rada Národnej banky Slovenska v konaní o rozklade predmetné prvostupňové rozhodnutie rozhodnutím zo dňa 7. 5. 2008, č. GUV-841/2008, zrušila a vrátila vec na opätovné prejednanie a rozhodnutie. Následne NBS rozhodnutím zo dňa 20. 8. 2008, č. OPK-9750-5/2007, uložila OCP opätovne pokutu, a to vo výške 300.000,- Sk za porušenie ustanovení § 54 ods. 2, § 73 ods. 1 písm. a), § 74 ods. 1, ods. 7 písm. b) zákona č. 566/2001 Z. z.. Medzičasom NBS rozhodnutím zo dňa 22. 4. 2008, č. OPK-2744-5/2007-PLP zmenila obchodníkovi s cennými papiermi povolenie na poskytovanie investičných služieb udelené rozhodnutím zo dňa 22. 04. 2003 a povolila mu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OCP zo zmluvy o riadení portfólia z 30. 3. 2010 požiadalo Družstvo listom z 15. 4. 2010 NBS o preskúmanie postupu obchodníka s cennými papiermi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 4. 2010 požiadalo Družstvo NBS o zjednanie nápravy v činnosti OCP, pretože tento si neplnil svoje základné povinnosti voči Družstvu, ako subjektu dohliadanému zo strany NBS, spočívajúce v zabezpečení zhodnotenia finančných prostriedkov jemu zverených do správy. NBS vydala dňa 12. 7. 2010 rozhodnutie o predbežnom opatrení, č. ODT-8305/2010, ktorým uložila OCP povinnosť zdržať sa nakladania s majetkom klientov, ktorý mu bol zverený bez písomného súhlasu NBS, keďže na základe oznámenia klientov, najmä Družstva, vzniklo dôvodné podozrenie z možného poškodenia klientov OCP. Rozhodnutím zo dňa 21. 12. 2010, č. ODT-8305-5/2010 NBS odobrala OCP povolenie na poskytovanie investičných služieb z dôvodov podľa § 156 ods. 2 písm. a), § 55 ods. 7, 9, § 85 ods. 2 v spojení s § 84 ods. 1 písm. b), § 76 ods. 2 a § 77 ods. 7 zák. č. 566/2001 Z. z. Správnosť predmetného rozhodnutia potvrdila v konaní o rozklade Banková rada NBS rozhodnutím z 01. 03. 2011, č. GUV-274/2011. NBS rozhodnutím z 26. 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7. 12. 2010, č. GUV-1744/2010. V poradí ďalším rozhodnutím zo dňa 30. 5. 2011, č. ODT-10890-4/2010 NBS zakázala Družstvu, ako vyhlasovateľovi verejnej ponuky majetkových hodnôt, predaj majetkových hodnôt z dôvodu porušenia ustanovenia § 129 ods. 3 v spojení s § 128 ods. 1 písm. b), c), h) zákona č. 566/2001 Z. 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zistiac pri výkone dohľadu na diaľku niektoré skutočnosti nasvedčujúce tomu, že neznámym páchateľom bol spáchaný skutok, ktorý by mohol naplniť znaky skutkovej podstaty trestného činu, podala dňa 27. 7. 2010 trestné oznámenie. Listom z 26. 4. 2007 požiadala NBS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9. 5. 2007, pričom spolu s listom zo dňa 20. 08. 2007, predložilo audítorskú správu a konsolidovanú účtovanú závierku za rok 2006. Družstvo reagovalo dňa 2. 6. 2008 i na žiadosť o odstránenie nedostatkov náležitostí polročnej správy za I. polrok 2007 a dňa 8. 9. 2008 vo vzťahu k polročnej finančnej správe za polrok 2008. Podľa zápisu z prerokovania problémov a nezrovnalostí z 24. 8. 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nedodržovalo prospekt investície.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W.. Y. K.,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1. 2008 informovalo NBS, že od 1. 1. 2008 nakupuje do portfólia vždy tri zmenky od troch samostatných právnych subjektov, namiesto doterajšej jednej zmenky jedného emitenta, ktoré opatrenie zabezpečí súlad v rozložení investičného rizika so schváleným znením prospektu investície. Ďalej v rámci zisťovania skutkového stavu zistil, že Okresný súd Bratislava I uznesením z 11. 4. 2011, č. k. 3K/95/2010, ktoré nadobudlo právoplatnosť dňa 5. 5. 2011, vyhlásil konkurz na majetok Družstva ako úpadcu a do funkcie správcu bol ustanovený W.. W. Y.. Aplikujúc ust. § 3 ods. 1, 2, § 9 ods. 1, § 15 ods. 1 a § 17 ods. 1 zák. č. 514/2003 Z.z. o zodpovednosti za škodu spôsobenú pri výkone verejnej moci na vykonaným dokazovaním zistený skutkový stav veci, dospel k záveru, že navrhovateľ v konaní nepreukázal vznik škody a ani nesprávny úradný postup NBS vo vzťahu k Družstvu. Vychádzal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zákonný predpoklad zodpovednosti štátu, či už podľa zák. č. 58/1969 Zb. alebo zák. č. 514/2003 Z.z., a tým ani predpoklad existencie škody (rozhodnutie NS SR sp. zn. 4Cz 110/84). Navrhovateľ sa preto musí domáhať zaplatenia svojej pohľadávky voči Družstvu, ktoré je vo vzťahu k nemu v pozícii dlžníka/povinného, resp. osoby, ktorá je povinná navrhovateľovi vydať získaný prospech v podobe vyrovnacieho podielu. Aj napriek tomu, že navrhovateľ si uplatnil pohľadávku voči Družstvu v konkurze vyhlásenom na majetok Družstva, v čase rozhodovania nepreukázal bezúspešnosť uplatňovania svojich práv voči Družstvu. S poukazom na vyjadrenie správcu konkurznej podstaty úpadcu konštatoval, že nie je možné ustáliť majetok úpadcu - Družstva, s ktorým bol navrhovateľ v záväzkovom vzťahu, a z ktorého majetku by mala byť uspokojená jeho pohľadávka, uplatňovaná i v prebiehajúcom konaní, titulom náhrady škody za nesprávny úradný postup. Poznamenal, že navrhovateľ nepodal ani žalobu proti členom predstavenstva Družstva alebo kontrolnej komisie Družstva v zmysle § 251 ods. 2, § 243a ods. 4 a § 244 ods. 8 Obchodného zákonníka. V tejto súvislosti dodal, že navrhovateľ si mal primárne uplatňovať svoj nárok voči Družstvu, resp. voči členom jeho predstavenstva a kontrolnej komisie, a až v prípade bezúspešnosti vymoženia predmetnej pohľadávky by do úvahy prichádzalo uplatňovanie náhrady škody voči štátu (v prípade preukázania zodpovednosti odporcu za škodu), navyše, navrhovateľ v konaní nepreukázal ani skutočnosť, či vystavenú zmenku predložil Družstvu na vyplatenie a s akým výsledkom. Z tohto dôvodu nemohol v rozhodnom čase (§ 154 O.s.p.) ustáliť, či a najmä v akej výške vznikla navrhovateľovi škoda, a preto považoval návrh za predčasne podaný. K rozhodnutiu NS ČR sp. zn. 29Cdo 4968/2009, na ktoré poukazoval navrhovateľ, uviedol, že jeho závery sú pre daný prípad neaplikovateľné, nakoľko konkurzné konanie v danej veci nie je ukončené a vzhľadom na jeho stav nemožno jednoznačne konštatovať vylúčenie možnosti uspokojenia pohľadávky navrhovateľa ako prípadného veriteľa v rozsahu, v akom sa v prebiehajúcom konaní domáha náhrady škody. Za preukázaný nepovažoval ani nesprávny úradný postup, ktorý mal podľa navrhovateľa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08. 2007 a v 3/ prijatí nedostatočných opatrení na nápravu protiprávneho stavu po zistení závažných pochybení obchodníka pri činnosti voči Družstvu. V tejto súvislosti sa stotožnil s argumentáciou odporcu v konaní a poukázal na to, že dohľad NBS nad činnosťou Družstva, ako vyhlasovateľa verejnej ponuky majetkových hodnôt, bol regulovaný zákonom č. 566/2001 Z. z. v obmedzenom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1. 1. 2009 i povinnosť aktualizácie prospektu investície podľa § 125c ods. 1 v spojení s § 127 ods. 4 zák. č. 566/2001 Z. z. a od 1. 6. 2010 povinnosť dodržiavania prospektu investície podľa § 129 ods. 3 zákona č. 566/2001 Z. z.. V prípade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nemala právomoc vykonávať dohľad nad celkovou činnosťou Družstva. Družstvo až do 15. 4. 2010, kedy požiadalo o preskúmanie postupu obchodníka s cennými papiermi, nesignalizovalo NBS zhoršenie jeho finančnej situácie, príp. nedostatky v činnosti OCP. Pri výkone dohľadu na mieste samom od 20. 4. do 6. 5. 2010 NBS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len na prospekt cenných papierov podľa § 123 zákona č. 566/2001 Z. z). NBS vyzvala Družstvo na predloženie žiadosti o schválenie dodatku prospektu investície. Ako vyplýva z rozhodnutia NBS 26. 8. 2010, č. OPK-5664/1-5/2010, Družstvo predmetnú žiadosť NBS síce predložilo, táto však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8. 2007, zdôraznil, že predmetom konania je nesprávny úradný postup NBS, a nie OCP; preto v priamej príčinnej súvislosti s ním mohla vzniknúť škoda len Družstvu a nie navrhovateľke, ktorá nebola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 z. a vzhľadom na to sa informácie a podklady, ktoré mala NBS zisťovať v rámci predmetu dohľadu podľa § 135 ods. 2 a § 137 ods. 2 zák. č. 747/2004 Z. z. vzťahovali výlučne ku konkrétnemu druhu dohliadaného subjektu, v danom prípade Družstvu -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8. 2007 a súčasne dala odporúčania na nápravu tohto stavu. NBS v danom období (po 24. 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bolo zrejmé, že NBS sledovala aj činnosť obchodníka s cennými papiermi, pričom nebolo jej povinnosťou informovať Družstvo o výsledných zisteniach. Zákon č. 747/2004 Z. 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 Družstva mal aktívne a včas zaujímať o svoje práva a ich výkon voči Družstvu a jeho orgánom a zamedziť tak znehodnoteniu, príp. nevymožiteľnosti svojich majetkových a iných práv súvisiacich s Družstvom. Na základe vyššie uvedeného posúdil nárok navrhovateľa ako nedôvodný a v celom rozsahu ho zamietol, keď v konaní nepreukázal vznik škody, nesprávny úradný postup, a tým ani vznik príčinnej súvislosti medzi škodou a postupom, teda základné predpoklady vyvodenia zodpovednosti odporcu za škodu, ako aj podmienok pre priznanie náhrady škody. S poukazom na § 109 ods. 1 písm. c) O.s.p. a čl. 267 Zmluvy o fungovaní Európskej únie nevyhovel žiadosti navrhovateľa o podanie prejudiciálnej otázky na Súdny dvor Európskej únie a jeho návrh zamietol. Konštatoval, že v prejednávanej veci neprináleží konajúcemu súdu povinnosť predložiť prejudiciálnu otázku vyvolanú navrhovateľkou Súdnemu dvoru, nakoľko sa nejedná o súd rozhodujúci v poslednom stupni, proti rozhodnutiu ktorého nie je prípustný opravný prostriedok a nejde tu ani o posúdenie platnosti ustanovenia práva Únie, ale výlučne o otázku výkladu práva Európskej únie, resp. jeho porušenia. V danom prípade tak nebolo potrebné skúmať naplnenie niektorej z výnimiek zbavujúcich súdny orgán povinnosti položiť prejudiciálnu otázku. Nakoľko súdu ostala fakultatívna možnosť rozhodnúť o položení /nepoložení prejudiciálnej otázky Súdnemu dvoru, skúmal potrebnosť a odôvodnenosť jej položenia/ nepoloženia. Uviedol, že predmetom konania o prejudiciálnej otázke pred Súdnym dvorom Európskej únie môžu byť len dva typy prejudiciálnych otázok. Otázky týkajúce sa výkladu úniových právnych aktov alebo otázky týkajúce sa platnosti úniových právnych aktov. Súdny dvor nerozhoduje ani o sporných skutkových otázkach konania pred národným súdom, ani o výklade alebo aplikácii vnútroštátneho práva. Po posúdení návrhu navrhovateľa na predloženie navrhovaných prejudiciálnych otázok dospel k záveru, že tento je nedôvodný, nakoľko odpoveď na požadované otázky nemá bezprostredný súvis s prebiehajúcim konaním, v tom zmysle, že by ho determinovala po právnej stránke. Predmetom tohto konania je náhrada škody, ktorá mala byť navrhovateľovi spôsobná údajným nesprávnym úradným postupom odporcu, keď tento údajne nevykonal riadne a odborne dohľad nad Družstvom, ako vyhlasovateľom verejnej ponuky majetkových hodnôt a Obchodníkom s cennými papiermi a neprijal vhodné opatrenia, aby zabránil škode navrhovateľa na majetku. Nestotožnil sa s názorom navrhovateľa, že inštitút verejnej ponuky majetkových hodnôt je zjavne totožný s inštitútom verejnej ponuky cenných papierov, vzhľadom na to, že tieto inštitúty sú upravené rôznymi predpismi Európskej únie a sú upravené a zadefinované v rôznych zákonných ustanoveniach právneho poriadku Slovenskej republiky, pričom úprava verejnej ponuky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O trovách konania rozhodol podľa § 142 ods. 1 O. s. p. a ich náhradu úspešnému odporcovi nepriznal, pretože si ich neuplatnil a v konaní mu ani žiadne trovy nevznikli. Proti tomuto rozsudku, do výroku o zamietnutí návrhu vo veci samej, podal v zákonom stanovenej lehote odvolanie navrhovateľ, domáhajúc sa jeho zmeny tak, aby bolo jeho návrhu vyhovené, alternatívne jeho zrušenia a vrátenia veci súdu prvého stupňa na ďalšie konanie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Namietal,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odporcu, pretože zákon o dohľade takýmto spôsobom obsah dohľadu nad prospektom investícií nedefinoval.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č. 566/2001 Z. z., ale nie dohľad nad celkovou činnosťou Družstva, označil za úplne irelevantný, nakoľko nemohol mať o takto zúženom dohľade orgánu vedomosť. Nesúhlasil so záverom súdu prvého stupňa, že neexistuje príčinná súvislosť medzi škodou a porušením zákonných povinností Národnou bankou Slovenska spočívajúcom v nesprávnom výkone dohľadu, ktorým bol porušený zákon č. 566/2001 Z. z.. Za obzvlášť nepochopiteľný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jej záujmov - ako klientov dohliadaných subjektov. Poukázal na to, že v konaní vedenom na Okresnom súde Bratislava I. pod sp. zn. 7C 206/2011 bolo výpoveďou svedka R.. E. V., H..,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Ing. Libor Červenka, vtedajší predseda predstavenstva obchodníka s cennými papiermi.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podľa nej tak vyústilo v roku 2010 do nedostupnosti ním u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jej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Žiadna platná právna norma preto neumožňuje vysloviť záver o predčasnosti podania návrhu, a to ani vtedy, ak doposiaľ nemala možnosť vymôcť plnenie od subjektu, ktorý jediný je podľa názoru odporcu a prvostupňového súdu povinný jej dané plnenie vrátiť s tým, že ani zákon č. 514/2003 Z. 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Aktuálny stav konkurzu preto vylučuje jej možnosť svoju pohľadávku z konkurzu uspokojiť. Taktiež namietal,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Odporca vo svojom vyjadrení k odvolaniu navrhovateľa uviedol,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prvého stupňa. Na základe správneho zistenia a posúdenia skutkového i právneho stavu veci potom v danej veci dospel k správnemu, logickému a riadne odôvodnenému rozhodnutiu. Nesúhlasil s tvrdením navrhovateľa,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navrhovateľky. Ďalej argumentoval, že navrhovateľ nevyužil všetky možnosti na uplatnenie a vymoženie svojho nároku, pretože nepodal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Navrhovateľ mohol požiadať Národnú banku Slovenska o vysvetlenie jej zákonom zverených kompetencií v oblasti dohľadu nad finančným trhom.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nedopustila sa žiadnych prieťahov v konaní a postupovala v rámci jej oprávnení a v súlade so zákonom o cenných papieroch, zákona č. 747/2004 Z. z. o dohľade nad finančným trhom, ako aj Ústavou Slovenskej republiky. Vo vzťahu k rozsudku Najvyššieho súdu Českej republiky, sp. zn. 29 Cdo 4968/2009, na ktorý poukázal navrhovateľ, odporca dôvodil,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Navrhovateľovi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právo veriteľa (navrhovateľa) voči dlžníkovi sa stane fakticky nevymáhateľným.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žeby boli nedostatočne zdokladované, ale v dôsledku veľmi podozrivého hospodárenia úpadcu v období pred konkurzom. K námietke navrhovateľa, že súd prvého stupňa nevykonal listinné dôkazy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Je mu známe, že na Okresnom súde Bratislava I sú proti nemu vedené stovky sporov na rovnakom skutkovom a právnom základe a vo všetkých sporoch majú navrhovatelia rovnakého právneho zástupcu. Odvolací súd preskúmal rozsudok súdu prvého stupňa v napadnutej časti a v medziach dôvodov podaného odvolania, ktorými je viazaný (§ 212 ods.1 O.s.p.), vrátane konania, ktoré mu predchádzalo, bez nariadenia odvolacieho pojednávania (§ 214 ods.2 O.s.p. v spojení s § 156 ods. 3 O.s.p.) a dospel k záveru, že odvolanie navrhovateľa nie je dôvodné.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 dobrovoľne vstúpil do obchodnoprávneho vzťahu s Družstvom, jeho prijatím za člena PDSI, a teda na základe individuálneho slobodného rozhodnutia prevzal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V posudzovanej veci súd prvého stupňa vykonal náležité dokazovanie potrebné na zistenie všetkých rozhodujúcich skutočností dôležitých pre posúdenie dôvodnosti návrhu navrhovateľa, ktorým sa domáhal zaplatenie náhrady škody, ako aj na posúdenie opodstatnenosti tvrdení, ktoré uvádzal odporca na svoju obranu (§ 120 ods. 1,4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navrhovateľovi nesprávnym úradným postupom orgánov štátu, pričom na vec aplikoval zodpovedajúce ustanovenia zákona č. 514/2003 Z.z. o zodpovednosti za škodu spôsobenú pri výkone verejnej moci (§ 3 ods. 1, ods.2, § 9 ods. 1, § 17 ods.1) v spojení so zákonom č. 566/2001 Z.z. o cenných papieroch a investičných službách (ďalej len "zákon o CP") a zákonom č. 747/2004 Z.z. o dohľade nad finančným trhom (ďalej len "zákon o dohľade") a svoje dôvody, pre ktoré návrhu navrhovateľa nevyhovel a neprihliadol tak na jeho námietky proti postupu orgánov štátu (NBS) pri výkone dohľadu, aj náležite v súlade s požiadavkami vyplývajúcimi z § 157 ods. 2 O.s.p. odôvodnil, a preto možno odôvodnenie jeho rozhodnutia považovať za presvedčivé. Obsah odvolania navrhovateľa nie je spôsobilý spochybniť správnosť záverov napadnutého rozsudku súdu prvého stupňa z hľadiska ním uplatňovaných odvolacích dôvodov podľa § 205 ods. 2, písm.b/, c/, d/, f/ O.s.p., keď ani v odvolacom konaní neboli zistené také nové rozhodujúce skutočnosti alebo dôkazy, ktoré by mali za následok zmenu skutkového stavu alebo by spochybňovali správnosť právnych záverov, na ktorých súd prvého stupňa založil svoje rozhodnutie. Súd prvého stupňa postupoval správne, keď v danej veci zisťoval základné predpoklady vzniku objektívnej zodpovednosti štátu za škodu spôsobenú jeho orgánmi pri výkone dohľadu nad finančným trhom v zmysle zákona č. 514/2003 Z.z.,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Z dikcii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Z.z.), odkedy vo vzťahu k dodržiavaniu tejto povinnosti, uloženej zákonom o CP vyhlasovateľovi verejnej ponuky majetkových hodnôt, bolo možné vykonávať dohľad a uplatňovať sankcie. S účinnosťou od 10. 07.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So zreteľom na uvedené potom navrhovateľ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začala z vlastného podnetu - listom zo dňa 4.9.2007, vo vzťahu k OCP konanie, výsledkom ktorého bolo uloženie mu sankcie v podobe pokuty pre porušenie zákona o cenných papieroch. Pokiaľ v tomto smere navrhovateľ namietal,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128 ods. 1, písm.h/). Až novelou zákona účinnou od 1.1.2009 bola NBS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navrhovateľ v tomto smere nepreukázal,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navrhovateľ, že nedostatky v aktualizácii údajov prospektu, mali vplyv na hodnotenie majetkových hodnôt, resp. že by sankcionovanie Družstva orgánom dohľadu, ovplyvnilo jeho rozhodnutie zotrvať v Družstve, resp. ďalej investovať do majetku Družstva. Navrhovateľ ničím nepreukázal, že ku vzniku škody spočívajúcej v nevyplatení jej vyrovnacieho podielu došlo v priamej a bezprostrednej príčinnej súvislosti s neaktualizovaním údajov prospektu, resp. že jeho nemožnosť rozpoznať riziko investície bola zapríčinená zanedbaním dohľadu NBS nad aktualizáciou údajov, resp. nesankcionovaním Družstva za nesplnenie si v tejto súvislosti jeho povinnosti. O zhoršenej finančnej situácie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 12. 2010 odobrala povolenie obchodníkovi s cennými papiermi na poskytovanie investičných služieb a dňa 27. 7. 2010 podala trestné oznámenie v súvislosti s podozreniami o spáchaní trestného činu. Podľa § 415 Obč. zák., každý je povinný počínať si tak, aby nedochádzalo ku škodám na zdraví, na majetku, na prírode a životnom prostredí. Podľa § 441 Obč. zák. ak bola škoda spôsobená výlučne zavinením poškodeného, znáša ju sám. V tejto súvislosti odvolací sú poznamenáva, že navrhovateľ mal postupovať s priemernou dávkou opatrnosti, ktorú bolo možné od neho spravodlivo požadovať a zvážiť možnú mieru rizika spojeného s jeho investovaním v podobe členských vkladov v Družstve, ktorej si musel byť vedomý aj vzhľadom na povinné upozornenie vyhlasovateľa na rizikovosť investície v oznámení o verejnej ponuke (§ 129 ods. 1 písm.b/ zákona o CP) a neprimerane sa spoliehal na to, že štát v rámci výkonu dohľadu je garantom návratnosti vložených peňažných prostriedkov a ich zhodnotenia. Navrhovateľ preto nedôvodne argumentuje, že bolo porušené jeho právo na legitímne očakávania v tom, že štát bude vykonávať dohľad nad finančným trhom riadne, a že ho v presvedčení o tom, že investícia do PDSI nie je riziková, ochráni pred vznikom škody. Tiež treba dodať, že neznalosť zákona ho podielu viny nezbavuje. Navrhovateľ rovnako zanedbal svoju prevenčnú povinnosť vo vzťahu ku kontrole činnosti Družstva, keď svojou účasťou na členskej schôdzi, mohol uplatňovať svoje práva vyplývajúce mu z členstva, a to riadiť záležitosti Družstva a kontrolovať činnosť Družstva a jeho orgánov. Navrhovateľ uložením peňažných prostriedkov do súkromného podnikateľského subjektu prevzal na seba určité riziká, a to vrátane rizík spojených s jeho zlým hospodárením, a túto nemôže prenášať na štát. Nemožno sa stotožniť ani s tvrdením navrhovateľa v tom, že medzi vzniknutou škodou, ktorá sa má rovnať hodnote ním investovanej sumy do Družstva, resp. výške vyrovnacieho podielu a nesprávnym úradným postupom spočívajúcim v nečinnosti orgánu dohľadu, je daná príčinná súvislosť, v tom, že keby včas zakročil a pozastavil by činnosť Družstva alebo OCP, nebol by navrhovateľ svoje peniaze zveril Družstvu, resp. že by vymohol ním vložené peniaze, resp. vyrovnací podiel. Navrhovateľovi nevznikla škoda tým, že vstúpil do Družstva a vložil do neho peňažné prostriedky formou členských vkladov alebo tým, že skôr nevystúpil z Družstva, ale tým, že mu vznikla nevymožiteľná pohľadávka voči Družstvu na vyplatenie vyrovnacieho podielu v súvislosti s vystúpením z Družstva a škoda mu vznikne v dôsledku nevymožiteľnosti tejto jej pohľadávky od Družstva, pričom táto skutočnosť t.j. nevymožiteľnosť, nemá príčinnú súvislosť v nečinnosti orgánu dohľadu, ale vo finančnom hospodárení Družstva. Pokiaľ by bola Družstvu uložená (najprísnejšia) sankcia zákazu činnosti, tak to samo o sebe ešte neznamená, že pohľadávka navrhovateľa by bola uspokojená.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Odvolací súd zhodne s odporcom konštatuje, že nakoľko navrhovateľ nebol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navrhovateľa. Podľa § 442 ods. 1 Obč. zák. uhrádza sa skutočná škoda a to, čo poškodeného ušlo (ušlý zisk).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V zmysle uvedeného možno vyvodiť záver, že pokiaľ si navrhovateľ uplatnil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navrhovateľovi škoda (v podobe nevymožiteľnosti pohľadávky) ešte nevznikla a môže mu vzniknúť až po skončení konkurzného konania, resp. po právoplatnosti rozvrhového uznesenia. V prvom rade si teda navrhovateľ musí vysporiadať svoje nároky so subjektmi zmluvných vzťahov a vo vzťahu k iným subjektom si môže uplatňovať mimozáväzkovú zodpovednosť za vznik majetkovej ujmy až po tom, čo táto ujma zo záväzkových vzťahov vznikla, teda až vtedy ak právo navrhovateľa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navrhovateľa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prvého stupňa o tom, že návrh navrhovateľa bolo potrebné zamietnuť aj z toho dôvodu, že bol predčasne podaný. V tejto súvislosti odporca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Navrhovateľ sa mylne domnieva, že existencia pohľadávky voči priamemu dlžníkovi mu automaticky zakladá vznik majetkovej škody, táto mu totiž nevzniká v okamihu splatnosti jeho pohľadávky voči priamemu dlžníkovi, v tomto prípade Družstvu, respektíve v prípade jeho omeškania so zaplatením tejto pohľadávky, ale škoda mu vzniká až v prípade, ak sa stalo jeho právo na plnenie voči priamemu dlžníkovi nevymáhateľným. V tomto smere je preto bezpredmetná námietka navrhovateľa, že zákon číslo 514/2003 Z.z. nevyžaduje žiadne predchádzajúce vysporiadanie súkromnoprávnych vzťahov a že žiadna platná norma neumožňuje vysloviť záver o predčasnosti podania návrhu a to ani vtedy, ak doposiaľ nemala možnosť vymôcť plnenie od subjektu, ktorý je jej povinný dané plnenie vrátiť. Pokiaľ navrhovateľ argumentoval rozsudkom Najvyššieho súdu Českej republiky sp.zn. 29 Cdo 4968/2009 zo dňa 11. 4. 2012 vo vzťahu k predčasnosti návrhu, poukazuje odvolací súd na to, že tento na daný prípad nedopadá, keďže ním bolo judikované v súvislosti s § 3 zákona číslo 328/1991 Zb. o konkurze a vyrovnaní, v znení účinnom do 31. 12. 2007, že rozvrhové uznesenie nie je samé o 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 Cdo 2601/2010 zo dňa 25. 8. 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navrhovateľ obdržal plnenie na základe právoplatného rozvrhového uznesenia bez ohľadu na to, že doposiaľ nebolo vydané rozhodnutie o zrušení konkurzu. Inou vadou konania v zmysle ust. § 205 ods. 2, písm.b/ O.s.p. je procesná vada, ktorá na rozdiel od vád taxatívne vymenovaných v § 221 ods. 1 písm. a/ a 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Dokazovanie vykonáva súd na pojednávaní (§ 122 ods. 1 O.s.p.). Dôkaz listinou sa vykoná tak, že predseda senátu alebo samosudca na pojednávaní listinu alebo jej časť prečíta alebo oznámi jej obsah; to neplatí, ak súd vo veci nenariaďuje pojednávanie (§ 129 ods. 1 O.s.p.). Námietku navrhovateľaa, že súd prvého stupňa nevykonal dokazovanie v súlade s ustanovením § 129 ods. 1 O.s.p., nepovažoval odvolací súd za opodstatnenú, keď zo skutočnosti, že v zápisnici nie je zachytené, či oboznámenie vykonal súd prvého stupňa prečítaním presne označených listín alebo ich presne označených častí, nemožno vyvodiť ich procesnú neúčinnosť, resp. ich nevykonanie zákonným spôsobom. Navyše, ide predovšetkým o listinné doklady predložené samotným navrhovateľom, a preto mu bol ich obsah známy, dokonca sa na tieto dôkazy odvolával v súvislosti s preukazovaním svojho nároku, a preto súd prvého stupňa nevychádzal pri svojom rozhodovaní zo žiadnej takej rozhodujúcej skutočnosti, resp. listinného dôkazu, preukazujúceho také skutočnosti, ktoré by navrhovateľovi neboli známe a na ktoré skutočnosti či dôkazy by nebol mohol v konaní patrične, svojimi procesnými návrhmi a vyjadreniami, reagovať. Napokon navrhovateľ, resp. jeho právny zástupca, nenamietali v priebehu pojednávaní, že by na ňom nedošlo k oboznámeniu s listinnými dokladmi, resp. že by došlo k zaprotokolovaniu tejto skutočnosti v rozpore s faktickým stavom. S poukazom na uvedené odvolací súd uzavrel, že dokazovanie listinnými dokladmi bolo vykonané zákonným spôsobom, tieto tak boli spôsobilým podkladom pre zisťovanie skutkového stavu tak, ako bol správne ustálený súdom prvého stupňa a účastníci mali možnosť v konaní uplatniť svoje právo sa k týmto dôkazom vyjadriť (§ 123 O.s.p.). Súd prvého stupňa k skutkovým zisteniam, na ktorých založil svoje rozhodnutie, tak dospel v súlade s § 122 ods. 1 O.s.p. a § 129 ods. 1 O.s.p., a preto v konaní pred súdom prvého stupňa nedošlo k procesnej vade majúcej za následok nesprávne rozhodnutie vo veci. So zreteľom na vyššie uvedené dospel odvolací súd k záveru zhodnému so súdom prvého stupňa,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ods.2 Ústavy SR.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Keď teda súd prvého stupňa za daného skutkového stavu, ktorý bol zistený správne, zamietol návrh navrhovateľa vo veci samej - z dôvodu nesplnenia zákonných predpokladov zodpovednosti štátu za škodu spôsobenú nesprávnym úradným postupom podľa § 9 zákona č. 514/2003 Z.z., rozhodol vecne správne a odvolací súd preto rozsudok súdu prvého stupňa v napadnutej časti, vrátane výroku o náhrade trov konania, potvrdil (§ 219 ods. 1 O.s.p.). O náhrade trov odvolacieho konania rozhodol odvolací súd v zmysle § 224 ods. 1 a § 142 ods. 1 O.s.p., a v odvolacom konaní úspešnému odporcovi ich náhradu nepriznal, keďže nepodal návrh na rozhodnutie o povinnosti nahradiť mu trovy odvolacieho konania podľa § 151 ods. 1, vety prvej O.s.p. a ani mu v odvolacom konaní žiadne trovy konania nevznikli. Poučenie: Proti tomuto rozsudku nie je možné podať odvolanie.</w:t>
      </w:r>
    </w:p>
    <w:p/>
    <w:p>
      <w:r>
        <w:t>Zdroj: KAUZIS.SK – https://www.kauzis.sk/judikatura/r/ECLI:SK:KSBA:2015:1111244443.1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