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7Co/36/2015 z 26. 5. 2015</w:t>
      </w:r>
    </w:p>
    <w:p>
      <w:r>
        <w:t>Rozhodnutie Krajského súdu Bratislava z 26. mája 2015, sp. zn. 7Co/36/2015, ECLI:SK:KSBA:2015:1111244476.2</w:t>
      </w:r>
    </w:p>
    <w:p>
      <w:r>
        <w:t>Súd: Krajský súd Bratislava</w:t>
      </w:r>
    </w:p>
    <w:p>
      <w:r>
        <w:t>Spisová značka: 7Co/36/2015</w:t>
      </w:r>
    </w:p>
    <w:p>
      <w:r>
        <w:t>ECLI: ECLI:SK:KSBA:2015:1111244476.2</w:t>
      </w:r>
    </w:p>
    <w:p>
      <w:r>
        <w:t>Dátum vydania: 26. 5. 2015</w:t>
      </w:r>
    </w:p>
    <w:p>
      <w:r>
        <w:t>Forma: Rozhodnutie</w:t>
      </w:r>
    </w:p>
    <w:p>
      <w:r>
        <w:t>Oblasť práva: Občianske právo</w:t>
      </w:r>
    </w:p>
    <w:p>
      <w:pPr>
        <w:pStyle w:val="Heading2"/>
      </w:pPr>
      <w:r>
        <w:t>Text rozhodnutia</w:t>
      </w:r>
    </w:p>
    <w:p>
      <w:r>
        <w:t>Súd: Krajský súd Bratislava Spisová značka: 7Co/36/2015 Identifikačné číslo súdneho spisu: 1111244476 Dátum vydania rozhodnutia: 27. 05. 2015 Meno a priezvisko sudcu, VSÚ: JUDr. Alena Svetlovská ECLI: ECLI:SK:KSBA:2015:1111244476.2 Rozhodnutie Krajský súd v Bratislave v senáte zloženom z predsedníčky senátu JUDr. Aleny Svetlovskej a členov senátu JUDr. Blanky Malichovej a JUDr. Zuzany Mališovej v právnej veci navrhovateľa: mal. J. H., X.. XX. X. XXXX, zastúpený zákonným zástupcom J. H.F., X.. XX. X. XXXX, obaja bytom Y. K. XXX/XX, zastúpený advokátskou kanceláriou FUTEJ &amp; Partners, s.r.o., Radlinského 2, Bratislava, proti odporkyni: Slovenská republika, zastúpená Národnou bankou Slovenska, Imricha Karvaša 1, Bratislava, o náhradu škody, na odvolanie navrhovateľa proti rozsudku Okresného súdu Bratislava I zo dňa 10. októbra 2014, č. k. 12C 183/2011-515, na odvolanie navrhovateľa proti uzneseniu Okresného súdu Bratislava I zo dňa 9. decembra 2014, č. k. 12C 183/2011-529 a uzneseniu Okresného súdu Bratislava I zo dňa 9. decembra 2014, č. k. 12C 183/2011-531, takto r o z h o d o l : Odvolací súd rozsudok súdu prvého stupňa v napadnutej časti p o t v r d z u j e . Odvolací súd napadnuté uznesenie súdu prvého stupňa zo dňa 9. decembra 2014, č. k. 12C 183/2011-529 p o t v r d z u j e . Odvolací súd napadnuté uznesenie súdu prvého stupňa zo dňa 9. decembra 2014, č. k. 12C 183/2011-531 p o t v r d z u j e . Odporkyni náhradu trov odvolacieho konania n e p r i z n á v a . o d ô v o d n e n i e : Súd prvého stupňa napadnutým rozsudkom zamietol návrh navrhovateľa, ktorým sa domáhal uložiť odporkyni povinnosť zaplatiť mu sumu 203,18 eur s 9,25 % úrokom z omeškania ročne od 19. 4. 2011 do zaplatenia, titulom náhrady škody spôsobenej nesprávnym úradným postupom Národnej banky Slovenska podľa zák. č. 514/2003 Z. z. o zodpovednosti za škodu spôsobenú pri výkone verejnej moci a o zmene niektorých zákonov a zároveň zamietol návrh navrhovateľa na začatie prejudiciálneho konania pred Súdnym dvorom Európskej únie podľa čl. 267 Zmluvy o fungovaní Európskej únie. Svoje rozhodnutie odôvodnil právne ust. § 3 ods. 1, 2, § 9 ods. 1, § 15 ods. 1, § 17 ods. 1 zák. č. 514/2003 Z. z. o zodpovednosti za škodu spôsobenú pri výkone verejnej moci a o zmene niektorých zákonov a vecne tým, že navrhovateľ v konaní vznik škody a nesprávny úradný postup odporkyne, ako ani príčinnú súvislosť medzi škodou a nesprávnym úradným postupom nepreukázal. Poukázal na skutočnosť, že Úrad pre finančný trh rozhodnutím zo dňa 21. 3. 2002 schválil PODIELOVÉMU DRUŽSTVU SLOVENSKÉ INVESTÍCIE (ďalej „Družstvo“)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8. 2008, č. OPK-9750-5/2007 uložila obchodníkovi s cennými papiermi pokutu vo výške 9.958,18 eur (300.000,- Sk) za porušenie ust. § 54 ods. 2, § 73 ods. 1 písm. a), § 74 ods. 1, ods. 7 písm. b) zák. č. 566/2001 Z. z. a rozhodnutím zo dňa 22. 4.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4.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7.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12. 2010, č. ODT-8305-5/2010, potvrdeným Bankovou radou Národnej banky Slovenska rozhodnutím zo dňa 1. 3. 2011, č. GUV-274/2011, odobrala obchodníkovi s cennými papiermi povolenie na poskytovanie investičných služieb z dôvodov podľa § 156 ods. 2 písm. a), § 55 ods. 7, ods. 9, § 85 ods. 2 v spojení s ust. § 84 ods. 1 písm. b), § 76 ods. 2 a § 77 ods. 7 zák. č. 566/2001 Z. z. a rozhodnutím zo dňa 26. 8. 2010, č. OPK-5664/1-5/2010 zastavila konanie o schválenie dodatku k Prospektu investície z dôvodu, že žiadosť neobsahovala náležitosti stanovené zákonom, čo potvrdila Banková rada Národnej banky Slovenska rozhodnutím zo dňa 7. 12. 2010, č. GUV-1744/2010. Rozhodnutím zo dňa 30. 5. 2011, č. ODT-10890-4/2010, právoplatným dňa 18. 7. 2011, Národná banka Slovenska zakázala Družstvu, ako vyhlasovateľovi verejnej ponuky majetkových hodnôt predaj majetkových hodnôt z dôvodu porušenia ust. § 129 ods. 3 v spojení s § 128 ods. 1 písm. b), c), h) zák. č. 566/2001 Z. z. tým, že zmenou skutočností uvedených v Prospekte investície Družstvo tento Prospekt nedodržiavalo a neurobilo žiadne kroky k tomu, aby stav Družstva uviedlo do súladu s údajmi v Prospekte investícii. Súd prvého stupňa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4. 2011, č. k. 3K/95/2010-21, ktoré nadobudlo právoplatnosť dňa 5. 5. 2011, vyhlásil konkurz na majetok Družstva ako úpadcu a do funkcie správcu bol ustanovený H.. H. Z. s tým, že mal vykonaným dokazovaním zároveň preukázané, že navrhovateľ bol členom Družstva na základe rozhodnutia predstavenstva Družstva o prijatí za člena družstva zo dňa 20. 4. 2010 a vlastníkom členského podielu v hodnote 203,18 eur. Žiadosťou zo dňa 11. 2. 2011 navrhovateľ požiadal Družstvo o zrušenie jeho členského podielu v Družstve, na základe čoho Družstvo potvrdením zo dňa 30. 3. 2011 potvrdilo zánik jeho členstva v Družstve k 30. 3. 2011 a vznik nároku na vyrovnací podiel v sume 203,18 eur, ktorý si ako pohľadávku prihlásil navrhovateľ v konkurznom konaní vedenom na majetok Družstva. Predmetná pohľadávka bola správcom konkurznej podstaty popretá a navrhovateľ sa v konaní vedenom na Okresnom súde Bratislava I pod sp. zn. 8Cbi 70/2011, ktoré nie je doposiaľ právoplatne skončené, domáha na základe incidenčnej žaloby určenia pravosti jeho pohľadávky. Z takto zisteného skutkového stavu súd prvého stupňa vyvodil záver, že navrhovateľ nepreukázal žiadnu zo zákonných podmienok pre založenie zodpovednosti odporkyne, teda nesprávny úradný postup, existenciu škody a ani príčinnú súvislosť medzi vzniknutou škodou a nesprávnym úradným postupom. K nesprávnemu úradnému postupu odporkyne spočívajúcom v oneskorenom zistení neaktuálnosti údajov zahrnutých do Prospektu investície a následného oneskorenia zákazu činnosti Družstva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 č. 566/2001 Z.z. za pravdivosť údajov v prospekte investície zo zákona zodpovedá a zodpovedal štatutárny orgán vyhlasovateľa verejnej ponuky majetkových hodnôt. Dohľad nad činnosťou vyhlasovateľa verejnej ponuky majetkových hodnôt vykonával v obmedzenom, resp. vymedzenom rozsahu, spočívajúcom v kontrole tých povinností uložených vyhlasovateľovi verejnej ponuky majetkových hodnôt zákonom a to zverejnenie schváleného Prospektu investície pred začatím verejnej ponuky ( § 126 ods. 2, § 127 ods. 1 zák. č. 566/2001 Z.z.), aktuálnosť prospektu investície počas lehoty platnosti - trvania verejnej ponuky, plnenie informačných povinností vyhlasovateľa verejnej ponuky majetkových hodnôt (§ 130 zák. č. 566/2001 Z.z.), splnenie povinnosti predložiť na posúdenie oznámenie o verejnej ponuke majetkových hodnôt, dodržiavanie zákazu poskytovať úvery a pôžičky z peňažných prostriedkov zhromaždených od verejnosti (§ 126 ods. 5 zák. č. 566/2001 Z.z.). Až od 1.6.2010 išlo aj o dodržiavanie schváleného prospektu investície (novelizovaný § 129 ods. 3 zákona č. 566/2001 Z.z.).NBS v súvislosti s výkonom dohľadu nad Obchodníkom s CP v roku 2007 boli predložené aj údaje o štruktúre majetku družstva k 31.12.2005 a k 31.12.2006 pričom boli zistené nedostatky v oblasti dodržiavania prospektu investície.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26.8.2010, č. OPK-5664/1-5/2010,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 § 129 ods. 3 cit. zákona, ktoré ukončila vydaním rozhodnutia dňa 30.5.2011 č. ODT-10890-4/2010, ktorým zakázala Družstvu predaj majetkových hodnôt. Je teda zrejmé, že NBS konala v rámci svojich oprávnení stanovených zákonom a súd v jej postupe nezistil nesprávny úradný postup. K nesprávnemu úradnému postupu žalovanej spočívajúcemu v prijatí nedostatočných opatrení na nápravu protiprávneho stavu po zisteniach v prerokovaní nedostatkov súd prvého stupňa uviedol, že predmetom konania je nesprávny úradný postup NBS vo vzťahu k Družstvu, a nie Obchodníka s CP. Odporkyňa nebola v žiadnom záväzkovom či inom vzťahu s Obchodníkom s CP. Účastníkom takého vzťahu vzniknutého na základe zmluvy o riadení portfólia bolo len Družstvo, a preto z tohto právneho vzťahu potom vyplývali práva a povinnosti len jeho účastníkom s tým, že dohľad NBS bol limitovaný zákonom č. 566/2001 Z.z., a preto informácie a podklady, ktoré mala NBS zisťovať v rámci predmetu dohľadu podľa § 135 ods. 2 a § 137 ods. 2 zák. č. 747/2004 Z.z. o dohľade, sa vzťahovali výlučne ku konkrétnemu druhu dohliadaného subjektu, v danom prípade k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 po 24.8.2007 ) preto nemohla pristúpiť k uloženiu peňažnej sankcie, pozastaviť alebo zakázať predaj majetkových hodnôt za nedodržiavanie Prospektu investície podľa § 144 ods. 4 zák. č. 566/2001 Z.z., ktoré oprávnenia použila pri zistení neaktuálnosti Prospektu investície po 1.6.2010. K nesprávnemu úradnému postupu žalovanej spočívajúcemu v prijatí nedostatočných opatrení na nápravu protiprávneho stavu po zistení závažných pochybení obchodníka pri činnosti voči Družstvu súd prvého stupňa uviedol, že z listinných dokladov - rozhodnutí NBS o uložení pokuty vo výške 500.000,-Sk (rozhodnutie z 8.1.2008 č. OPK 9750/3/2007), vo výške 300.000,-Sk ( rozhodnutie z 20.8.2008 č. OPK-9750-5/2007 ), je zrejmé, že NBS činnosť Obchodníka s CP sledovala a nebolo jej povinnosťou informovať Družstvo o výsledných zisteniach. Zák.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žalobkyne, ktorá sa ako členka Družstva mala aktívne a včas zaujímať o svoje práva a ich výkon voči Družstvu a jeho orgánom, v zmysle zásady "práva patria bdelým" a zamedziť tak znehodnoteniu, príp. nevymožiteľnosti svojich majetkových a iných práv súvisiacich s Družstvom. V súvislosti s otázkou existencie škody, ako ďalšej podmienky pre úspešné uplatnenie práva na náhradu škody podľa zák. č.. 514/2003 Z.z., súd prvého stupňa poukázal na skutočnosť, že navrhovateľ sa ako bývalý člen Družstva, s ktorým bol v právnom vzťahu, a z ktorého mu vzniklo právo na vyplatenie vyrovnacieho podielu, musí domáhať zaplatenia svojej pohľadávky voči Družstvu, ktoré je vo vzťahu k nemu v pozícii dlžníka, resp. osoby, ktorá je povinná navrhovateľovi vydať získaný prospech v podobe vyrovnacieho podielu s tým, že navrhovateľ si pohľadávku voči Družstvu síce uplatnil v konkurznom konaní vyhlásenom na majetok Družstva, avšak v čase rozhodovania súdu nepreukázal bezúspešnosť uplatňovania svojich práv voči družstvu, pričom toho času nie je možné ustáliť majetok Družstva, s ktorým bol navrhovateľ v záväzkovom vzťahu, a z ktorého majetku by mohla byť uspokojená jeho pohľadávka uplatňovaná v prebiehajúcom konaní o náhradu škody za nesprávny úradný postup, a to i po skončení konkurzného konania. Z tohto dôvodu nemohol súd prvého stupňa ustáliť, či a najmä v akej výške vznikla navrhovateľovi škoda, ktoré okolnosti sú rozhodné pre konanie o nároku na náhradu škody voči štátu. Na podporu svojej argumentácie súd prvého stupňa poukázal na rozhodnutie Najvyššieho súdu SR sp. zn. 4Cdo 199/2005 a rozhodnutie Najvyššieho súdu ČR sp. zn. 25Cdo 1404/2004, v zmysle ktorých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Za nepreukázanú označil súd prvého stupňa aj existenciu príčinnej súvislosti medzi škodou a nesprávnym úradným postupom. Rozhodnutie v časti výroku, ktorým zamietol návrh navrhovateľa na začatie prejudiciálneho konania pred súdnym dvorom Európskej únie podľa čl. 267 Zmluvy o fungovaní Európskej únie, odôvodnil právne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zodpovedanie prejudiciálnych otázok navrhovateľa nie je pre rozhodnutie súdu potrebné. Súd prvého stupňa uviedol, že do zák. č. 566/2001 Z. z. bola transponovaná smernica Európskeho parlamentu a Rady č. 2003/71/ zo dňa 4. 11. 2003 a jej účel je vyjadrený v čl. 1 ods. 1, podľa ktorého jej účelom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považujú prevoditeľne cenné papiere definované v čl. 1 ods. 4 smernice Rady č. 93/22/EHS zo dňa 10. 5. 1993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Mal za zrejmé, že navrhovateľom označená smernica Európskeho parlamentu a Rady č. 2003/71/ES zo dňa 4. 11. 2003 sa primárne aplikuje na prospekt zverejňovaný pri verejnej ponuke cenných papierov a ich prijatí na obchodovanie. Uviedol, že nakoľko označená smernica bola trasponovaná do nášho právneho poriadku a týkala sa primárne oblasti právnej úpravy prospektu zverejňovania pri verejnej ponuke cenných papierov a nie pri verejnej ponuke majetkových hodnôt a bola transponovaná v jej súlade, vo vzťahu k prejednávanej veci je irelevantné zaoberať sa otázkami uvedenými navrhovateľom v návrhu na začatie prejudiciálneho konania. O trovách konania rozhodol podľa § 142 ods. 1 O. s. p. Proti tomuto rozsudku v časti výroku, ktorým súd prvého stupňa návrh navrhovateľa na zaplatenie istiny 203,18 eur s príslušenstvom zamietol, podal navrhovateľ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a navrhol rozsudok v napadnutej časti zmeniť a jeho návrhu vyhovieť, resp. rozsudok súdu prvého stupňa v napadnutej časti zrušiť a vec vrátiť na ďalšie konanie. Zároveň žiadal priznať náhradu trov konania. Namietal,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odporkyne ako orgánu dohľadu a nemohol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odporkyne,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Uviedol,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nemohol rozpoznať riziko svojej investície, resp., že túto investíciu mu odporkyňa svojim zanedbateľným dohľadom ani v minimálnej možnej miere neochránila. Poukázal na skutočnosť, že odporkyňa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odporkyňa svojím rozhodnutím zo dňa 30. mája 2011, č. ODT-10890-4/2010, právoplatným dňa 18. júla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odporkyňa voči Družstvu úradne zasiahla až v máji 2011, kedy činnosť Družstva zakázala. V ďalšom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s tým, že ani zák. č. 514/2003 Z. 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navrhovateľa navrhla rozsudok súdu prvého stupňa v napadnutej časti potvrdiť. Nesúhlasila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Taktiež uviedla, že navrhovateľ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 nevyužil všetky možnosti na uplatnenie a vymoženie svojho nároku, pretože nepodal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navrhovateľa,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a dospel k záveru, že odvolanie navrhovateľa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1, Bratislava, IČO: 35 784 717 (ďalej „Družstvo“), toho času v konkurze vyhlásenom uznesením Okresného súdu Bratislava I zo dňa 11. 4. 2011, č. k. 3K/95/2010 - 21, právoplatným dňa 5. mája 2011, pričom na základe žiadosti navrhovateľa o zrušenie členského podielu v Družstve došlo k zrušeniu jeho členstva a navrhovateľovi vzniklo právo na vyplatenie vyrovnacieho podielu vo výške 203,18,- eur, ktorý si navrhovateľ prihlásil ako pohľadávku v konkurznom konaní vedenom na majetok Družstva.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 domáhal uloženia povinnosti odporkyni zaplatiť jej škodu v sume 203,18 eur s 9,25 % úrokom z omeškania ročne od 19. 4. 2011 do zaplatenia, ktorý mu mal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 nemohla rozpoznať riziko svojej investície už skôr, najmä po zisteniach, že obchodník s cennými papiermi poskytol Družstvu investičnú službu, ktorú mu poskytovať nemohol.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navrhovateľa, predovšetkým jeho individuálnych práv a povinností, tak neobstojí jej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navrhovateľa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navrhovateľa, ktorý však nemôže vychádzať z toho, ako takýto postup navrhovateľ vyhodnotil,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 očakával a namietal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 tvrdený nesprávny úradný postup odporkyne v konaní nepreukázal, pričom odvolací súd poukazuje na skutočnosť, že nedostatočnosť opatrení prijatých odporkyňou, podľa názoru navrhovateľa, bez opory v zákone, podľa jeho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 nemohol dosiahnuť uspokojenie svojej pohľadávky v konkurznom konaní. Odvolací súd má za to, že navrhovateľ si pohľadávku, ktorá je predmetom tohto sporu uplatnil v prebiehajúcom konkurznom konaní, škoda mu preto ešte nevznikla, a preto nemôže byť ani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navrhovateľa v podanou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Napadnutým uznesením zo dňa 9. decembra 2014, č. k. 12C 183/2011-529 súd prvého stupňa navrhovateľovi uložil povinnosť zaplatiť v lehote 10 dní od doručenia uznesenia súdny poplatok za odvolanie v sume 20 eur. Svoje rozhodnutie odôvodnil právne položkou 7a Sadzobníka súdnych poplatkov zák. č. 71/1992 Zb. o súdnych poplatkoch a poplatku za výpis z registra trestov. Proti tomuto uzneseniu podal odvolanie navrhovateľ. Navrhol, aby odvolací súd napadnuté uznesenie zrušil a konanie o vyrubenie súdneho poplatku zastavil. Uviedol, že predmetom konania je jeho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Na podporu svojej argumentácie navrhovateľ záverom poukázal na rozhodnutie Krajského súdu v Bratislave zo dňa 29. apríla 2014, č. k. 4Co 128/2014-310 v skutkovo i právne totožnej veci. Odvolací súd preskúmal vec viazaný rozsahom a dôvodmi odvolania podľa § 212 ods. l O. s. p. v znení účinnom od 1. júna 2014, túto prejednal bez nariadenia odvolacieho pojednávania podľa § 214 ods. 2 O. s. 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uviedol aj navrhovateľ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 žalobou podanou na súd prvého stupňa dňa 30. 12. 2011 domáhal náhrady škody podľa zák. č. 514/2003 Z. z. a dňa 6. 11. 2014 podal odvolanie proti rozsudku súdu prvého stupňa zo dňa 10. októbra 2014, č. k. 12C 183/2011-515. Od 1. 10. 2012 súdne konanie vo veciach náhrady škody spôsobenej nezákonným rozhodnutím orgánu verejnej moci alebo jeho nesprávnym úradným postupom nepožíva vecné oslobodenie od súdnych poplatkov a preto pokiaľ aj navrhovateľ podal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10. 2012, a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odvolateľovi (navrhovateľovi) vyrubil súdny poplatok za podané odvolanie proti rozsudku súdu prvého stupňa zo dňa 10. októbra 2014, č. k. 12C 183/2011-515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K rozhodnutiu Krajského súdu v Bratislave, na ktoré navrhovateľ v odvolaní poukazoval, odvolací súd uvádza, že rozhodnutím iného senátu odvolacieho súdu v obdobnej veci odvolací súd nie je viazaný (§ 135 ods. 1 O.s.p.).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bola navrhovateľovi uložená povinnosť zaplatiť za podané odvolanie súdny poplatok podľa § 219 ods. 1, 2 O. s. p. ako vecne správne potvrdil. Napadnutým uznesením zo dňa 9. decembra 2014, č. k. 12C 183/2011-531 súd prvého stupňa navrhovateľovi uložil povinnosť zaplatiť v lehote 10 dní od doručenia uznesenia súdny poplatok za vyhotovenie rovnopisov elektronických podaní v sume 36,40 Eur (3,- eur za podanie doručené súdu dňa 25. 1. 2013 v rozsahu 5 strán, 5,60 eur za podanie doručené súdu dňa 30. 1. 2013 v rozsahu 56 strán a 27,80 eur za podanie doručené súdu dňa 17. 06. 2014 v rozsahu 278 strán). Svoje rozhodnutie odôvodnil právne položkou 20a Sadzobníka súdnych poplatkov zák. č. 71/1992 Zb. o súdnych poplatkoch a poplatku za výpis z registra trestov. Aj proti uvedenému uzneseniu podal navrhovateľ v zákonnej lehote odvolanie, ktorým navrhol napadnuté uznesenie súdu prvého stupňa pre nesprávne právne posúdenie zrušiť a konanie o vyrubenie súdneho poplatku zastaviť. Uviedol, že poplatok za vyhotovenie rovnopisov a elektronických podaní nie je povinný zaplatiť vzhľadom na na ust. § 4 ods. 1 písm. k) zák. č. 71/1992 Zb.. Poukázal pritom na rozhodnutie Najvyššieho súdu SR sp. zn. 5 M Cdo 20/2010, z ktorého vyplýva, že oslobodenie od súdnych poplatkov (či už osobné alebo vecné) nie je zákonom o súdnych poplatkoch nijako obmedzené a vzťahuje sa na všetky položky uvedené v sadzobníku zákona o súdnych poplatkoch, ako aj na uznesenie Krajského súdu v Bratislave zo dňa 31. júla 2012, č. k. 5Co/313/2012-131. Záverom dodal, že podania boli podpísané zaručeným elektronickým podpisom, a preto ich podľa § 42 ods. 1 O.s.p. nebolo potrebné doplňovať v potrebnom počte rovnopisov. Odvolací súd preskúmal vec viazaný rozsahom a dôvodmi odvolania podľa § 212 ods. l O. s. p. v znení účinnom od 1. júna 2014, túto prejednal bez nariadenia odvolacieho pojednávania podľa § 214 ods. 2 O. s. p. a dospel k záveru, že odvolanie navrhovateľa nie je dôvodné. Pol. 20a Sadzobníka súdnych poplatkov, ktorý tvorí prílohu zákona č. 71/1992 Zb., bola do sadzobníka vložená novelou zák. č. 71/1992 Zb. vykonanou zákonom č. 273/2007 Z.z., ktorý nadobudol účinnosť dňa 1. 7. 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 9. 2012 sa vyberajú poplatky podľa predpisov účinných do 30. 9. 2012, i keď sa stanú splatnými po 30. septembri 2012. Z toho vyplýva, že toto konanie nie je od 1. 10. 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 Keďže v danom prípade išlo o poplatok za vyhotovenie rovnopisov elektronických podaní, oslobodenie od jeho platenia sa s poukazom na § 18ca vzťahuje len na úkony navrhnuté do 30. 9. 2012. Vychádzajúc teda z názoru Najvyššieho súdu prezentovaného v jeho rozhodnutí sp. zn. 5 M Cdo 20/2010 je navrhovateľ oslobodený od všetkých poplatkov uvedených v Sadzobníku súdnych poplatkov, avšak len za úkony navrhnuté do 30. 9. 2012. V prejednávanej veci bol poplatok vyrubený za vyhotovenie rovnopisov elektronických podaní, ktoré boli súdu prvého stupňa doručené v roku 2013 a v roku 2014, teda po termíne 30. 9. 2012. Navrhovateľ je preto povinný zaplatiť súdny poplatok v zmysle pol. 20a Sadzobníka súdnych poplatkov. Neobstojí ani odvolacia námietka navrhovateľa, že netreba dopĺňať podanie, ktoré bolo podpísané zaručeným elektronickým podpisom, a preto mu nevzniká poplatková povinnosť (zrejme odvolateľ mal na mysli poznámku č. 1 k položke 20a Sadzobníka súdnych poplatkoch). Nebolo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O.s.p. (poznámka 1 k položke 20a sadzobníka). Uvedené však nezbavuje povinnosti navrhovateľa zaplatiť súdny poplatok, keďže súdny poplatok nepredstavuje náhradu vecných nákladov podľa § 42 ods. 3 O.s.p. (ide o dva rozdielne, samostatné nároky). Z uvedených dôvodov odvolací súd podľa § 219 ods. 1 O.s.p. ako vecne správne potvrdil aj uznesenie, ktorým bola navrhovateľovi uložená povinnosť zaplatiť súdny poplatok za vyhotovenie rovnopisov elektronických podaní. O trovách odvolacieho konania rozhodol odvolací súd podľa ust. § 224 ods. 1 O. s. p. v spojení s ust. § 142 ods. 1 O. s. p. tak, že odporkyni náhradu trov odvolacieho konania nepriznal, nakoľko si právo na ich náhradu neuplatnila (§ 151 ods. 1 O. s. p.). Toto rozhodnutie bolo prijaté senátom Krajského súdu v Bratislave pomerom hlasov 3:0 (§ 3 ods. 9 zák. č. 757/2004 Z. z. o súdoch a o zmene a doplnení niektorých zákonov). Poučenie: Proti tomuto rozsudku nie je prípustné odvolanie.</w:t>
      </w:r>
    </w:p>
    <w:p/>
    <w:p>
      <w:r>
        <w:t>Zdroj: KAUZIS.SK – https://www.kauzis.sk/judikatura/r/ECLI:SK:KSBA:2015:1111244476.2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