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14Co/595/2014 z 5. 10. 2015</w:t>
      </w:r>
    </w:p>
    <w:p>
      <w:r>
        <w:t>Rozsudok Krajského súdu Bratislava z 5. októbra 2015, sp. zn. 14Co/595/2014, ECLI:SK:KSBA:2015:1111244477.1</w:t>
      </w:r>
    </w:p>
    <w:p>
      <w:r>
        <w:t>Súd: Krajský súd Bratislava</w:t>
      </w:r>
    </w:p>
    <w:p>
      <w:r>
        <w:t>Spisová značka: 14Co/595/2014</w:t>
      </w:r>
    </w:p>
    <w:p>
      <w:r>
        <w:t>ECLI: ECLI:SK:KSBA:2015:1111244477.1</w:t>
      </w:r>
    </w:p>
    <w:p>
      <w:r>
        <w:t>Dátum vydania: 5. 10. 2015</w:t>
      </w:r>
    </w:p>
    <w:p>
      <w:r>
        <w:t>Forma: Rozsudok</w:t>
      </w:r>
    </w:p>
    <w:p>
      <w:r>
        <w:t>Oblasť práva: Občianske právo</w:t>
      </w:r>
    </w:p>
    <w:p>
      <w:pPr>
        <w:pStyle w:val="Heading2"/>
      </w:pPr>
      <w:r>
        <w:t>Text rozhodnutia</w:t>
      </w:r>
    </w:p>
    <w:p>
      <w:r>
        <w:t>Súd: Krajský súd Bratislava Spisová značka: 14Co/595/2014 Identifikačné číslo súdneho spisu: 1111244477 Dátum vydania rozhodnutia: 06. 10. 2015 Meno a priezvisko sudcu, VSÚ: JUDr. Katarína Javorčíková ECLI: ECLI:SK:KSBA:2015:1111244477.1 ROZSUDOK V MENE SLOVENSKEJ REPUBLIKY Krajský súd v Bratislave v senáte zloženom z predsedníčky senátu JUDr. Kataríny Javorčíkovej a členiek senátu Mgr. Barbory Bartekovej a JUDr. Edity Szabovej, v právnej veci navrhovateľa: J. A., N.. XX.X.XXXX, A. L.. X. V. XXX/X, B., zastúpeného advokátskou kanceláriou FUTEJ &amp; Partners s.r.o., so sídlom Radlinského 2, Bratislava, IČO: 35 955 341, proti odporcovi: Slovenská republika, v mene ktorej koná Národná banka Slovenska, so sídlom ul. Imricha Karvaša 1, Bratislava, IČO: 30 844 789, o náhradu škody vo výške 3.784,13 eur s prísl., o odvolaní navrhovateľa proti rozsudku Okresného súdu Bratislava I v Bratislave zo dňa 10.6.2014, č.k. 15C/185/2011-204 a proti uzneseniu zo dňa 16.7.2014, č.k. 15C/185/2011-234, pomerom hlasov 3:0, takto r o z h o d o l : I. Odvolací súd rozsudok Okresného súdu Bratislava I v Bratislave zo dňa 10.6.2014, č.k. 15C/185/2011-204 v napadnutej časti p o t v r d z u j e . Odporcovi sa náhrada trov odvolacieho konania n e p r i z n á v a. II. Odvolací súd uznesenie Okresného súdu Bratislava I v Bratislave zo dňa 16.7.2014, č.k. 15C/185/2011-234 p o t v r d z u j e . o d ô v o d n e n i e : Napadnutým rozsudkom súd prvého stupňa (v prvom výroku) zamietol návrh na začatie prejudiciálneho konania pred Súdnym dvorom Európskej únie podľa článku 267 Zmluvy o fungovaní Európskej únie. Zároveň (druhým a tretím výrokom) zamietol návrh navrhovateľa, ktorým sa domáhal voči odporcovi náhrady škody vo výške 3.784,13 eur s úrokom z omeškania titulom náhrady škody spôsobenej nesprávnym úradným postupom Národnej banky Slovenska (ďalej len NBS) podľa § 9 zák. č. 514/2003 Z.z. o zodpovednosti za škodu spôsobenú pri výkone verejnej moci, a o trovách prvostupňového konania rozhodol tak, že odporcovi náhradu trov konania nepriznal. Z odôvodnenia rozsudku vyplýva, že súd svoje rozhodnutie o zamietnutí návrhu v merite veci odôvodnil právne ust. § 1 ods. 1, § 9 ods. 1, 2, § 15 ods. 1, a § 17 ods. 1 zák. č. 514/2003 Z.z. o zodpovednosti za škodu spôsobenú pri výkone verejnej moci a o zmene niektorých zákonov, a § 127 ods. 2 a §128 zák. č. 566/2001 Z.z. zákona o cenných papieroch, v znení účinnom v rozhodnom čase. Vecne svoje rozhodnutie súd odôvodnil tým, že navrhovateľ v konaní nepreukázal namietaný nesprávny úradný postup odporcu, ako jeden z troch podmienok vzniku zodpovednosti za vznik škody. Uviedol, že z dôvodu hospodárnosti konania sa s ostatnými podmienkami vzniku zodpovednosti štátu - výškou škody a príčinnou súvislosťou s nesprávnym úradným postupom NBS pri výkone dohľadu nad Družstvom, nezaoberal. O trovách konania rozhodol podľa ust. § 142 ods. 1 O.s.p., a v konaní úspešnému odporcovi ich náhradu nepriznal, nakoľko ich náhradu si neuplatnil, a v konaní mu ani žiadne trovy nevznikli. Vykonaným dokazovaním zistil, že navrhovateľ bol členom družstva PODIELOVÉ DRUŽSTVO SLOVENSKÉ INVESTÍCIE (ďalej len Družstvo), do tohto družstva vložil členský vklad, avšak vzhľadom na rozhodnutie o vystúpení z Družstva jeho členstvo zaniklo rozhodnutím predstavenstva družstva podľa čl. 16 ods.3 Stanov družstva k 10.12.2010, čím vzniklo právo na vyplatenie vyrovnacieho podielu vo výške 3.784,13 eur so splatnosťou do 10.6.2011. Súd tiež zistil, že Úrad pre finančný trh rozhodnutím z 21.3.2002 schválil Družstvu Prospekt investície, pri ktorom Družstvo požiadalo návrhom na začatie konania doručeným Úradu dňa 16.4.2003 o schválenie jeho dodatku. Úrad pre finančný trh Družstvo oboznámil o splnení podmienok pre schválenie tohto dodatku podľa § 127 ods. 4 v spojení s § 122 ods. 7 zákona č. 566/2001 Z.z.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2.6.2008 uzavrelo Družstvo s obchodníkom s cennými papiermi Capital Invest, o.c.p. (ďalej len obchodník s CP), zmluvu o riadení portfólia, podľa ktorej sa obchodník s 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CP sa zaviazal zabezpečiť mieru zhodnotenia portfólia klienta vo výške 8% ročne. Investíciami vloženými do Družstva, ktoré tvorili vklady členov Družstva mal právo disponovať výhradne obchodník s CP na základe zmluvy o riadení portfólia, z ktorej vyplývali práva a povinnosti zmluvných strán uzatvorenej medzi obchodníkom s CP a Družstvom. Zmluva bola ukončená zo strany obchodníka s CP výpoveďou z 30.3.2010 s účinnosťou od 1.5.2010.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Družstvom. S finančnými prostriedkami na účte Družstva boli oprávnené disponovať zamestnankyne obchodníka s CP - pani B., C., N. P. V.. Družstvo malo účty v Slovenskej sporiteľni a.s., v Československej obchodnej banke a.s. a Všeobecnej úverovej banke a.s.. Družstvo až listom doručeným NBS dňa 15.4.2010 požiadalo NBS o preskúmanie postupu obchodníka s CP po tom, čo mu obchodník CP vypovedal zmluvu o zriadení portfólia. Z obsahu listinných dôkazov, ako aj z obsahu výpovede splnomocneného zástupcu odporcu mal súd preukázané, že NBS vykonala v období od 20.4.2010 do 6.5.2010 u obchodníka s CP dohľad na mieste. NBS v tomto období vyzvala Družstvo listom z 20.4.2010, aby predložilo žiadosť o schválenie dodatku prospektu investície tak, aby Družstvo mohlo pokračovať v zhodnocovaní finančných prostriedkov, keďže NBS zistila, že podstatná časť prospektu investície sa stala neaktuálna. Družstvo predložilo NBS dňa 28.4.2010 žiadosť o schválenie dodatkov k prospektu investície. Týmto bolo začaté konanie, ktoré bolo podľa § 21ods.1 písm. a) zákona č.747/2004 Z.z. prerušené rozhodnutím Y.-XXXX/X-X/XXXX z 10.5.2010 na čas, kedy Družstvo bolo povinné odstrániť nedostatky žiadosti a žiadosť doplniť. Družstvo ani po opakovanom predĺžení lehoty na odstránenie vád žiadosti nedostatky neodstránilo, v dôsledku čoho NBS rozhodnutím Y. -XXXX/X-X/XXXX z 26.8.2010 konanie vo veci žiadosti o schválenie dodatkov k prospektu investície, zastavila. Rozhodnutie bolo potvrdené rozhodnutím Bankovej rady NBS číslo X.-XXXX/XXXX z 8.12.2010, právoplatné 16.12.2010. NBS súbežne začala voči Družstvu konanie o uložení sankcie podľa § 144 ods.4 zákona č. 566/2001 Z.z. za porušenie ustanovenia § 129 ods.3 v spojení s ustanovením § 128 ods.1 písm. b), c) a h) ZoCP a §125c ods.1 v spojení s §127ods.4 ZoCP, rozhodnutím Y. - XXXXX-X/XXXX z 30.5.2011, právoplatné 18.7.2011. Týmto rozhodnutím NBS Družstvu zakázala predaj majetkových hodnôt, avšak nezakázala Družstvu vykonávať inú činnosť, keďže NBS takéto kompetencie voči Družstvu ako podnikateľskému subjektu nemala. NBS na základe získaných poznatkov o činnosti Družstva ako aj obchodníka s CP, podala dňa 27.7.2010 orgánom činným v trestnom konaní oznámenie o podozrení zo spáchania trestného činu. Podľa uznesenia Prezídia Policajného zboru, Úradu boja proti korupcii, vyšetrovateľa odboru boja proti korupcii č. k. Č.:W.-XXX/BPK-A.-XXXX zo 16.11.2010, bolo dňa 10.8.2010 začaté trestné stíhanie podľa § 199 ods. 1 Trestného poriadku pre obzvlášť závažný zločin podvodu podľa § 221 ods. 1 a ods. 4 písm. a) Trestného zákona spolupáchateľstvom podľa § 20 Trestného zákona. Podľa názoru súdu, navrhovateľ nepreukázal, že by NBS vo vzťahu k Družstvu nesprávne úradne postupovala. Práve naopak, v konaní bolo preukázané, že NBS až od účinnosti zákona č. 566/2001 Z.z. o cenných papieroch, od 1.6.2010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nakoľko by konala v rozpore s čl. 2 ods.2 Ústavy Slovenskej republiky a v rozpore s ustanoveniami zákona č. 566/1992 Zb. o Národnej banke Slovenska, so zákonom č. 566/2001 Z.z. o cenných papieroch a zákonom č. 747/2004 Z.z. o dohľade nad finančným trhom. Súd konštatoval, že nárok na náhradu škody voči štátu môže byť úspešne uplatnený iba vtedy, ak poškodený nemôže dosiahnuť uspokojenie svojej pohľadávky voči dlžníkovi, ktorý je povinný plniť. Uznesením Okresného súdu Bratislava I z 11.4.2011, sp. zn. 3K 95/2010 mal súd preukázané, že na majetok Družstva ako úpadcu bol vyhlásený konkurz. Do funkcie správcu bol ustanovený V.. V. R. a veritelia Družstva boli vyzvaní na prihlásenie pohľadávok v lehote 45 dní odo dňa vyhlásenia konkurzu. Vzhľadom na vznik nároku navrhovateľa voči Družstvu na vyplatenie vyrovnacieho podielu, navrhovateľ patril medzi skupinu veriteľov Družstva oprávnených prihlásiť si svoju pohľadávku do konkurzu, čo navrhovateľ formou prihlášky do konkurzu, urobil. Pohľadávka bola správcom konkurznej podstaty popretá a z toho dôvodu sa navrhovateľ domáha určenia jej oprávnenosti incidenčnou žalobou voči správcovi konkurznej podstaty. Konkurz vyhlásený na majetok Družstva, rovnako ako konanie o incidenčnej žalobe nie sú právoplatne ukončené. Súd prvého stupňa ďalej poukázal na ustálenú súdnu judikatúru, podľa ktorej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Súd preto vyhodnotil žalobu za predčasne podanú. Súd návrh zamietol ako predčasne podaný aj z dôvodu, že navrhovateľ ako bývalý člen Družstva, ktorý sa stane v dôsledku nevyplatených finančných prostriedkov družstvom veriteľom Družstva, si svoje nároky na náhradu škody môže uplatniť v zmysle ustanovenia §243a ods. 4 Obchodného zákonníka za splnenia podmienok vzniku škody voči členom predstavenstva družstva alebo členom kontrolnej komisie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Podľa názoru súdu, existencia pohľadávky navrhovateľa na náhradu škody voči vyššie uvedeným subjektom Družstva vylučuje možnosť, aby sa navrhovateľ domáhal náhrady škody voči štátu podľa zákona č. 514/2003 Z.z.. Navrhovateľ nepreukázal, že by bez svojej viny sa bezúspešne domáhal náhrady škody voči subjektom Družstva. Skutočnou škodou je aj ujma spočívajúca v neuspokojenej pohľadávke navrhovateľa ako veriteľa voči subjektom Družstva, ktorú náhradu požaduje od štátu ako subjektu zodpovedného za prípadný nesprávny úradný postup orgánu verejnej moci. Táto škoda však vzniká za preukázania všetkých podmienok vzniku zodpovednosti štátu za škodu až okamihom, keď sa právo veriteľa na plnenie voči dlžníkovi stane fakticky nevymáhateľným. Podľa názoru súdu v danom prípade odporca v konaní preukázal, že NBS dohľad nad dohliadaným subjektom - Družstvom nezanedbala. Súd sa priklonil k názoru odporcu, že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t.j. či obsahuje všetky údaje a vzájomný súlad predložených údajov a ich zrozumiteľnosť. Za pravdivosť údajov v Prospekte investície zodpovedali príslušné orgány Družstva. Odporca tiež preukázal, že nebolo v právomoci NBS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ZoCP). NBS nemohla vykonávať dohľad nad celkovou činnosťou Družstva, pretože v takom prípade by došlo k prekročeniu jej kompetencií. NBS až od 1.6.2010 bola oprávnená dohliadať aj na skutočnosť, či vyhlasovateľ majetkových hodnôt dodržiava schválený prospekt investície. Súd v závere konštatoval, že štát Slovenská republika, nemôže priamo zasahovať do vlastnej činnosti Družstva a jeho majetkovoprávnych vzťahov, v ktorých má Družstvo autonómne postavenie. Vnútorné vzťahy Družstva sa spravovali v danom čase stanovami družstva a Obchodným zákonníkom. Navrhovateľ ako člen Družstva (podnikateľského subjektu) neinvestoval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Navrhovateľ nepreukázal, že počas členstva v Družstve realizoval svoje oprávnenia vyplývajúce mu z členstva tak, že by aktívne zasahoval do činnosti Družstva za účelom odvrátenia hroziacej škody pri zistení nedostatkov v činnosti štatutárnych zástupcov Družstva. Proti tomuto rozsudku (jeho zamietavému výroku vo veci samej) podal v zákonom stanovenej lehote odvolanie navrhovateľ prostredníctvom svojho právneho zástupcu. Navrhol, aby odvolací súd napadnutý výrok rozsudku zmenil tak, že návrhu navrhovateľa na náhradu škody vyhovie, alebo, aby rozsudok zrušil a vec vrátil súdu prvého stupňa na ďalšie konanie. Namietol, že súd pri rozhodovaní nezohľadnil, že odporca nepostupoval v súlade s princípom právneho štátu, ktorého súčasťou je aj princíp právnej istoty. V tejto súvislosti uviedol niektoré citáty z rozhodnutí súdov, a to z nálezu Ústavného súdu sp. zn. III. ÚS 341/07, nálezu Ústavného súdu I. ÚS 243/07, ako aj z nálezu Ústavného súdu ČR sp. zn. PL. ÚS 21/96. Odporcov argument o tom, že upozornil Družstvo, že odporca vykonáva dohľad nad činnosťou Družstva ako vyhlasovateľa verejnej ponuky majetkových hodnôt podľa § 135 ods. 1 zák. č. 566/2001 Z.z., ale nie dohľad nad celkovou činnosťou Družstva, je úplne irelevantný, ak navrhovateľ nemohol o takto zúženom dohľade orgánu dohľadu vedieť. V tejto súvislosti poukázal na zák. č. 566/2001 Z.z., ktorý nepoužíva rozlíšenie medzi „činnosťou“ a „celkovou činnosťou“ dohliadaného subjektu, pričom takéto rozlíšenie neobsahovalo ust. § 135 ods. 1 tohto zákona ani v čase, keď odporca schválil projekt Investície (2002) a Družstvo sa stalo dohliadaným subjektom ako vyhlasovateľ verejnej ponuky majetkových hodnôt. Má za to, že predmet dohľadu nebol menený a navrhovateľ sa dôvodne spoliehal, že v rámci dohľadu bude odporca dohliadať na dodržiavanie podmienok ustanovených povoleniami podľa zák. č. 566/2001 Z.z.. Z toho dôvodu nie je pravdou, že neexistuje príčinná súvislosť medzi škodou navrhovateľa a porušením zákonných povinností odporcom, spočívajúcich v nesprávnom výkone dohľadu, ktorým bol porušený zák. č. 566/2001 Z.z.. Za nepochopiteľné preto považuje konštatovanie súdu prvého stupňa, že navrhovateľ sa mal viac starať o svoje záležitosti v rámci zásady, že „právo patrí bdelým“. Navrhovateľ nemal zákonom stanovené právomoci dohľadu nad činnosťou Družstva, ani obchodníka s CP, ktorými mohol zabezpečiť dodržiavanie zák. č. 566/2001 Z.z.. Tým, že došlo k zamietnutiu jeho návrhu aj z dôvodu nedostatku príčinnej súvislosti, resp. z dôvodu, že k nezákonnému postupu zo strany odporcu nedošlo, súd odobril výklad zák. č. 566/2001 Z.z., ktorý úplne popiera zmysel právnej úpravy dohľadu. Navrhovateľ poukázal na to, že povinnosťou NBS podľa § 137 ods. 2 zák. č. 566/2001 Z.z. je a bolo zisťovanie a vyhodnocovanie informácií, pričom podľa § 135 ods. 1 zák. č. 566/2001 Z.z., ktorý platí v tomto znení už od 1.5.2007, Družstvo ako vyhlasovateľ verejnej ponuky majetkových hodnôt, ako aj obchodník s CP, patrili a patria k povinne dohliadaným subjektom zo strany NBS, hoci odporca tvrdil celý čas v konaní opak. Podľa § 135 ods. 2 zák. č. 566/2001 Z.z. mal odporca zisťovať všetky informácie a podklady o dodržiavaní, resp. nedodržiavaní povolení na činnosť vydaných NBS Družstvu a obchodníkovi s CP. Zároveň NBS má podľa § 135 ods. 2 zák. č. 566/2001 Z.z. zisťovať všetky informácie a podklady, a to aj o iných rizikách, ako tých vyplývajúcich z povolení na činnosť, vrátane rizík, ktorým sú, resp. mohli byť vystavené dohliadané subjekty, v rámci nich aj Družstvo činnosťou obchodníka s CP, ako i vrátane rizík, ktoré mohli viesť k ohrozeniu záujmov dokonca klientov dohliadaných subjektov, teda v tomto prípade samotného navrhovateľa. Poukázal na skutkovo a právne totožné konanie vedené na Okresnom súde Bratislava I pod sp. zn. 7C/206/2011, v ktorom bolo výpoveďou svedka J.. D. Q. E.. preukázané, že NBS už v roku 2007 pri kontrole Družstva zistila, že Družstvo má z hľadiska rizikovosti portfólia nedostatočne rozložené portfólio, ktoré bolo tvorené zmenkou jediného emitenta, a to spoločnosti CI HOLDING a.s., ktorá v tom čase akcionársky vlastnila obchodníka s CP, t.j. že Družstvo malo všetky peňažné prostriedky získané od navrhovateľov investované v subjekte personálne a majetkovo prepojenom s obchodníkom s CP a Družstvom. V uvedenom konaní bolo ďalej zistené, že NBS sa po zistení rizikovosti portfólia Družstva uspokojila s tým, že toto portfólio bolo následne rozložené namiesto jednej do troch zmeniek vystavených spoločnosťou CI HOLDING a.s., CI REALITY s.r.o. a GLOBAL production, s.r.o., pričom posledné dve spoločnosti boli opäť stopercentnými dcérskymi spoločnosťami CI HOLDING, a.s., a vo všetkých troch spoločnostiach bol navyše či už členom predstavenstva, alebo konateľom, J.. R. Č., vtedajší predseda predstavenstva obchodníka s CP. Teda NBS aj naďalej akceptovala stav, že celé portfólio Družstva je rozložené a investované do prepojených subjektov s CI HOLDING a.s. a obchodníkom s CP. Následne v roku 2008 NBS vydala právoplatné sankčné rozhodnutie voči obchodníkovi s CP, v ktorom konštatovala, že obchodník s CP vo svojej činnosti, pre svojich klientov a v rámci nich aj výslovne pre Družstvo, porušil zák. č. 566/2001 Z.z. vo viacerých podstatných ohľadoch. Ani po vydaní tohto rozhodnutia NBS, okrem bezvýznamnej pokuty vo výške 10.000,- eur, rovnako ani po zisteniach vo vzťahu k samotnému Družstvu z roku 2007, NBS nevyužila svoje kompetencie v zmysle zák. č. 566/2001 Z.z. existujúce už od roku 2007, a neprijala žiadne následné kontrolné alebo významnejšie opatrenia, ktoré podľa zák. č. 566/2001 Z.z., ako i zákona č. 747/2004 Z.z. o dohľade nad finančným trhom, mala a stále má. Týmto podcenením situácie NBS umožnila ďalšiu činnosť Družstva, aj obchodíka s CP, čo vyústilo v roku 2010 do nedostupnosti navrhovateľom vložených prostriedkov do Družstva, pričom NBS svojou nečinnosťou a ľahostajným prístupom k svojim kompetenciám zapríčinila tiež to, že navrhovateľ už skôr nemohol rozpoznať riziko svojej investície, resp., že túto investíciu mu NBS svojim zanedbaným dohľadom ani v minimálnej možnej miere neochránila. NBS rozhodnutím zo dňa 30.5.2011 pod číslom Y.-XXXXX-X/XXXX, ktorý bol vydaný v rámci výkonu dohľadu nad Družstvom, zakázala družstvu predaj majetkových hodnôt (ďalej len rozhodnutie o zákaze činnosti) z dôvodu neaktuálnosti prospektu vzhľadom k tomu, že sa zmenili skutočnosti v ňom uvedené. Navrhovateľ tiež uviedol, že z výpočtu uvedených nedostatkov prospektu Družstva uvedených v rozhodnutí o zákaze činnosti je nepochybné, že prospekt bol neaktuálny, pričom samotná NBS uviedla, že na základe neaktuálneho prospektu nie je možné uskutočňovať verejnú ponuku majetkových hodnôt. Údaje zahrnuté do prospektu boli v skutočnosti neaktuálne dlhodobo pred májom roku 2010, a táto neaktuálnosť siahala až spätne k 31.12.2006, kedy došlo v sídle NBS dňa 27.8.2008 k stretnutiu s poverenými členmi predstavenstva Družstva J.. D. Q. P. J.. V. W. za účelom prerokovania problémov činnosti Družstva z dôvodu nedodržiavania prospektu. I na základe takéhoto prerokovania nedostatkov vyplynulo, že Družstvo svojím konaním porušovalo ust. § 129 ods. 3, v spojení s ust. § 128 ods. 1 písm. b), c) a h), a ust. § 125c ods. 1 v spojení s ust. § 127 ods. 4 zák. č. 566/2001 Z.z. od 31.12.2006, avšak NBS voči Družstvu zasiahla až v máji roku 2011, kedy mu zakázala činnosť. K predčasnosti žalobného návrhu navrhovateľ uviedol, že podľa rozsudku Najvyššieho súdu Českej republiky 29Cdo 49678/2009 zo dňa 11.4.2012, ktorý je z hľadiska skutkového a právneho stavu plne aplikovateľný aj na slovenské právne pomery, existujúce konkurzné konanie samo osebe nevylučuje možnosť podať veriteľom, ktorý si prihlásili svoju pohľadávku do konkurzu, žalobu o náhradu škody proti štátu a nerobí žalobu predčasnou. Súd má v konaní o náhradu škody totiž povinnosť skúmať, či aktuálny stav konkurzného konania objektívne vylučuje možnosť uspokojenia navrhovateľa ako veriteľa v konkurznom konaní, a ak áno, v akom rozsahu, pričom pri tomto vyhodnotení súd nemá čakať až na konečné rozvrhové uznesenie konkurzného súdu, ale je povinný zohľadniť už napr. správy ustanoveného správcu konkurznej podstaty o stave daného konkurzu. Ďalej uviedol, že žiadna platná právna norma neumožňuje vysloviť záver o predčasnosti podania žaloby, a to ani vtedy, ak navrhovateľ doposiaľ nemal možnosť vymôcť plnenie od subjektu, ktorý jediný je podľa názoru odporcu ako aj prvostupňového súdu povinný mu dané plnenie vrátiť. Zákon č. 514/2003 Z.z. o zodpovednosti za škodu spôsobenú pri výkone verejnej moci v platnom znení neustanovuje, nevyžaduje a ani nepripúšťa žiadne predchádzajúce vysporiadanie súkromnoprávnych vzťahov, ale pripúšťa regresnú náhradu. Ak škoda predstavuje majetkovú ujmu v podobe skrátenia majetkového stavu poškodeného, nedá sa vznik škody bez ďalšieho spojiť s formálnym ukončením konkurzného konania tak, ako to tvrdí odporca. Pokiaľ by sa pripustil názor, že prebiehajúce konkurzné konanie vylučuje podanie občianskoprávnej, či inej žaloby o náhradu škody, potom by zákon č. 7/2005 Z.z. o konkurze a reštrukturalizácii fakticky suspendoval Občiansky zákonník, zákon o zodpovednosti za škodu, ale i zákon č. 300/2005 Z.z. Trestný zákon v platnom znení, a to až do doby právoplatného skončenia konkurzného konania, čo by mohlo trvať i niekoľko rokov. Znamenalo by to, že občianskoprávna zodpovednosť, zodpovednosť štátu, či trestnoprávna zodpovednosť je subsidiárna voči zodpovednosti úpadcu podľa zákona o konkurze. Tento záver je celkom neprijateľný a scestný. Navrhovateľ zdôraznil, že jeho pohľadávka bola správcom popretá a vedie o ňu so správcom incidenčnú žalobu. V danom konkurze ani viac ako dva roky od jeho vyhlásenia nemajú ani len zistené pohľadávky, pričom samotný správca sa vyjadril, že nepredpokladá uspokojenie veriteľov v konkurze družstva v 100 % rozsahu, resp., že šance na uspokojenie pohľadávok sú minimálne. Teda z aktuálneho stavu konkurzu je zrejmé, že je vylúčená možnosť navrhovateľa uspokojiť sa z výťažku z konkurzu v rozsahu, v akom si uplatnil svoju pohľadávku. Zároveň navrhovateľ v odvolaní namietol, že listinné dôkazy vyžiadané prvostupňovým súdom, resp. predložené účastníkmi konania v značnom počte a rozsahu, neboli riadne vykonané spôsobom ustanoveným v § 129 ods. 1 O.s.p., keď v zápisniciach nie je uvedené, že boli prečítané určité presne označené listiny, alebo ich presne označené časti. V tejto súvislosti poukázal na uznesenie Najvyššieho súdu SR sp. zn. 6M Cdo 11/2010 s tým, že takéto dôkazy preto nemôžu byť podkladom pre právne posúdenie veci o základe uplatneného nároku. K odvolaniu navrhovateľa sa písomne vyjadril odporca, a toto vyjadrenie bolo navrhovateľovi doručené dňa 25.9.2015. Odporca v ňom navrhol, aby odvolací súd rozsudok súdu prvého stupňa ako vecne a právne správny potvrdil. Podľa odporcu súd prvého stupňa v prejednávanej veci vykonal rozsiahle dokazovanie, riadne zabezpečil listinné dôkazy, dostatočne a správne zistil skutkový stav a dospel aj k správnemu a riadne odôvodnenému rozhodnutiu. Poukázal na to, že podstatou na spravodlivé konanie nie je právo na úspech v konaní, teda na rozhodnutie zodpovedajúce názorom a predstavám navrhovateľa a jeho právneho zástupcu. Navrhovateľom uvádzané tvrdenia nesvedčia o žiadnej predčasnosti napadnutého prvostupňového rozhodovania, pretože pojednávania v skutkovo a právne identických veciach sa konali pravidelne už od 2.7.2012. Naopak, tvrdenia navrhovateľa nasvedčujú, že tento sa účelovo snaží dodatočne navrhovať ďalšie právne irelevantné dôkazy, ktoré odďaľujú rozhodnutie vo veci, pričom navrhovateľ nevyužil všetky možnosti na vymoženie svojho nároku, keď nepodal žiaden návrh proti členom predstavenstva, ani členom kontrolnej komisie družstva, ktorí by boli zodpovední za riadenie Družstva a tiež za hospodárenie a nakladanie s majetkom Družstva. K námietke navrhovateľa, že odporca nepostupoval v súlade s princípom právneho štátu uviedol, že jeho kompetencie sú dané platnými právnymi predpismi, vrátane Ústavy SR a mal za to, že postupoval v súlade s ústavou, nebol nečinný, a ani nespôsobil žiadne zbytočné prieťahy pri svojom postupe voči Družstvu, ale aj obchodníkovi s CP, dodržiaval zákonné pravidlá ustanovené zákonom o dohľade a zák. č. 566/2001 Z.z.. Zároveň odporca uviedol, že od účinnosti novelizovaného ust. § 129 ods. 3 zák. č. 566/2001 Z.z., teda až od 1.6.2010, boli povinnosti vyhlasovateľa verejnej ponuky majetkových hodnôt rozšírené tak, že Družstvo ako vyhlasovateľ verejnej ponuky majetkových hodnôt malo zákonom uloženú aj povinnosť dodržiavať schválený prospekt investície. Až odvtedy mohol odporca dohliadať, či družstvo dodržiava schválený prospekt investície. Pri prospekte investície nešlo o také rozhodnutie odporcu, ktorým by odporca určil, alebo stanovil vyhlasovateľovi verejnej ponuky majetkových hodnôt nejaké podmienky, ktoré by vyhlasovateľ mal dodržať. Taktiež povinnosť aktualizovať prospekt investície podľa § 125c ods. 1, v spojení s § 127 ods. 4 zák. č. 566/2001 Z.z. bola stanovená vyhlasovateľovi verejnej ponuky majetkových hodnôt až od 1.1.2009 na základe novelizovaného ust. § 127 ods. 4 zák. č. 566/2001 Z.z. v znení zák. č. 558/2008 Z.z.. Počas celej doby od vyhlásenia verejnej ponuky majetkových hodnôt štatutárny zástupca vyhlasovateľa verejnej ponuky majetkových hodnôt zodpovedal a zodpovedá investorom za pravdivosť a úplnosť údajov v prospekte investície v zmysle § 128 ods. 1 písm. h) zák. č. 566/2001 Z.z.. Žiaden zákon neukladal vyhlasovateľom verejnej ponuky majetkových hodnôt, ani Družstvu, žiadne povinnosti v oblasti obmedzenia rozloženia rizík ani krytia rizík, na rozdiel od iných dohliadaných subjektov, napr. Správcovskej spoločnosti pre kolektívne investovanie a niektorých ďalších dohliadaných subjektov, a preto údajné (reálne neexistujúce povinnosti) Družstva nemohol odporca kontrolovať. Za činnosť Družstva celkovo zodpovedá a v mene Družstva koná predstavenstvo Družstva ako štatutárny a výkonný orgán Družstva, ktorý riadi jeho činnosť, rozhoduje o všetkých záležitostiach, pokiaľ nie sú zákonom, stanovami a rozhodnutím členskej schôdze vyhradené inému orgánu Družstva, t.j. za dodržiavanie prospektu investície Družstva bolo aj voči členom Družstva vždy zodpovedné predstavenstvo ako štatutárny orgán, a to bez ohľadu na fakt, či vyhlasovateľovi verejnej ponuky majetkových hodnôt táto povinnosť bola alebo nebola osobitne uložená v zák. č. 566/2001 Z.z.. Odporca nevykonával dohľad nad finančnými ukazovateľmi Družstva, ktoré malo široký predmet činnosti. Odporca mohol kontrolovať len to, či si Družstvo plní informačné povinnosti podľa bývalých ust. § 126 až § 130 zák. č. 566/2001 Z.z., a to, či informácie zverejňované Družstvom obsahujú náležitosti predpísané bývalým ust. § 129 zák. č. 566/2001 Z.z., a či Družstvo zverejňuje finančné správy v zmysle bývalého ustanovenia § 130 zák. č. 566/2001 Z.z.. Odporca nebol a ani nie je príslušný potvrdzovať správnosť finančných ukazovateľov. Pokiaľ navrhovateľ poukazuje na rozsudok Najvyššieho súdu Českej republiky sp. zn. 29Cdo/4968/2009 zo dňa 11.4.2012 a tvrdí, že existujúce konkurzné konanie samo osebe nevylučuje možnosť podať veriteľom, ktorí si prihlásili svoje pohľadávky do konkurzu, návrh o náhradu škody proti štátu a nerobí žalobu predčasnou, má za to, že toto jeho tvrdenie je zavádzajúce a nezodpovedá skutočnosti. Predmetný rozsudok primárne rieši problematiku zodpovednosti iných subjektov ako štátu, a iba sekundárne sa zaoberá zodpovednosťou za škodu spôsobenú orgánom verejnej moci. Najvyšší súd Českej republiky výslovne judikoval, že akokoľvek inak nie je možné zmiešavať posúdenie otázky vzniku škody pri zodpovednosti štátu za škodu spôsobenú výkonom verejnej moci s otázkou zodpovednostných nárokov osôb uvedených v § 3 ods. 2 ZKV (českého zákona č. 328/1991 Sb. o konkursu a vyrovnání ve znení pozdějších předpisů). Tento rozsudok sa konkrétne zaoberal náhradou škody, ktorej sa navrhovatelia domáhali proti členom štatutárneho orgánu obchodnej spoločnosti (teda nie proti štátu) preto, lebo členovia štatutárneho orgánu si oneskorene splnili povinnosť podať návrh na vyhlásenie konkurzu na majetok danej obchodnej spoločnosti. Posúdenie otázky vzniku škody je v prípade týchto subjektov, t. j. členov štatutárneho orgánu zodpovednosti za škodu úplne odlišné, ako posúdenie otázky vzniku škody pri zodpovednosti štátu za škodu a nemožno ich navzájom zmiešavať. Skutočná existencia pohľadávok navrhovateľa a ich výška voči Družstvu sa bude zisťovať v rámci incidenčných súdnych konaní. Až následne, ak pohľadávka navrhovateľa voči dlžníkovi nebude uspokojená v rámci konkurzu, až vtedy mu môže vzniknúť škoda. Táto škoda nevzniká v okamihu splatnosti pohľadávky, ani v okamihu omeškania dlžníka, ale mohla by vzniknúť až okamihom, keď sa právo veriteľa (navrhovateľa) voči dlžníkovi stalo fakticky nevymáhateľným. Navrhovateľ si teda zmiešava ujmu, ktorá mu ako veriteľovi bola spôsobená doterajším neplnením záväzkov jeho dlžníkom s ujmou, ktorá je jednou z podmienok vzniku nároku na náhradu škody. Navrhovateľovi zatiaľ nevznikla žiadna škoda, pretože má ako veriteľ vymáhateľnú pohľadávku voči svojmu Družstvu ako dlžníkovi, a jeho žaloba je jednoznačne predčasná, čo objektívne a správne skonštatoval aj prvostupňový súd. K tvrdeniu navrhovateľa, že listinné dôkazy neboli riadne vykonané spôsobom upraveným v ustanovení v § 129 ods. 1 O.s.p., odporca uviedol, že aj keď v zápisnici z pojednávania nie je osobitne uvedené, že na tomto pojednávaní boli prečítané určité listiny, alebo ich presne označené časti, zo zápisnice jasne vyplýva (a skutočnosťou je), že súd oboznámil (vykonal) jednotlivé dôkazy nachádzajúce sa v súdnom spise. Zo zápisnice z posledného pojednávania vyplýva, že súd oboznámil prítomných s listinnými dôkazmi, ktoré sú súčasťou súdneho spisu, pričom prítomní účastníci vyhlásili, že netrvajú na ich oboznámení čítaním. Obsah všetkých listinných dôkazov bol dobre známy súdu, právnemu zástupcovi navrhovateľa, aj odporcovi. Na Okresnom súde Bratislava I sa vedú voči odporcovi stovky sporov na rovnakom skutkovom a právnom základe, pričom vo všetkých sporoch je právnym zástupcom navrhovateľov (veriteľov Družstva) advokátska kancelária FUTEJ &amp; Partners s.r.o.. Krajský súd v Bratislave, ako súd odvolací (§ 10 ods. 1 O.s.p.), viazaný rozsahom a dôvodmi odvolania (§ 212 ods. 1 O.s.p.) preskúmal rozsudok súdu prvého stupňa bez nariadenia pojednávania (§ 214 ods. 2 O.s.p.). Vo veci dňa 6.10.2015 verejne vyhlásil rozsudok podľa § 156 ods. 3, v spojení s § 211 ods. 2 O.s.p., nakoľko preskúmaním napadnutého rozsudku a konania, ktoré mu predchádzalo zistil, že odvolaniu navrhovateľa nemožno priznať úspech, keďže prvostupňový súd na základe vykonaného dokazovania riadne zistil skutkový stav veci (§ 153 ods. 1 O.s.p.), vec správne právne posúdil, a svoje rozhodnutie tiež náležitým spôsobom odôvodnil tak, ako to má na mysli ust.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v konaní nebol preukázaný nesprávny úradný postup zo strany NBS pri vykonávaní dohľadu nad činnosťou Družstva. V tomto smere odvolací súd poukazuje na podrobné odôvodnenie napadnutého rozsudku. Je nesporné, že NBS bola povinná vykonávať dohľad nad činnosťou Družstva ako vyhlasovateľa verejnej ponuky majetkových hodnôt, v predmetnom konaní bol však sporný rozsah takéhoto dohľadu. Odvolací súd v tejto súvislosti poukazuje na tú skutočnosť, že až od účinnosti novelizovaného ust. § 129 ods. 3 zák. č. 566/2001 Z.z.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uvedeného dňa mohla NBS dohliadať, či Družstvo dodržiava schválený prospekt investície. Tiež povinnosť aktualizovať prospekt investície v zmysle § 125c ods. 1, v spojení s ust. § 127 ods. 4 zák. č. 566/2001 Z.z. bola vyhlasovateľovi verejnej ponuky majetkových hodnôt stanovená až od 1.1.2009 na základe novelizovaného ust. § 127 ods. 4 zák. č. 566/2001 Z.z.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Je preto správny názor súdu prvého stupňa, že tieto neexistujúce povinnosti Družstva nemohla NBS kontrolovať a nevykonávala ani dohľad nad finančnými ukazovateľmi Družstva. Podľa platnej právnej úpravy mohla kontrolovať len to, či Družstvo plní informačné povinnosti v zmysle § 126 až 130 zák. č. 566/2001 Z.z.. V tejto súvislosti odvolací súd zdôrazňuje, že navrhovateľ si musel byť vedomý toho, že s jeho investíciou je spojené riziko, a že dovtedajší, alebo propagovaný výnos nie je zárukou budúcich výnosov (ust. § 129 ods. 1 písm. b) zák. č. 566/2001 Z.z. v znení platnom do 21.7.2013, § 126 až 130 boli zo zák. č. 566/2001 Z.z. vypustené novelou - zákonom č. 206/2013 Z.z. účinným dňa 22.7.2013). Nemožno pričítať na ťarchu NBS, ak si týchto skutočností navrhovateľ nebol vedomý. To isté platí, aj pokiaľ ide o jeho argumentáciu, že o rozsahu dohľadu NBS nad činnosťou Družstva nemal vedomosť. Vzhľadom na vyššie uvedené je nesporné, že v predmetnom konaní nebol preukázaný základný predpoklad vzniku zodpovednosti za škodu, ktorá mala vzniknúť nesprávnym úradným postupom štátu v zmysle § 9 zák. č. 514/2003 Z.z., v danom prípade NBS. Pokiaľ ide o rozsudok Najvyššieho súdu Českej republiky sp. zn. 29Cdo/4968/2009, na ktorý v odvolaní poukazoval navrhovateľ, odvolací súd sa v tomto smere stotožnil s podrobnou argumentáciu odporcu. Z rozsudku Najvyššieho súdu ČR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To, v akej výške vznikla veriteľovi škoda, možno zistiť už skôr, než pri rozvrhu, a to napr. pri vydaní čiastočného rozvrhu, alebo pri právoplatnom schválení konečnej správy. Na zdôraznenie správnosti rozhodnutia odvolací súd ešte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takže nezaistení veritelia druhej triedy neobdržia pri rozvrhu v podstate nič. V predmetnej veci v konkurznom konaní, vyhlásenom na majetok Družstva nedošlo k speňažovaniu majetku z podstaty, a preto správca konkurznej podstaty doteraz nemohol podať konečnú správu o speňažovaní majetku a vzhľadom na to nemohlo dôjsť ani k čiastočnému rozvrhu. Za tohto stavu otázka nedobytnosti pohľadávky nie je vyriešená, keďže nie je zrejmé, že v konkurznom konaní navrhovateľ nedostane nič. Vzhľadom na túto skutočnosť nemožno ustáliť ani výšku škody. Preto je správny záver súdu prvého stupňa, že návrh bol podaný predčasne. V postupe súdu prvého stupňa odvolací súd nezistil ani procesné pochybenia alebo vady, ktoré by mali za následok nesprávne rozhodnutie vo veci, keď sa nestotožnil s námietkou navrhovateľa, že súd nevykonal riadne dokazovanie listinnými dôkazmi. Zo zápisnice o pojednávaní zo dňa 10.6.2014 jednoznačne vyplýva, že zástupcovia účastníkov vyhlásili, že sú im známe všetky listiny, ktoré sú súčasťou súdneho spisu, a preto na ich oboznámení čítaním netrvajú. Tvrdenie navrhovateľa o riadnom nevykonaní listinných dôkazov súdom prvého stupňa odvolací súd vyhodnotil ako účelové a nemajúce oporu v predloženom spise. Navyše, aj keby súd prvého stupňa všetky listinné dôkazy podrobne nečítal, v zmysle ust. § 121 O.s.p. netreba dokazovať skutočnosti všeobecne známe alebo známe súdu z jeho činnosti. V posudzovanej veci je nepochybné, že obsah listinných dôkazov je účastníkom konania, ich zástupcom i súdu prvého stupňa (i odvolaciemu súdu) všeobecne známy z jeho činnosti, nakoľko bývalí, resp. súčasní členovia Družstva vedú pred Okresným súdom Bratislava I (a konkrétne aj pred sudkyňou Q.. A.) desiatky, ba až stovky sporov voči rovnakému odporcovi, na rovnakom skutkovom a právnom základe, v zastúpení rovnakým právnym zástupcom, a poukazujúc na rovnaké listinné dôkazy, takže dokazovanie ich podrobným čítaním, ani nebolo potrebné vykonať. S poukazom na uvedené skutočnosti odvolací súd rozsudok súdu prvého stupňa v celom rozsahu ako vecne správny podľa § 219 ods. 1 a 2 O.s.p. potvrdil. O trovách odvolacieho konania rozhodol odvolací súd podľa ust. § 224 ods. 1, v spojení s ust. § 142 ods. 1 O.s.p., a v odvolacom konaní úspešnému odporcovi náhradu trov konania nepriznal, pretože mu žiadne trovy nevznikli. K výroku II.: Napadnutým uznesením súd prvého stupňa uložil navrhovateľovi povinnosť zaplatiť súdny poplatok za podané odvolanie vo výške 20,- eur podľa pol. 7a Sadzobníka súdnych poplatkov v spojení s § 6 ods. 2 veta druhá zák. č. 71/1992 Zb., v lehote 15 dní od doručenia uznesenia. Proti tomuto uzneseniu podal v zákonom stanovenej lehote odvolanie navrhovateľ prostredníctvom svojho právneho zástupcu. Navrhol, aby odvolací súd napadnuté uznesenie súdu prvého stupňa zrušil a konanie o vyrubenie súdneho poplatku zastavil. Namietol nesprávne právne posúdenie veci súdom prvého stupňa s tým, že v zmysle § 4 ods. 1 písm. k) zákona o súdnych poplatkoch účinného do 1.10.2012, od poplatku je oslobodené súdne konanie vo veciach náhrady škody spôsobenej nezákonným rozhodnutím orgánu verejnej moci alebo jeho nesprávnym úradným postupom. Poukázal aj na § 18ca zákona o súdnych poplatkoch účinného k 1.10.2012 (Prechodné ustanovenie k úpravám účinným od 1. októbra 2012) s tým, že poplatok za odvolanie nie je navrhovateľ povinný zaplatiť, pretože konanie o náhradu škody podľa § 9 zákona č. 514/2003 Z.z. o zodpovednosti za škodu spôsobenú pri výkone verejnej moci a o zmene niektorých zákonov, sa začalo do 30.9.2012. Na toto konanie sa vzťahuje neobmedzené vecné oslobodenie od platenia súdneho poplatku ex lege, ktoré sa týka všetkých položiek Sadzobníka Zákona o súdnych poplatkoch. Odvolací súd, ktorý bol viazaný rozsahom a dôvodmi odvolania (§ 212 ods. 1 O.s.p.), preskúmal aj toto napadnuté uznesenie, a dospel k záveru, že odvolanie nie je dôvodné. Odvolacia námietka navrhovateľa o nesprávnom právnom posúdení veci spočíva v podstate v tom, že vzhľadom na skutočnosť, že žalobu podal na súd pred 1.10.2012 (konkrétne dňa 30.12.2011), je v zmysle ust. § 18ca zákona o súdnych poplatkoch, nutné v súvislosti s podaným odvolaním aplikovať právny stav platný do 30.9.2012, dokedy bolo konanie vo veciach náhrady škody spôsobenej nezákonným rozhodnutím orgánu verejnej moci alebo jeho nesprávnym úradným postupom od poplatku vecne oslobodené. Z toho vyvodzuje, že mu nevznikla poplatková povinnosť v súvislosti s podaným odvolaním proti rozsudku zo dňa 10.6.2014, č.k. 15C/185/2011-204. Tento právny názor navrhovateľa však nie je správny. Podľa § 1 ods. 1 zákona č. 71/1992 Zb. o súdnych poplatkoch a poplatku za výpis z registra trestov (ďalej len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navrhovateľovi povinnosť zaplatiť súdny poplatok za podané odvolanie, aj keď konanie o náhradu škody podľa zákona č. 514/2003 Z.z. (čo bolo predmetom konania v prejednávanej veci) bolo do 30.9.2012 od poplatku vecne oslobodené, a teda nebolo uvedené v sadzobníku súdnych poplatkov. Položka 7a sadzobníka súdnych poplatkov, ktorý tvorí prílohu ZoSP, bola do sadzobníka vložená novelou vykonanou zákonom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To znamená, že navrhovateľ by nebol povinný zaplatiť poplatok za odvolanie iba v prípade, ak by odvolanie podal do 30.9.2012. Pretože odvolacie konanie sa začalo podaním odvolania proti rozsudku zo dňa 10.6.2014, č.k. 15C/185/2011-204 až dňa 11.7.2014, t.j. za účinnosti ZoSP v znení zákona č. 286/2012 Z.z., navrhovateľovi ako odvolateľovi (navrhovateľovi poplatkového úkonu - odvolania) vznikla poplatková povinnosť zaplatiť súdny poplatok za podané odvolanie vo výške 20,- eur. Keďže odvolacia námietka navrhovateľa o nesprávnom právnom posúdení veci neobstojí, odvolací súd napadnuté uznesenie súdu prvého stupňa podľa ust. § 219 ods. 1 O.s.p. ako vecne správne potvrdil. Poučenie: Proti tomuto rozsudku odvolanie nie je prípustné.</w:t>
      </w:r>
    </w:p>
    <w:p/>
    <w:p>
      <w:r>
        <w:t>Zdroj: KAUZIS.SK – https://www.kauzis.sk/judikatura/r/ECLI:SK:KSBA:2015:1111244477.1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