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8Co/55/2014 z 23. 3. 2015</w:t>
      </w:r>
    </w:p>
    <w:p>
      <w:r>
        <w:t>Rozsudok Krajského súdu Bratislava z 23. marca 2015, sp. zn. 8Co/55/2014, ECLI:SK:KSBA:2015:1111244574.1</w:t>
      </w:r>
    </w:p>
    <w:p>
      <w:r>
        <w:t>Súd: Krajský súd Bratislava</w:t>
      </w:r>
    </w:p>
    <w:p>
      <w:r>
        <w:t>Spisová značka: 8Co/55/2014</w:t>
      </w:r>
    </w:p>
    <w:p>
      <w:r>
        <w:t>ECLI: ECLI:SK:KSBA:2015:1111244574.1</w:t>
      </w:r>
    </w:p>
    <w:p>
      <w:r>
        <w:t>Dátum vydania: 23. 3. 2015</w:t>
      </w:r>
    </w:p>
    <w:p>
      <w:r>
        <w:t>Forma: Rozsudok</w:t>
      </w:r>
    </w:p>
    <w:p>
      <w:r>
        <w:t>Oblasť práva: Občianske právo</w:t>
      </w:r>
    </w:p>
    <w:p>
      <w:pPr>
        <w:pStyle w:val="Heading2"/>
      </w:pPr>
      <w:r>
        <w:t>Text rozhodnutia</w:t>
      </w:r>
    </w:p>
    <w:p>
      <w:r>
        <w:t>Súd: Krajský súd Bratislava Spisová značka: 8Co/55/2014 Identifikačné číslo súdneho spisu: 1111244574 Dátum vydania rozhodnutia: 24. 03. 2015 Meno a priezvisko sudcu, VSÚ: JUDr. Jana Vlčková ECLI: ECLI:SK:KSBA:2015:1111244574.1 ROZSUDOK V MENE SLOVENSKEJ REPUBLIKY Krajský súd v Bratislave v senáte zloženom z predsedníčky senátu JUDr. Jany Vlčkovej a členov senátu JUDr. Moniky Holickej a JUDr. Ondreja Krajča v právnej veci navrhovateľky: L. F., N. Z. XX, H. zastúpenej: FUTEJ &amp; Partners, s.r.o., so sídlom Radlinského č. 2, Bratislava, proti odporcovi: Slovenská republika zastúpená, Národnou bankou Slovenska, so sídlom Imricha Karvaša č. 1, Bratislava, o náhradu škody v sume 713,21 eur s príslušenstvom, na odvolanie navrhovateľky proti rozsudku Okresného súdu Bratislava I zo dňa 04. novembra 2013, č. k. 10C 190/2011-540, jednohlasne takto r o z h o d o l : Odvolací súd rozsudok súdu prvého stupňa v napadnutej časti p o t v r d z u j e . Odporcovi náhradu trov odvolacieho konania n e p r i z n á v a . o d ô v o d n e n i e : Rozsudkom zo dňa 04. novembra 2013, č. k. 10C 190/2011-540 zamietol súd prvého stupňa návrh; ktorým sa navrhovateľka domáhala proti odporcovi zaplatenia sumy 713,21 eur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navrhovateľky na prerušenie konania do právoplatného skončenia konania vedeného na Okresnom súde Bratislava I pod sp. zn. 19C/56/2011 a návrh na začatie prejudiciálneho konania pred Súdnym dvorom Európskej únie a odporcovi nepriznal náhradu trov konania. S poukazom na § 109 ods. 2 písm. c/ O.s.p. konštatoval, že ani v prípade zistenia nesprávneho úradného postupu NBS vyplývajúceho z dohľadu nad OCP a Družstvom, ide o právne irelevantnú skutočnosť, pretože v tomto konaní sa na strane navrhovateľky skúma vzťah medzi ňou ako členom družstva a Družstvom. Na vznik prípadnej škody navrhovateľke nemá vplyv preukázanie bezprostrednej a priamej príčinnej súvislosti s údajným nesprávnym úradným postupom NBS spočívajúcom v údajnom zanedbaní dohľadu nad OCP, nakoľko navrhovateľka nebola v rozhodnom období v žiadnom záväzkovom vzťahu s OCP (v záväzkovom vzťahu s OCP bolo iba družstvo PDSI). S poukazom na zistené skutočnosti zamietol návrh navrhovateľky na prerušenie konania , nakoľko sa v konaní pod sp.zn. 19C 56/2011 nerieši otázka, ktorá môže mať význam pre rozhodnutie v tomto konaní. Ako nedôvodný posúdil aj návrh navrhovateľky na začatie prejudiciálneho konania pred Súdnym dvorom Európskej únie podľa článku 267 Zmluvy o fungovaní Európskej únie podľa ustanovenia § 109 ods. 1 písmeno c/ O.s.p.. Vykonaným dokazovaním mal preukázané, že navrhovateľka bola členom Družstva. Predstavenstvo družstva dňa 31.03.2010 rozhodlo o prijatí ďalšieho členského vkladu navrhovateľky a zároveň potvrdilo, že navrhovateľka sa stala vlastníkom členského podielu v celkovej hodnote 713,21eur. Navrhovateľka v roku 2010 zistila, že v Družstve a u OCP nastali finančné problémy, v dôsledku čoho požiadala Družstvo o zrušenie členstva. Navrhovateľke zaniklo členstvo v Družstve dňa 30.03.2011 na základe rozhodnutia predstavenstva Družstva zo dňa 30.03.2011 a zároveň predstavenstvo potvrdilo, že navrhovateľke, ako bývalému členovi Družstva, vzniklo právo na vyplatenie vyrovnávacieho podielu vo výške 713,21 eur, splatného do 30.09.2011. Navrhovateľke bolo pri vstupovaní do Družstva povedané, že nad jeho činnosťou vykonáva dohľad NBS, čo bolo kritériom, pre ktoré sa rozhodla investovať finančné prostriedky do Družstva. Navrhovateľka si prihlásila pohľadávku v konkurze, ktorý bol na Družstvo vyhlásený uznesením zo dňa 11.04.2011. Jej prihlásená pohľadávka však bola správcom konkurznej podstaty popretá /pravdepodobne pre uplatnenú výšku pohľadávky/ a navrhovateľka podala incidenčnú žalobu, pričom konanie v tejto veci nie je doposiaľ ukončené. Z vykonaného dokazovania mal preukázané, že investíciami vloženými do Družstva, ktoré tvorili vklady členov Družstva, mal právo disponovať výhradne CAPITAL INVEST, o.c.p., na základe zmluvy o riadení portfólia, z ktorej vyplývali práva a povinnosti zmluvných strán uzatvorenej medzi OCP a Družstvom. Zmluva bola ukončená zo strany OCP výpoveďou zo dňa 30.03.2010. Po zániku záväzkového vzťahu medzi Družstvom a OCP, sa Družstvo domáhalo svojich nárokov vyplývajúcich zo zmluvy voči OCP rôznymi žiadosťami a výzvami na zaplatenie dlžných súm. Družstvo sa svojich nárokov voči OCP nedomáhalo súdnou cestou. Družstvo finančné prostriedky, ktoré získalo od svojich členov, neposkytovalo OCP na základe zmluvy, kde by bola špecifikovaná výška poskytnutej sumy, ale zamestnanci OCP priamo disponovali s peniazmi Družstva na základe jeho udeleného súhlasu. Takto zistený skutkový stav po právnej stránke posúdil podľa čl. 2 ods. 2 Ústavy Slovenskej republiky, podľa § 3 ods.1 , písm. d/, § 9 ods.1, ods.2 zákona č. 514/2003 Z.z. o zodpovednosti za škodu spôsobenú pri výkone verejnej moci, podľa § 127 ods. 2, § 128 zákona č. 566/2001 Z.z. o cenných papieroch a investičných službách. Na základe zisteného skutkového stavu konštatoval, že do 01.06.2010 NBS, ako aj jej právny predchodca - Úrad pre finančný trh, v súlade so zákonom č. 566/2001 Z.z. o cenných papieroch a investičných službách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 s ostatnými štatutármi jeho dcérskych spoločností a NBS dňa 24.08.2007. Družstvo doručilo NBS dňa 10.10.2007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OCP vypovedal zmluvu o zriadení portfólia. NBS vykonala v období od 20.04.2010 do 06.05.2010 u obchodníka s cennými papiermi dohľad na mieste. NBS v tomto období vyzvala aj Družstvo listom zo dňa 20.04.2010, aby predlžilo žiadosť o schválenie dodatku prospektu investície tak, aby Družstvo mohlo pokračovať v zhodnocovaní finančných prostriedkov, keďže NBS zistila, že podstatná časť prospektu investície sa stala neaktuálna. Družstvo predložilo dňa 28.04.2010 NBS žiadosť o schválenie dodatkov k prospektu investície. Podaním žiadosti bolo začaté konanie OPK-5664/1/2010, ktoré však bolo podľa § 21 ods. 1, písmeno a/ zákona č. 747/2004 Z.z. o dohľade nad finančným trhom prerušené rozhodnutím OPK-5664/1-2/2010 zo dňa 10.05.2010 na čas, po ktorý Družstvo bolo povinné odstrániť nedostatky žiadosti a žiadosť doplniť. Družstvo ani po opakovanom predĺžení lehoty na odstránenie vád žiadosti nedostatky žiadosti neodstránilo, v dôsledku čoho NBS rozhodnutím OPK -5664/1-5/2010 zo dňa 26.08.2010 konanie vo veci žiadosti zastavila. Rozhodnutie bolo potvrdené Bankovou radou NBS číslo GUV-1744/2010, zo dňa 08.12.2010, právoplatným dňa 16.12.2010. NBS súbežne začala voči Družstvu konanie o uložení sankcie za porušenie § 129 ods. 3 v spojení s ustanovením § 128 ods.1 písmeno b/ c/ h/ zákona o cenných papieroch a § 125c ods.1 v spojení s ustanovením § 127 ods. 4 zákona o cenných papieroch. Rozhodnutím ODT -10890-4/2010, zo dňa 30.05.2011, právoplatným dňa 18.07.2011, NBS zakázala Družstvu predaj majetkových hodnôt. Týmto rozhodnutím však NBS nezakázala Družstvu vykonávať inú činnosť, keďže NBS takéto kompetencie voči Družstvu, ako podnikateľskému subjektu, nemala. NBS na základe získaných poznatkov činnosti Družstva, ako aj OCP, dňa 27.07.2010 orgánom činným v trestnom konaní podala oznámenie o podozrení zo spáchania trestného činu. Konštatoval, že navrhovateľka bola povinná preukázať v konaní všetky tri podmienky vzniku zodpovednosti odporcu za vznik škody, ktorá jej mala vzniknúť v príčinnej súvislosti s nesprávnym úradným postupom NBS pri výkone dohľadu nad Družstvom, ktorého bola navrhovateľka členom, ktoré musia byť splnené kumulatívne bez ohľadu na zavinenie, nakoľko ide o objektívnu zodpovednosť štátu, ktorej sa nemôže zbaviť, ak sú všetky tri podmienky kumulatívne splnené. S poukazom na výsledky vykonaného dokazovania dospel k záveru, že navrhovateľka v konaní nepreukázala, že by NBS vo vzťahu k Družstvu nesprávne úradne postupovala. Práve naopak v konaní bolo preukázané, že NBS až od účinnosti zákona č. 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zákonom č. 566/2001 Z.z. o cenných papieroch a investičných službách, ako aj zákonom č. 747/2004 Z.z. o dohľade nad finančným trhom. Návrh navrhovateľky tak zamietol, pretože nepreukázala jednu z troch podmienok vzniku zodpovednosti za škodu, a to nesprávny úradný postup NBS, preto sa už v konaní ani nezaoberal správnosťou vyčíslenej výšky škody. Poukázal na to, že činnosť vyhlasovateľov verejnej ponuky majetkových hodnôt je zákonom o cenných papieroch regulovaná len čiastočne v § 126 až § 130 zákona č. 566/2001 Z.z. o cenných papieroch a investičných službách,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 1095/2010, ktorú podľa jej článku 66 ods.1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Návrh navrhovateľky zamietol aj z dôvodu, že nárok na náhradu škody voči štátu môže byť úspešne uplatnený iba vtedy, ak nemôže poškodený dosiahnuť uspokojenie svojej pohľadávky voči dlžníkovi, ktorý mu je povinný plniť. Navrhovateľka si svoj nárok na náhradu škody uplatnila v konkurznom konaní vedenom Okresným súdom Bratislava I sp.zn. 3K 95/2010 voči úpadcovi - Družstvu, ktorého členom bola,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uspokojený. Pohľadávka navrhovateľky bola síce správcom konkurznej podstaty popretá, čo však neznamená, že počas incidenčného konania pohľadávku navrhovateľky neuzná. Súd doposiaľ o incidenčnej žalobe navrhovateľky nerozhodol a konkurz nie je ukončený, preto nie je možné ustáliť výšku škody, ktorá navrhovateľke vznikla a návrhy na začatie konania o zaplatenie škody je možné považovať za predčasne podané. Návrh navrhovateľky zamietol aj z dôvodu, že tento si; ako bývalý člen družstva, ktorý sa stane v dôsledku nevyplatených finančných prostriedkov Družstvom veriteľom Družstva; svoje nároky na náhradu škody môže uplatniť v zmysle § 243a ods. 4 Obchodného zákonníka, za splnenia podmienok vzniku škody voči členom predstavenstva Družstva alebo členom kontrolnej komisie Družstva podľa § 244 Obchodného zákonníka. Ďalej uviedol, že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Medzi Družstvom a OCP vznikol záväzkový vzťah, na základe ktorého boli obaja účastníci zmluvy povinní plniť si z uzavretej zmluvy. Ak Družstvo zistilo, že OCP si svoje povinnosti, vyplývajúce mu zo zmluvy neplní, bolo jeho povinnosťou domáhať sa súdnou cestou pohľadávok, na ktoré malo na základe uzavretej zmluvy nárok. Len v prípade, ak by sa Družstvo svojej pohľadávky nedomohlo voči OCP titulom nároku vyplývajúcemu zo zmluvy, bolo by možné /teoreticky/ dospieť k záveru, že Družstvu vznikla škoda v súvislosti s prípadným nesprávnym úradným postupom NBS, spočívajúcom v zanedbaní dohľadu nad OCP. V priamej príčinnej súvislosti s prípadným preukázaným nesprávnym úradným postupom nad dohliadaným subjektom - OCP, mohla vzniknúť škoda len na strane Družstva, čo je však subjekt odlišný od navrhovateľky. Vzhľadom na uvedené uzavrel, že nesprávny úradný postup NBS vyplývajúci z dohľadu nad OCP, je v danom prípade právne irelevantný, pretože na strane navrhovateľky nedošlo k vzniku škody v priamej príčinnej súvislosti s prípadným nesprávnym úradným postupom NBS spočívajúcom v zanedbaní dohľadu na OCP, preto sa takýmto prípadným nesprávnym úradným postupom ani nezaoberal. Odporca konaní preukázal, že NBS dohľad nad dohliadaným subjektom - Družstvom nezanedbala. Priklonil k názoru odporcu, že Družstvo bolo dohliadaným subjektom len v obmedzenom rozsahu /dohľad nad plnením povinností vyhlasovateľa verejnej ponuky majetkových hodnôt/ v súlade s § 125 až §128 zákona o cenných papieroch. Úrad pre finančný trh schválil Družstvu prospekt investície, pričom posudzoval len jeho úplnosť /§ 127 ods. 4 v spojení s § 125 ods. 7 zákona o CP/, posudzoval, či obsahuje všetky údaje a vzájomný súlad predložených údajov a ich zrozumiteľnosť. Za pravdivosť údajov v prospekte investície zodpovedali príslušné orgány Družstva. Odporca tiež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NBS nemohla vykonávať dohľad nad celkovou činnosťou Družstva, pretože v takom prípade by došlo k prekročeniu jeho kompetencií. NBS až od 01.06.2010 bola oprávnená dohliadať aj na skutočnosť či vyhlasovateľ majetkových hodnôt dodržiava schválený prospekt investície. Záverom dodal, že štát (Slovenská republika) nemôže priamo zasahovať do vlastnej činnosti Družstva a jeho majetkovoprávnych vzťahov, v ktorých má družstvo autonómne postavenie. Vnútorné vzťahy Družstva sa spravovali v danom čase jeho stanovami, ustanoveniami Obchodného zákonníka. Navrhovateľka ako člen družstva (t.j. podnikateľského subjektu) neinvestovala peňažné prostriedky do subjektu, nad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Navrhovateľka v konaní nepreukázala, že počas členstva v Družstve realizovala svoje oprávnenia vyplývajúce jej z členstva tak, že by aktívne zasiahla do činnosti Družstva za účelom odvrátenia hroziacej škody pri zistení nedostatkov v činnosti jeho štatutárnych zástupcov. O náhrade trov konania rozhodol v súlade s § 142 ods. 1 O.s.p.. Proti tomuto rozsudku, do výroku o zamietnutí návrhu na prerušenie konania a návrhu vo veci samej, podala v zákonom stanovenej lehote odvolanie navrhovateľka, domáhajúc sa jeho zmeny tak, aby bolo jej návrhu na prerušenie konania a návrhu vo veci samej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Naďalej považovala za opodstatnený svoj návrh na prerušenie konania, keďže výsledok konania pod sp.zn. 19C 56/2011 má úzky vplyv na toto konanie, a to čo do dôvodu i rozsahu, v akom sa Národná banka Slovenska dopustila nesprávneho úradného postupu pri výkone dohľadu, a to i nad obchodníkom s cennými papiermi, v ktorej súvislosti mala vzniknúť škoda družstvu, ktorého bola členom. V prípade, ak by sa v konaní pod sp.zn. 19C 56/2011 preukázal nesprávny úradný postup Národnej banky Slovenska pri výkone dohľadu nad obchodníkom s cennými papiermi, tak dokazovanie v tomto smere by bolo v danom konaní nadbytočné a bolo by preto nehospodárne, aby na súde prebiehali súčasne dve skutkovo i časovo súvisiace dokazovania, v ktorých by sa posudzoval nesprávny úradný postup Národnej banky Slovenska voči rovnakým dohliadaním subjektom. V kontexte uvedeného zotrvala na svojej argumentácii, že škoda v jej majetkovej sfére vznikla nesprávnym úradným postupom Národnej banky Slovenska aj v súvislosti s obchodníkom s cennými papiermi. Záverom zdôraznila, že výsledok konania, v ktorom sa rieši otázka majúca podstatný vplyv a význam pre rozhodnutie v danej veci, môže podstatne zmeniť rozhodnutie súdu vo veci samej a môže tak spôsobiť existenciu dôvodu na obnovu konania, a preto je presvedčená, že by bolo procesne ekonomickejšie vyčkať na rozhodnutie súdu vo veci vedenej pod sp. zn. 19C 56/2011.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č. 566/2001 Z. 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Poukázala na to, že v konaní vedenom na Okresnom súde Bratislava I. pod sp. zn. 7C 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Ing. Libor Červenka,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odporcu a prvostupňového súdu povinný jej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Návrh navrhovateľky na prerušenie konania považoval za účelový pokus o predlžovanie prvostupňového konania a v tomto smere poukázal na to, že uvedené konanie a konanie pod sp.zn. 19C 56/2011 sú rozdielne a vzájomne nezávislé súdne konania, v ktorých sa preukazujú rozdielne skutkové okolnosti s rozdielnou právnou argumentáciou - preukazuje sa výkon dohľadu nad dvoma rozdielnymi subjektmi, keďže v konaní pod sp.zn. 19C 56/2011 Družstvo preukazuje údajný nesprávny úradný postup Národnej banky Slovenska nad obchodníkom s cennými papiermi a v tomto konaní sa preukazuje údajný nesprávny úradný postup Národnej banky Slovenska nad Družstvom, a pokiaľ navrhovateľka preukazuje aj údajný nesprávny úradný postup nad obchodníkom s cennými papiermi tento preukazovať v tomto konaní považuje za irelevantný, nakoľko na strane navrhovateľky nemohlo dôjsť k vzniku škody v bezprostrednej a priamej príčinnej súvislosti s údajným nesprávnym úradným postupom Národnej banky Slovenska nad obchodníkom s cennými papiermi, keďže nebola v žiadnom vzťahu s obchodníkom s cennými papiermi, ktorým bol v záväzkovo právnom vzťahu iba s Družstvom, ktoré s ním uzatvorilo zmluvu o riadení portfólia, a teda iba Družstvu by teoreticky mohla vzniknúť škoda v priamej príčinnej súvislosti s údajným nesprávnym úradným postupom Národnej banky Slovenska nad obchodníkom s cennými papiermi. Zdôraznil, že Družstvu vznikla povinnosť vrátiť navrhovateľke finančné prostriedky a len v prípade, ak sa nedomôže svojej pohľadávky voči Družstvu, tak až potom bude zrejmé, či jej vznikla škoda a v akej výške. V tejto súvislosti zdôraznil subsidiárnu zodpovednosť štátu za škodu vo vzťahu k zodpovednosti Družstva - ako dlžníka, ktorý prijal finančné prostriedky od navrhovateľky a ktoré má povinnosť tieto finančné prostriedky navrhovateľke vrátiť. V kontexte uvedeného zdôraznil, že až po vyčerpaní všetkých zákonných možností veriteľov (teda aj navrhovateľky) úpadcu - Družstva k uspokojeniu nárokov zo svojich právnych vzťahov proti súkromnej právnickej osobe a aj zodpovedným predstaviteľom, môže byť nastolená otázka vzniku škody a prípadnej zodpovednosti štátu za ňu. Vzhľadom na uvedené mal za to, že v konaní pod sp.zn. 19C 56/2011 sa nerieši významná otázka, ktorá by mohla mať podstatný vplyv a význam pre rozhodnutie v tomto konaní, a preto neexistuje objektívny dôvod na prerušenie konania. Ďalej argumentoval,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Navrhovateľka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poukázala navrhovateľka, odporca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navrhovateľky,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rozsudok súdu prvého stupňa v napadnutej časti a v medziach dôvodov podaného odvolania, ktorými je viazaný (§ 212 ods. 1 O.s.p.), vrátane konania, ktoré mu predchádzalo, bez nariadenia odvolacieho pojednávania (§ 214 ods. 2 O.s.p. v spojení s § 156 ods. 3 O.s.p.) a dospel k záveru, že odvolanie navrhovateľky nie je dôvodné. Podľa § 109, ods. 2, písm. c/ O.s.p., pokiaľ súd neurobí iné vhodné opatrenia, môže konanie prerušiť, ak prebieha konanie, v ktorom sa rieši otázka, ktorá môže mať význam pre rozhodnutie súdu, alebo ak súd dal na takéto konanie podnet. V zmysle uvedeného ustanovenia zákona súd môže (fakultatívne) prerušiť konanie pokiaľ je vhodné v konaní dočasne nepokračovať vzhľadom na predbežnú otázku, ktorú pre svoje rozhodnutie môže síce posúdiť v prebiehajúcom konaní sám, ale môže tiež vyčkať až na jej posúdenie v inom konaní, pričom vyriešenie tejto predbežnej otázky v inom konaní môže mať význam pre jeho rozhodnutie. Ide teda o prerušenie konania, ktoré nie je pre samotné konanie nevyhnutné, a preto súd konanie nemusí prerušiť; je na úvahe vec prejednávajúceho súdu, či túto procesnú možnosť využije, keďže to nie je jeho povinnosť. Súd má najskôr zvážiť možnosť iných vhodných opatrení, a až keď tieto zlyhajú, môže konanie prerušiť, pričom musí vždy mať na zreteli požiadavku rýchlej a účinnej ochrany účastníkov v súdom konaní (§ 6 O.s.p.) a hospodárnosť konania, z hľadiska ktorých by malo prerušenie konania predstavovať skôr výnimku ako pravidlo. S poukazom na vyššie uvedené postupoval súd prvého stupňa v danom prípade dôsledne podľa § 109 ods. 2, písm. c/ O.s.p. skúmajúc, či sú splnené zákonné predpoklady na prerušenie konania, pričom dospel k správnemu záveru, že v konaní vedenom pod sp. zn. 19C 56/2011 sa nerieši otázka, ktorá by mohla mať zásadný a rozhodujúci význam pre rozhodnutie v prejednávanej veci, a pokiaľ návrh navrhovateľky na prerušenie konania ako nedôvodný zamietol, rozhodol vecne správne. Odvolací súd poznamenáva, že v konaní prebiehajúcom pod sp.zn. 19C 56/2011 sa vyriešenie otázky nesprávneho úradného postupu NBS v súvislosti s výkonom dohľadu nad obchodníkom s cennými papiermi neodrazí priamo vo výroku rozsudku, ktorý je podľa § 159 ods. 2 O.s.p. záväzný pre všetky orgány (vrátane súdov). Len skutočnosť, že vzhľadom na zhodné tvrdenia navrhovateľov v oboch konaniach o tom, že im vznikla škoda v dôsledku nesprávneho úradného postupu NBS vo vzťahu k obchodníkovi s cennými papiermi, je potrebné v oboch konaniach posúdenie rovnakých predbežných otázok, nezakladá potrebu prerušenia toho konania, keďže túto otázku je potrebné vyriešiť vo vzťahu k rozdielnym subjektom vystupujúcim ako poškodení; keď navrhovateľom v konaní pod sp.zn. 19C 56/2011 je PDSI, ktoré bolo v zmluvnom vzťahu s obchodníkom s cennými papiermi, na rozdiel od navrhovateľky v tomto konaní, ktorá ako členka Družstva, nebola v žiadnom záväzkovom vzťahu s obchodníkom s cennými papiermi. Súdu prvého stupňa nič nebránilo túto otázku samostatne v tomto konaní posúdiť, bez zreteľa na výsledok konania pod sp. zn. 19C 56/2011, a preto neobstojí ani argumentácia potreby prerušenia konania z hľadiska jeho hospodárnosti, či duplicitného vedenia rovnakého dokazovania v oboch súbežne prebiehajúcich konaniach. Napokon viazanosť súdu posúdením predbežnej otázky v inom konaní nevyplýva výslovne ani z ust. § 135 ods. 1 O.s.p., a preto možno uzavrieť, že pokiaľ rozhodnutie vo veci, hoci obdobnej, pod sp.zn. 19C 56/2011, nie je pre rozhodnutie v danej veci právne záväzné, je výlučne na úvahe súdu prvého stupňa, či sa rozhodne konanie prerušiť alebo či si predbežnú otázku sám vyrieši v tomto konaní. Podľa čl. 1 ods. 1 veta prvá Ústavy SR, Slovenská republika je zvrchovaný, demokratický a právny štát. Podľa čl. 2 ods. 2 Ústavy SR, štátne orgány môžu konať iba na základe Ústavy, v jej medziach a v rozsahu a spôsobom, ktorý ustanoví zákon. Podľa čl. 2 ods. 3 Ústavy SR, každý môže konať, čo nie je zákonom zakázané, a nikoho nemôže nútiť, aby konal niečo, čo zákon neukladá. Podľa čl. 20 ods. 1 Ústavy SR, každý má právo vlastniť majetok. Podľa čl. 20 ods. 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navrhovateľky, ktorým sa domáhala zaplatenie náhrady škody, ako aj na posúdenie opodstatnenosti tvrdení, ktoré uvádzal odporca na svoju obranu (§ 120 ods. 1, 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navrhovateľke nesprávnym úradným postupom orgánov štátu, pričom na vec aplikoval zodpovedajúce ustanovenia zákona č. 514/2003 Z.z. o zodpovednosti za škodu spôsobenú pri výkone verejnej moci (§ 3 ods. 1, ods. 2, § 9 ods. 1, § 17 ods. 1) v spojení so zákonom č. 566/2001 Z.z. o cenných papieroch a investičných službách (ďalej len "zákon o CP") a zákonom č. 747/2004 Z.z. o dohľade nad finančným trhom (ďalej len "zákon o dohľade") a svoje dôvody, pre ktoré návrhu navrhovateľky nevyhovel a neprihliadol tak na jej námietky proti postupu orgánov štátu (NBS) pri výkone dohľadu, aj náležite v súlade s požiadavkami vyplývajúcimi z § 157 ods. 2 O.s.p. odôvodnil, a preto možno odôvodnenie jeho rozhodnutia považovať za presvedčivé. Obsah odvolania navrhovateľky nie je spôsobilý spochybniť správnosť záverov napadnutého rozsudku súdu prvého stupňa z hľadiska ňou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dikcii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navrhovateľka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navrhovateľka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navrhovateľka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navrhovateľky, že nedostatky v aktualizácii údajov prospektu, mali vplyv na hodnotenie majetkových hodnôt, resp. že by sankcionovanie Družstva orgánom dohľadu, ovplyvnilo jej rozhodnutie zotrvať v Družstve, resp. ďalej investovať do majetku Družstva. Navrhovateľka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navrhovateľka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 b/ zákona o CP) a neprimerane sa spoliehala na to, že štát v rámci výkonu dohľadu je garantom návratnosti vložených peňažných prostriedkov a ich zhodnotenia. Navrhovateľka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Navrhovateľka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Navrhovateľka uložením peňažných prostriedkov do súkromného podnikateľského subjektu prevzala na seba určité riziká, a to vrátane rizík spojených s jeho zlým hospodárením, a túto nemôže prenášať na štát. Nemožno sa stotožniť ani s tvrdením navrhovateľky v tom, že medzi vzniknutou škodou, ktorá sa má rovnať hodnote ňou investovanej sumy do Družstva, resp. výške vyrovnacieho podielu a nesprávnym úradným postupom spočívajúcim v nečinnosti orgánu dohľadu, je daná príčinná súvislosť, v tom, že keby včas zakročil a pozastavil by činnosť Družstva alebo OCP, nebola by navrhovateľka svoje peniaze zverila Družstvu, resp. že by vymohla ňou vložené peniaze, resp. vyrovnací podiel. Navrhovateľke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 ale vo finančnom hospodárení Družstva. Pokiaľ by bola Družstvu uložená (najprísnejšia) sankcia zákazu činnosti, tak to samo o sebe ešte neznamená, že pohľadávka navrhovateľky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navrhovateľka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navrhovateľky.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navrhovateľka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navrhovateľke škoda (v podobe nevymožiteľnosti pohľadávky) ešte nevznikla a môže jej vzniknúť až po skončení konkurzného konania, resp. po právoplatnosti rozvrhového uznesenia. V prvom rade si teda navrhovateľka musí vysporiadať svoje nároky so subjektmi zmluvných vzťahov a vo vzťahu k iným subjektom si môže uplatňovať mimozáväzkovú zodpovednosť za vznik majetkovej ujmy až po tom, čo táto ujma zo záväzkových vzťahov vznikla, teda až vtedy ak právo navrhovateľky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navrhovateľky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navrhovateľky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Navrhovateľka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navrhovateľky, že zákon číslo 514/2003 Z.z. nevyžaduje žiadne predchádzajúce vysporiadanie súkromnoprávnych vzťahov a že žiadna platná norma neumožňuje vysloviť záver o predčasnosti podania návrhu a to ani vtedy, ak doposiaľ nemala možnosť vymôcť plnenie od subjektu, ktorý je jej povinný dané plnenie vrátiť. Pokiaľ navrhovateľka argumentovala rozsudkom Najvyššieho súdu Českej republiky sp.zn. 29 Cdo 4968/2009 zo dňa 11. 4. 2012 vo vzťahu k predčasnosti návrhu, poukazuje odvolací súd na to, že tento na daný prípad nedopadá, keďže ním bolo judikované v súvislosti s § 3 zákona číslo 328/1991 Zb. o konkurze a vyrovnaní, v znení účinnom do 31. 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navrhovateľky, že súd prvého stupňa nevykonal dokazovanie v súlade s ustanovením § 129 ods. 1 O.s.p., nepovažoval odvolací súd za opodstatnenú, keď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samotnou navrhovateľkou, a preto jej bol ich obsah známy, dokonca sa na tieto dôkazy odvolávala v súvislosti s preukazovaním svojho nároku, a preto súd prvého stupňa nevychádzal pri svojom rozhodovaní zo žiadnej takej rozhodujúcej skutočnosti, resp. listinného dôkazu, preukazujúceho také skutočnosti, ktoré by navrhovateľke neboli známe a na ktoré skutočnosti či dôkazy by nebola mohla v konaní patrične, svojimi procesnými návrhmi a vyjadreniami, reagovať. Napokon navrhovateľka, resp. jej právny zástupca, nenamietali v priebehu pojednávaní, že by na ňom nedošlo k oboznámeniu s listinnými dokladmi,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Odvolací súd tak nepovažoval námietky navrhovateľky uvádzané v odvolaní za dôvodné a za stavu, keď súd prvého stupňa na základe dostatočne zisteného skutkového stavu a riadne vykonaných dôkazov dospel k správnym skutkovým zisteniam a správne vec posúdil aj po právnej stránke, navrhovateľkou uplatnené odvolacie dôvody nemohli obstáť. Keď teda súd prvého stupňa za daného skutkového stavu, ktorý bol zistený správne, zamietol návrh navrhovateľky na prerušenie konania, ako aj jej návrh vo veci samej - z dôvodu nesplnenia zákonných predpokladov zodpovednosti štátu za škodu spôsobenú nesprávnym úradným postupom podľa § 9 zákona č. 514/2003 Z.z., rozhodol vecne správne a odvolací súd preto rozsudok súdu prvého stupňa v napadnutej časti,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https://www.kauzis.sk/judikatura/r/ECLI:SK:KSBA:2015:1111244574.1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