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3Co/220/2014 z 23. 6. 2015</w:t>
      </w:r>
    </w:p>
    <w:p>
      <w:r>
        <w:t>Rozsudok Krajského súdu Bratislava z 23. júna 2015, sp. zn. 3Co/220/2014, ECLI:SK:KSBA:2015:1111244576.2</w:t>
      </w:r>
    </w:p>
    <w:p>
      <w:r>
        <w:t>Súd: Krajský súd Bratislava</w:t>
      </w:r>
    </w:p>
    <w:p>
      <w:r>
        <w:t>Spisová značka: 3Co/220/2014</w:t>
      </w:r>
    </w:p>
    <w:p>
      <w:r>
        <w:t>ECLI: ECLI:SK:KSBA:2015:1111244576.2</w:t>
      </w:r>
    </w:p>
    <w:p>
      <w:r>
        <w:t>Dátum vydania: 23. 6. 2015</w:t>
      </w:r>
    </w:p>
    <w:p>
      <w:r>
        <w:t>Forma: Rozsudok</w:t>
      </w:r>
    </w:p>
    <w:p>
      <w:r>
        <w:t>Oblasť práva: Občianske právo</w:t>
      </w:r>
    </w:p>
    <w:p>
      <w:pPr>
        <w:pStyle w:val="Heading2"/>
      </w:pPr>
      <w:r>
        <w:t>Text rozhodnutia</w:t>
      </w:r>
    </w:p>
    <w:p>
      <w:r>
        <w:t>Súd: Krajský súd Bratislava Spisová značka: 3Co/220/2014 Identifikačné číslo súdneho spisu: 1111244576 Dátum vydania rozhodnutia: 24. 06. 2015 Meno a priezvisko sudcu, VSÚ: JUDr. Blanka Podmajerská ECLI: ECLI:SK:KSBA:2015:1111244576.2 ROZSUDOK V MENE SLOVENSKEJ REPUBLIKY Krajský súd v Bratislave v senáte zloženom z predsedníčky senátu JUDr. Aleny Svetlovskej a členov senátu JUDr. Blanky Malichovej a JUDr. Zuzany Mališovej v právnej veci navrhovateľa: Ľ. D., bytom S. XX, B., zastúpený advokátskou kanceláriou FUTEJ &amp; Partners, s.r.o., Radlinského 2, Bratislava, proti odporkyni: Slovenská republika, zastúpená Národnou bankou Slovenska, Imricha Karvaša 1, Bratislava, o náhradu škody, na odvolanie navrhovateľa proti rozsudku Okresného súdu Bratislava I zo dňa 27. januára 2014, č. k. 4C 191/2011 - 83, takto r o z h o d o l : Odvolací súd rozsudok súdu prvého stupňa v napadnutej časti p o t v r d z u j e. Odporkyni náhradu trov odvolacieho konania n e p r i z n á v a. o d ô v o d n e n i e : Súd prvého stupňa napadnutým rozsudkom zamietol návrh navrhovateľa, ktorým sa domáhal uložiť odporkyni povinnosť zaplatiť mu sumu 820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rozhodol, že o začatie prejudiciálneho konania pred Súdnym dvorom podľa čl. 267 Zmluvy o fungovaní Európskej únie nepožiada. Odporkyni náhradu trov konania nepriznal. Svoje rozhodnutie v časti výroku, ktorým návrh na zaplatenie istiny 820 eur s príslušenstvom zamietol, odôvodnil právne ust. § 3 ods. 1, 2, § 9 ods. 1 veta prvá a druhá veta pred bodkočiarkou, § 15 ods. 1, § 17 ods. 1 zák. č. 514/2003 Z. z. o zodpovednosti za škodu spôsobenú pri výkone verejnej moci a o zmene niektorých zákonov a vecne tým, že navrhovateľ v konaní vznik škody a nesprávny úradný postup odporkyne, ako ani príčinnú súvislosť medzi škodou a nesprávnym úradným postupom nepreukázal. Poukázal na skutočnosť, že Úrad pre finančný trh rozhodnutím zo dňa 21. marca 2002 schválil PODIELOVÉMU DRUŽSTVU SLOVENSKÉ INVESTÍCIE (ďalej „Družstvo“) Prospekt investície, pri ktorom Družstvo požiadalo o schválenie jeho dodatku spolu s prílohou a to zápisnicou z riadnej členskej schôdze Družstva zo dňa 9. januára 2003, podľa ktorej mal Úrad pre finančný trh schválením Prospektu investície odobriť projekt družstiev s tým, že Úrad pre finančný trh Družstvo v upozornení zo dňa 13. mája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Národná banka Slovenska rozhodnutím zo dňa 20. augusta 2008, č. OPK-9750-5/2007, uložila obchodníkovi s cennými papiermi pokutu vo výške 9.958,18 eur (300.000,- Sk) za porušenie ust. § 54 ods. 2, § 73 ods. 1 písm. a), § 74 ods. 1, ods. 7 písm. b/ zák. č. 566/2001 Z. z. a rozhodnutím zo dňa 22. apríla 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apríla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apríla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taktiež zistil, že Národná banka Slovenska rozhodnutím o predbežnom opatrení zo dňa 12. júla 2010, č. ODT-8305/2010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decembra 2010, č. ODT-8305-5/2010, potvrdeným Bankovou radou Národnej banky Slovenska rozhodnutím zo dňa 1. marca 2011, č. GUV-274/2011, odobrala obchodníkovi s cennými papiermi povolenie na poskytovanie investičných služieb z dôvodov podľa § 156 ods. 2 písm. a), § 55 ods. 7, ods. 9, § 85 ods. 2 v spojení s ust. § 84 ods. 1 písm. b), § 76 ods. 2 a § 77 ods. 7 zák. č. 566/2001 Z. z. a rozhodnutím zo dňa 26. augusta 2010, č. OPK-5664/1-5/2010 zastavila konanie o schválenie dodatku k Prospektu investície z dôvodu, že žiadosť neobsahovala náležitosti stanovené zákonom, čo potvrdila Banková rada Národnej banky Slovenska rozhodnutím zo dňa 7. decembra 2010, č. GUV-1744/2010; rozhodnutím zo dňa 30. mája 2011, č. ODT-10890-4/2010, právoplatným dňa 18. júla 2011, Národná banka Slovenska zakázala Družstvu, ako vyhlasovateľovi verejnej ponuky majetkových hodnôt predaj majetkových hodnôt tým, že zmenou skutočností uvedených v Prospekte investície Družstvo tento Prospekt nedodržiavalo a neurobilo žiadne kroky k tomu, aby stav Družstva uviedlo do súladu s údajmi v Prospekte investície. Súd prvého stupňa mal za preukázané, že majetok vložený do investičných nástrojov Družstva je tvorený podielmi v družstvách EDSI, KPDSI a DDSI a na 98,85 % podielom zmenkami emitenta CI HOLDING, a.s., pričom v zmysle prijatej investičnej stratégie v Prospekte investície, by angažovanosť voči jednému emitentovi nemala prekročiť 30 % podielu na celkových aktívach vyhlasovateľa verejnej ponuky a podiel emitenta CI HOLDING, a. s. na celkových aktívach predstavovala 91,45 % a teda Prospekt investície nebol zo strany Družstva dodržaný a Národná banka Slovenska preto považovala za vhodné aby sa v aktívach družstva nachádzali finančné nástroje aj iných subjektov ako subjektov nachádzajúcich sa v skupine CI HOLDING, a. s., z dôvodu rozloženia investičného rizika. Súd prvého stupňa poukázal na skutočnosť, že Okresný súd Bratislava I uznesením zo dňa 11. apríla 2011, č. k. 3K/95/2010-21, ktoré nadobudlo právoplatnosť dňa 5. mája 2011, vyhlásil konkurz na majetok Družstva ako úpadcu, do funkcie správcu ustanovil V.. V. R. s tým, že mal vykonaným dokazovaním zároveň preukázané, že navrhovateľ sa stal členom Družstva a žiadosťou zo dňa 26. júla 2011 požiadal o zrušenie členského podielu v Družstve, pričom mu okrem potvrdenia o zániku členstva v Družstve a vzniku nároku na vyrovnací podiel bola dňa 10. decembra 2010 vystavená zmenka na sumu 820,- Eur so splatnosťou na videnie, ktorú si navrhovateľ v zákonnej lehote do konkurzu neprihlásil. Z takto zisteného skutkového stavu súd prvého stupňa vyvodil záver, že nárok na náhradu škody podľa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navrhovateľ pohľadávku voči subjektu, ktorý ju získal ako prospech a má povinnosť tento prospech vydať, resp. kým nepreukázal bezúspešné domáhanie sa úhrady pohľadávky voči dlžníkovi, nie je daný základný predpoklad zodpovednosti štátu a tým ani predpoklad existencie škody. Poukázal na skutočnosť, že navrhovateľ sa ako bývalý člen Družstva, s ktorým bol v právnom vzťahu, a z ktorého mu vzniklo právo na vyplatenie vyrovnacieho podielu, musí domáhať zaplatenia svojej pohľadávky voči Družstvu, ktoré je vo vzťahu k nemu v pozícii dlžníka, resp. osoby, ktorá je povinná navrhovateľovi vydať získaný prospech v podobe vyrovnacieho podielu s tým, že navrhovateľ svoje právo nevyužil a pohľadávku voči Družstvu si v konkurze vyhlásenom na jeho majetok neuplatnil, a teda súdu nepreukázal bezúspešnosť uplatňovania svojich práv voči družstvu, pričom toho času nie je možné ustáliť majetok Družstva, s ktorým bol navrhovateľ v záväzkovom vzťahu, a z ktorého majetku by mohla byť uspokojená jeho pohľadávka uplatňovaná v prebiehajúcom konaní o náhradu škody za nesprávny úradný postup, a to i po skončení konkurzného konania. Taktiež poukázal na skutočnosť, že navrhovateľ nepodal ani návrh proti členom predstavenstva Družstva alebo jeho kontrolnej komisie v zmysle § 251 ods. 2, § 243a ods. 4 a § 244 ods. 8 Obchodného zákonníka, pričom až v prípade bezúspešnosti vymoženia predmetnej pohľadávky by do úvahy prichádzalo uplatňovanie náhrady škody voči štátu, a preto dospel k záveru, že navrhovateľ svoj nárok uplatnil predčasne. Pokiaľ ide o nesprávny úradný postup spočívajúci v oneskorenom zistení neaktuálnosti údajov zahrnutých do Prospektu investície a tým neplatnosti Prospektu investície a následnom oneskorení zakázania činnosti družstva, súd prvého stupňa konštatoval,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a k takým povinnostiam patrila od 1. januára 2009 i povinnosť aktualizácie Prospektu investície podľa ust. § 125c ods. 1 v spojení s ust. § 127 ods. 4 zák. č. 566/2001 Z. z. a od 1. júna 2010 povinnosť dodržiavania Prospektu investície podľa ust. § 129 ods. 3 zák. č. 566/2001 Z. z.. Dospel preto k záveru, že v prípade nastania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schválenie Zmluvy o riadení portfólia. V tejto súvislosti uviedol, že Národná banka Slovenska nemala právomoc vykonávať dohľad nad celkovou činnosťou Družstva s tým, že Družstvo až do 15. apríla 2010 nesignalizovalo Národnej banke Slovenska zhoršenie jeho finančnej situácie, príp. nedostatky v činnosti obchodníka s cennými papiermi a až pri výkone dohľadu na mieste samom, od 20. apríla do 6. mája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investície, ktorú síce predložilo, táto však neobsahovala všetky náležitosti podľa zák. č. 747/2004 Z. z., pričom rovnaké nedostatky mal aj dodatok Prospektu investície v zmysle zák. č. 566/2001 Z. z. s tým, že Národná banka Slovenska konala v rámci svojich oprávnení stanovených zákonom a súd prvého stupňa v jej postupe nezistil namietaný nesprávny úradný postup. Vo vzťahu k nesprávnemu úradnému postupu spočívajúcemu v prijatí nedostatočných opatrení na nápravu protiprávneho stavu uviedol, že predmetom konania je nesprávny úradný postup odporkyne a nie obchodníka s cennými papiermi, a preto v priamej príčinnej súvislosti s ním mohla vzniknúť škoda len Družstvu a nie navrhovateľovi, ktorý nebol v žiadnom záväzkovom, ani inom vzťahu s obchodníkom s cennými papiermi a zmluvnou stranou Zmluvy o riadení portfólia bolo len Družstvo. Taktiež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prvého stupňa zároveň dospel k záveru, že odporkyňa sa nesprávneho úradného postupu, spočívajúceho v prijatí nedostatočných opatrení na nápravu protiprávneho stavu po zistení závažných pochybení obchodníka s cennými papiermi pri činnosti voči Družstvu nedopustila, z dôvodu absencie priamej príčinnej súvislosti s prípadnou škodou na strane navrhovateľa, keď z listinných dôkazov, najmä z rozhodnutí Národnej banky Slovenska o uložení pokuty vo výške 16.596,96 eur (500.000,- Sk) a vo výške 9.958,18 eur (300.000,- Sk) je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Bol názoru, že bolo primárne povinnosťou Družstva, ktoré malo všetky dostupné informácie o činnosti obchodníka s cennými papiermi, zabezpečiť priamu kontrolu plnenia jeho povinností a dohľad nad jeho činnosťou voči Družstvu, pričom nemožno zanedbať ani povinnosti navrhovateľa, ktorý sa ako člen Družstva mal aktívne a včas zaujímať o svoje práva a ich výkon voči Družstvu a jeho orgánom a zamedziť tak znehodnocovaniu, príp. nevymožiteľnosti svojich majetkových a iných práv súvisiacich s Družstvom. Rozhodnutie v časti výroku, ktorým návrh navrhovateľa na začatie prejudiciálneho konania pred Súdnym dvorom Európskej únie zamietol, odôvodnil právne ust. § 109 ods. 1 písm. c/ O.s.p., článkom 267 Zmluvy o fungovaní Európskej únie a vecne tým, že nie je povinný predložiť prejudiciálnu otázku formulovanú navrhovateľom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Uviedol, že predmetom konania o prejudiciálnej otázke pred Súdnym dvorom Európskej únie môžu byť len dva typy prejudiciálnych otázok, a to otázky týkajúce sa výkladu úniových právnych aktov alebo otázky týkajúce sa platnosti úniových právnych aktov s tým, že Súdny dvor Európskej únie nerozhoduje ani o sporných skutkových otázkach konania pred národným súdom a ani o výklade alebo aplikácii vnútroštátneho práva. Súd prvého stupňa po posúdení návrhu navrhovateľa na predloženie ním navrhovaných prejudiciálnych otázok (1.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zo dňa 4. novembra 2003 a na tento inštitút verejnej ponuky majetkových hodnôt sa štát následne odvoláva vo vnútroštátnom konaní o zodpovednosti za škodu štátu spôsobenú Národnou bankou Slovenska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a v prípade kladnej odpovede na túto otázku, či je porušením článku 288 Zmluvy o fungovaní Európskej únie v spojení s článkom 29 smernice 2003/71/ES Európskeho parlamentu a Rady zo dňa 4. novembra 2003 o prospekte, ktorý sa zverejňuje pri verejnej ponuke cenných papierov alebo ich prijatí na obchodovanie, a o zmene a doplnení smernice 2001/34/ES, ak členský štát v rozpore s povinnosťami uloženými štátu v článku 21 ods. 3 písm. d/ a f/ citovanej smernice, poukazuje vo vnútroštátnom konaní o zodpovednosti za škodu štátu spôsobenú Národnou bankou Slovenska spotrebiteľom na finančnom trhu nedostatočným výkonom dohľadu nad subjektmi prevádzkujúcimi verejnú ponuku majetkových hodnôt, že Národná banka Slovenska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dospel k záveru, že tento nie je dôvodný, pretože odpoveď na uvedené otázky nemá bezprostredný súvis s prebiehajúcim konaním v tom zmysle, že by ho determinovala po právnej stránke. Súd prvého stupňa sa nestotožnil s názorom navrhovateľa,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SR. Súd prvého stupňa uviedol, že verejná ponuka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rozhodol podľa § 142 ods. 1 O.s.p.. Proti tomuto rozsudku v časti výroku, ktorým súd prvého stupňa návrh navrhovateľa na zaplatenie istiny 820 eur s príslušenstvom zamietol, podal navrhovateľ v zákonnej lehote odvolanie z dôvodu,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a navrhol rozsudok v napadnutej časti zmeniť a jeho návrhu vyhovieť, resp. rozsudok súdu prvého stupňa v napadnutej časti zrušiť a vec vrátiť na ďalšie konanie. Zároveň žiadal priznať náhradu trov konania. Namietal,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odporkyne ako orgánu dohľadu a nemohol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odporkyne,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odporkyne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J.. R. Č., vtedajší predseda predstavenstva obchodníka. Uviedol,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 za to, že následné podcenenie situácie a umožnenie ďalšej činnosti Družstva aj obchodníka s cennými papiermi, vyústilo v roku 2010 do nedostupnosti ním vložených prostriedkov do Družstva, pričom odporkyňa svojou nečinnosťou a ľahostajným prístupom k svojim kompetenciám zapríčinila aj to, že už nemohol rozpoznať riziko svojej investície, resp., že túto investíciu mu odporkyňa svojim zanedbateľným dohľadom ani v minimálnej možnej miere neochránila. Poukázal na skutočnosť, že odporkyňa tým, že dňa 4. marca 2011 obchodníkovi s cennými papiermi odňala licenciu na činnosť a Družstvu zakázala činnosť v roku 2011, potvrdila dlhodobé porušovanie zákona o cenných papieroch, z čoho vyplýva tolerovanie porušovania právnych predpisov Národnou bankou Slovenska minimálne od roku 2008 do roku 2011. Vo svojom odvolaní ďalej uviedol, že odporkyňa svojím rozhodnutím zo dňa 30. mája 2011, č. ODT-10890-4/2010, právoplatným dňa 18. júla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odporkyňa voči Družstvu úradne zasiahla až v máji 2011, kedy činnosť Družstva zakázala. V ďalšom navrhovateľ uviedol, že žiadna platná právna norma neumožňuje vysloviť záver o predčasnosti podania žaloby, a to ani vtedy, ak navrhovateľ doposiaľ nemal možnosť vymôcť plnenie od subjektu, ktorý jediný je podľa názoru odporkyne, ako aj prvostupňového súdu, povinný mu dané plnenie vrátiť s tým, že ani zák. č. 514/2003 Z. z. nevyžaduje žiadne predchádzajúce vysporiadanie súkromnoprávnych vzťahov, ale naopak pripúšťa regresnú náhradu. Mal za to,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Odporkyňa vo svojom vyjadrení k odvolaniu navrhovateľa navrhla rozsudok súdu prvého stupňa v napadnutej časti potvrdiť. Nesúhlasila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Taktiež uviedla, že navrhovateľ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 nevyužil všetky možnosti na uplatnenie a vymoženie svojho nároku, pretože nepodal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Družstva. Nesúhlasila s tvrdením navrhovateľa,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 Odvolací súd preskúmal vec viazaný rozsahom a dôvodmi odvolania podľa § 212 ods. l O.s.p. v znení účinnom od 1. júna 2014, túto prejednal bez nariadenia odvolacieho pojednávania podľa § 214 ods. 2 O.s.p. a dospel k záveru, že odvolanie navrhovateľa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 bol členom PODIELOVÉHO DRUŽSTVA SLOVENSKÉ INVESTÍCIE, Poľná 1, Bratislava, IČO: 35 784 717 (ďalej „Družstvo“), toho času v konkurze, vyhlásenom uznesením Okresného súdu Bratislava I zo dňa 11. apríla 2011, č. k. 3K/95/2010 - 21, právoplatným dňa 5. mája 2011, s členským podielom ku dňu 20. apríla 2010 v sume 820 eur, pričom na základe žiadosti navrhovateľa o zrušenie členského podielu v Družstve zo dňa 26. júla 2010 došlo k zrušeniu jeho členstva a navrhovateľovi vzniklo právo na vyplatenie vyrovnacieho podielu vo výške 820 eur.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prejednávanej veci sa navrhovateľ domáhal uloženia povinnosti odporkyni zaplatiť mu škodu v sume 820 eur s 9,25 % úrokom z omeškania ročne od 19. 4. 2011 do zaplatenia, ktorá mu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Navrhovateľ sa v posudzovanej veci voči štátu domáha náhrady škody, ktorá mu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navrhovateľa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 V tejto súvislosti je potrebné uviesť, že ak v posudzovanej veci úradným postupom je postup odporkyne ako orgánu štátu súvisiaci s výkonom štátnej (verejnej) moci, ktorý sa dotýka navrhovateľa, predovšetkým jeho individuálnych práv a povinností, tak neobstojí jeho námietka spočívajúca v tvrdení, že povinnosťou odporkyne bolo dohliadať na aktualizáciu Prospektu investícií.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 Nebolo možné sa stotožniť ani s námietkou navrhovateľa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navrhovateľa, ktorý však nemôže vychádzať z toho, ako takýto postup navrhovateľ vyhodnotil,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odporkyne zo dňa 21. 12. 2010, č. ODT-8305-5/2010, ktorým odobrala obchodníkovi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 očakával a namietal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 tvrdený nesprávny úradný postup odporkyne v konaní nepreukázal, pričom odvolací súd poukazuje na skutočnosť, že nedostatočnosť opatrení prijatých odporkyňou, podľa názoru navrhovateľa, bez opory v zákone, podľa jeho subjektívneho presvedčenia, sa nemusia vždy legitímne zhodovať s objektívnou realitou.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 nemohol dosiahnuť uspokojenie svojej pohľadávky v konkurznom konaní. Odvolací súd má za to, že navrhovateľ si pohľadávku, ktorá je predmetom tohto sporu neuplatnil v konkurznom konaní, škoda mu preto ešte nevznikla, a preto nemôže byť ani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navrhovateľa v podanom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založených v súdnom spise.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O.s.p. O trovách odvolacieho konania rozhodol odvolací súd podľa ust. § 224 ods. 1 O.s.p. v spojení s ust. § 142 ods. 1 O.s.p. tak, že odporkyni náhradu trov odvolacieho konania nepriznal, nakoľko si právo na ich náhradu neuplatnila (§ 151 ods. 1 O.s.p.). Toto rozhodnutie bolo prijaté senátom Krajského súdu v Bratislave pomerom hlasov 3:0 (§ 3 ods. 9 zák. č. 757/2004 Z. z. o súdoch a o zmene a doplnení niektorých zákonov). Poučenie: Proti tomuto rozsudku nie je prípustné odvolanie.</w:t>
      </w:r>
    </w:p>
    <w:p/>
    <w:p>
      <w:r>
        <w:t>Zdroj: KAUZIS.SK – https://www.kauzis.sk/judikatura/r/ECLI:SK:KSBA:2015:1111244576.2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