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6Co/166/2015 z 28. 4. 2015</w:t>
      </w:r>
    </w:p>
    <w:p>
      <w:r>
        <w:t>Uznesenie Krajského súdu Bratislava z 28. apríla 2015, sp. zn. 6Co/166/2015, ECLI:SK:KSBA:2015:1111244694.2</w:t>
      </w:r>
    </w:p>
    <w:p>
      <w:r>
        <w:t>Súd: Krajský súd Bratislava</w:t>
      </w:r>
    </w:p>
    <w:p>
      <w:r>
        <w:t>Spisová značka: 6Co/166/2015</w:t>
      </w:r>
    </w:p>
    <w:p>
      <w:r>
        <w:t>ECLI: ECLI:SK:KSBA:2015:1111244694.2</w:t>
      </w:r>
    </w:p>
    <w:p>
      <w:r>
        <w:t>Dátum vydania: 28. 4. 2015</w:t>
      </w:r>
    </w:p>
    <w:p>
      <w:r>
        <w:t>Forma: Uznesenie</w:t>
      </w:r>
    </w:p>
    <w:p>
      <w:pPr>
        <w:pStyle w:val="Heading2"/>
      </w:pPr>
      <w:r>
        <w:t>Text rozhodnutia</w:t>
      </w:r>
    </w:p>
    <w:p>
      <w:r>
        <w:t>Súd: Krajský súd Bratislava Spisová značka: 6Co/166/2015 Identifikačné číslo súdneho spisu: 1111244694 Dátum vydania rozhodnutia: 29. 04. 2015 Meno a priezvisko sudcu, VSÚ: JUDr. Martin Murgaš ECLI: ECLI:SK:KSBA:2015:1111244694.2 Uznesenie Krajský súd v Bratislave, v právnej veci žalobcu: C. N., bytom I. A.. Č.. X, J., zast. advokátskou kanceláriou FUTEJ &amp; Partners s.r.o., Radlinského ul. č. 2, Bratislava, proti žalovanej: Slovenská republika, zast. Národnou bankou Slovenska, ul. Imricha Karvaša č. 1, Bratislava, o zaplatenie 2.368,34 eur s prísl., na odvolanie žalobcu proti uzneseniu Okresného súdu Bratislava I z 13. februára 2015, č. k. 8C/198/2011-250, pomerom hlasov 3:0, takto r o z h o d o l : Odvolací súd napadnuté uznesenie súdu prvého stupňa p o t v r d z u j e . o d ô v o d n e n i e : Napadnutým uznesením súd prvého stupňa uložil žalobcovi povinnosť zaplatiť poplatok za odvolanie 20,- eur v zmysle pol. 7a Sadzobníka súdnych poplatkov do 15 dní od doručenia uznesenia. Proti tomuto rozhodnutiu podal odvolanie žalobca. Navrhol, aby odvolací súd napadnuté uznesenie zrušil a konanie o vyrubenie súdneho poplatku zastavil. Uviedol, že poplatok za odvolanie nie je povinný zaplatiť vzhľadom na ust. § 18ca zák. č. 71/1992 Zb. Odvolací súd, ktorý bol viazaný rozsahom a dôvodmi odvolania (§ 212 ods. 1 O.s.p.), preskúmal napadnuté uznesenie, prejednal odvolanie bez nariadenia pojednávania podľa § 214 ods. 2 O.s.p. a dospel k záveru, že odvolanie nie je dôvodné. V prejednávanej veci sa žalobca vo veci samej domáhal náhrady škody vo výške 2.368,34 eur, ktorá mu mala vzniknúť nesprávnym úradným postupom žalovanej, pretože táto zanedbala zákonný dohľad nad činnosťou PODIELOVÉHO DRUŽSTVA SLOVENSKÉ INVESTÍCIE a obchodníka s cennými papiermi. Súd prvého stupňa rozsudkom zo 06.03.2014, č. k. 8C/198/2011-212 žalobu zamietol. Na odvolanie žalobcu Krajský súd v Bratislave rozsudkom z 09.12.2014, č. k. 5Co/437/2014-241 uvedený rozsudok súdu prvého stupňa potvrdil. Súd prvého stupňa napadnutým uznesením uložil žalobcovi povinnosť zaplatiť poplatok za odvolanie 20,- eur v zmysle pol. 7a Sadzobníka súdnych poplatkov do 15 dní od doručenia uznesenia. Pol. 7a Sadzobníka súdnych poplatkov, ktorý tvorí prílohu zákona č. 71/1992 Zb., bola do sadzobníka vložená novelou zák. č. 71/1992 Zb. vykonanou zákonom č. 286/2012 Z.z., ktorý nadobudol účinnosť dňa 01.10.2012. Súčasne bol touto novelou do zák. č. 71/1992 Zb. vložený § 18ca, podľa ktorého z úkonov navrhnutých alebo za konania začaté do 30.09.2012 sa vyberajú poplatky podľa predpisov účinných do 30.09.2012, i keď sa stanú splatnými po 30. septembri 2012. Konanie o náhradu škody podľa zák. č. 514/2003 Z.z. nebolo do 30.09.2012 uvedené v sadzobníku súdnych poplatkov. Napriek tomu je žalobca povinný zaplatiť poplatok za odvolanie. Totiž podľa § 6 ods. 2, prvá veta zák. č. 71/1992 Zb. ak je sadzba poplatku ustanovená za konanie, rozumie sa tým konanie na jednom stupni. To znamená, že žalobca by nebol povinný zaplatiť poplatok za odvolanie iba v prípade, ak by odvolanie podal pred 30. septembrom 2012. Odvolanie však podal až dňa 07.05.2014. Odvolacie konanie sa teda začalo za účinnosti zák. č. 71/1992 Zb., v znení zák. č. 286/2012 Z.z. Preto je žalobca povinný zaplatiť poplatok za odvolanie v zmysle pol. 7a Sadzobníka súdnych poplatkov vo výške 20,- eur. Zákonom č. 286/2012 Z.z. bolo zo zákona č. 71/1992 Zb. vypustené ust. § 4 ods. 1 písm. k/, podľa ktorého bolo konanie vo veciach náhrady škody spôsobenej nezákonným rozhodnutím orgánu verejnej moci alebo jeho nesprávnym úradným postupom oslobodené od súdnych poplatkov. To znamená, že toto konanie nie je od 01.10.2012 oslobodené od súdnych poplatkov. Z toho vyplýva, že napadnuté uznesenie je vecne správne a preto ho odvolací súd potvrdil podľa § 219 ods. 1 O.s.p. Poučenie: Proti tomuto uzneseniu nie je prípustné odvolanie.</w:t>
      </w:r>
    </w:p>
    <w:p/>
    <w:p>
      <w:r>
        <w:t>Zdroj: KAUZIS.SK – https://www.kauzis.sk/judikatura/r/ECLI:SK:KSBA:2015:1111244694.2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