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2Co/510/2013 z 30. 3. 2015</w:t>
      </w:r>
    </w:p>
    <w:p>
      <w:r>
        <w:t>Rozsudok Krajského súdu Bratislava z 30. marca 2015, sp. zn. 2Co/510/2013, ECLI:SK:KSBA:2015:1111244722.1</w:t>
      </w:r>
    </w:p>
    <w:p>
      <w:r>
        <w:t>Súd: Krajský súd Bratislava</w:t>
      </w:r>
    </w:p>
    <w:p>
      <w:r>
        <w:t>Spisová značka: 2Co/510/2013</w:t>
      </w:r>
    </w:p>
    <w:p>
      <w:r>
        <w:t>ECLI: ECLI:SK:KSBA:2015:1111244722.1</w:t>
      </w:r>
    </w:p>
    <w:p>
      <w:r>
        <w:t>Dátum vydania: 30. 3. 2015</w:t>
      </w:r>
    </w:p>
    <w:p>
      <w:r>
        <w:t>Forma: Rozsudok</w:t>
      </w:r>
    </w:p>
    <w:p>
      <w:r>
        <w:t>Oblasť práva: Občianske právo</w:t>
      </w:r>
    </w:p>
    <w:p>
      <w:pPr>
        <w:pStyle w:val="Heading2"/>
      </w:pPr>
      <w:r>
        <w:t>Text rozhodnutia</w:t>
      </w:r>
    </w:p>
    <w:p>
      <w:r>
        <w:t>Súd: Krajský súd Bratislava Spisová značka: 2Co/510/2013 Identifikačné číslo súdneho spisu: 1111244722 Dátum vydania rozhodnutia: 31. 03. 2015 Meno a priezvisko sudcu, VSÚ: JUDr. Janka Gažovičová ECLI: ECLI:SK:KSBA:2015:1111244722.1 ROZSUDOK V MENE SLOVENSKEJ REPUBLIKY Krajský súd v Bratislave v senáte zloženom z predsedníčky senátu JUDr. Janky Gažovičovej a členov senátu JUDr. Moniky Holickej a JUDr. Ondreja Krajča, v právnej veci navrhovateľky: R.. M. N., Z. V. X, Z.,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04 apríla 2013, č.k. 7C 202/2011-226,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navrhovateľka domáhala zaplatenia náhrady škody vo výške 6.800,- eur s 9,25 % úrokom z omeškania ročne od 19.04.2011 do zaplatenia, podľa zák. č. 514/2003 Z.z., o zodpovednosti za škodu spôsobenú pri výkone verejnej moci; a odporcovi nepriznal náhradu trov konania. Vychádzal zo zistenia, že Úrad pre finančný trh rozhodnutím zo dňa 21.03.2002 schválil PODIELOVÉMU DRUŽSTVU SLOVENSKÉ INVESTÍCIE (ďalej „Družstvo“); ktorého členkou bola navrhovateľka od 20.12.2000;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investície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Z.z. a rozhodnutím zo dňa 22.04.2008, č. OPK-2744-5/2007- PLP zmenila jeho povolenie na poskytovanie investičných služieb tak, že mu, okrem iného, povolila poskytovanie investičnej služby podľa ust. § 6 ods. 1 písm. d/ v spojení s § 5 ods. 1 písm. a/, b/, c/ zákona č. 566/2001 Z.z. a poskytovanie investičných služieb, investičných činností a vedľajších služieb podľa § 6 ods. 1 a 2 v spojení s § 5 ods. 1 zák. č. 566/2001 Z.z.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zjednanie nápravy v činnosti obchodníka s cennými papiermi, pretože tento si voči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investície; zakázala Družstvu predaj majetkových hodnôt. Mal tiež preukázané, že navrhovateľke (na jej žiadosť zo dňa 11.02.2011) na základe rozhodnutia predstavenstva zo dňa 10.12.2010 zaniklo uvedeným dňom členstvo v Družstve a vznikol jej nárok na vyplatenie vyrovnacieho podielu v sume 6.800,- eur, ktorý si prihlásila do konkurzu vyhláseného na majetok Družstva ako úpadcu uznesením Okresného súdu Bratislava I zo dňa 11.04.2011, č.k. 3K/95/2010-21, právoplatným dňa 05.05.2011,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 3 ods. 1, § 4, § 9 ods. 1, § 15 ods. 1, § 16 zák. č. 514/2003 Z.z. o zodpovednosti za škodu spôsobenú pri výkone verejnej moci a o zmene niektorých zákonov, ust. § 415 a § 441 Občianskeho zákonníka, § 59 ods. 1, § 222 ods. 1, 2, § 223 ods. 2, Obchodného zákonníka, článku 2 ods. 2, 3 Ústavy Slovenskej republiky, § 35 ods. 1, 2 Zákona o dohľade, § 129 ods. 3 Zákona o cenných papieroch, v znení účinnom od 01.06.2010,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NBS sa v súvislosti s uplatňovaním jej zákonom vymedzenej právomoci pri výkone dohľadu v súvislosti s aktualizáciou a dodržiavaním schváleného prospektu investícii zo strany Družstva nedopustila tvrdeného nesprávneho úradného postupu, nakoľko Družstvo túto povinnosť malo až od nadobudnutia účinnosti novelizovaného ustanovenia § 129 ods. 3 Zákona o cenných papieroch, t.j. od 01.06.2010, pričom právomocou určovať či a do akých konkrétnych cenných papierov má Družstvo investovať nedisponovala a nedisponuje vôbec, keď v tomto smere je limitovaná článkom 20 ods. 1 Ústavy SR, ktorý jej neumožňoval priamo zasahovať do vlastnej činnosti Družstva a jeho autonómnych vnútorných majetkovoprávnych vzťahov, ktoré sa spravujú princípmi členskej samosprávy vyplývajúcich zo stanov družstva a ustanovení Obchodného zákonníka, v súlade s ktorými navrhovateľka dobrovoľne vstúpila do záväzkového vzťahu s Družstvom a na základe individuálneho slobodného rozhodnutia prevzala na seba práva a povinnosti vyplývajúce jej z členstva v Družstve. V tejto súvislosti poukázal na skutočnosť, že navrhovateľka ako členka družstva a investor vedela, že s takouto investíciou je spojené aj riziko a doterajší (propagovaný) výnos nie je zárukou budúcich výnosov, pričom ako členka družstva mohla prostredníctvom členskej schôdze ako najvyššieho orgánu družstva uplatňovať právo riadiť záležitosti družstva a kontrolovať jeho činnosť. Zdôraznil, že Národná banka Slovenska vykonávala dohľad nad Družstvom len v rozsahu vymedzenom ustanoveniami zákona o cenných papieroch a investičných službách, v zmysle ktorých bola oprávnená kontrolovať len zverejnenie schváleného prospektu investície pred začatím verejnej ponuky a s účinnosťou od 01.06.2010 i to, či Družstvo dodržiava schválený prospekt investície. Poukázal na to, že z hospodárskych výsledkov Družstva uvedených v polročných a ročných správach predkladaných Národnej banke Slovenska v súlade so Zákonom o cenných papieroch nevyplývali indície ani informácie o zhoršenej finančnej situácii Družstva, ktorá by ohrozila vyplácanie vyrovnávacích podielov či podielov na zisku jeho členom a preto Národná banka Slovenska vykonala u obchodníka s cennými papiermi v období od 20.04.2010 do 06.05.2010 dohľad na mieste až na základe podnetu Družstva a informácii v ňom uvedených pričom zistila, že obchodník s cennými papiermi neposkytoval pre Družstvo investičnú službu riadenia portfólia v súlade so Zákonom o cenných papieroch a investičných službách. Zdôraznil, že navrhovateľka, hoci jej to umožňovalo ust. § 251 ods. 2, § 243a ods. 4 a § 244 ods. 8 Obchodného zákonníka, nepodala v mene Družstva proti členom predstavenstva ani proti členom kontrolnej komisie družstva žalobu o náhradu škody spôsobenej porušením povinností pri výkone ich funkcie a poukázal na to, že navrhovateľka, ktorá sa; v spolupráci s ďalšími členmi družstva; aktívne s dostatočnou starostlivosťou riadne a včas nezaujímala o svoje práva voči družstvu a následky s tým spojené zanedbala prevenčnú povinnosť vyplývajúcu jej z Obchodného zákonníka ako členke družstva a právne následky s tým spojené preto musí znášať sama.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svojich pohľadávok proti Družstvu, bolo by zrejmé, že jej škoda skutočne vznikla, prípadne v akej výške. Dospel tiež k záveru, že v danej veci nie je daná príčinná súvislosť medzi konaním Národnej banky Slovenska a tvrdeným vznikom škody, ktorá nemohla vzniknúť tým, že navrhovateľka vložila finančné prostriedky do Družstva, ale iba v dôsledku neschopnosti Družstva vzhľadom na jeho nepriaznivú finančnú situáciu splniť svoje záväzky z uzavretých zmlúv. Navrhovateľka však svoju pohľadávku uplatnila v konkurze vyhlásenom na majetok Družstva ako úpadcu, správca konkurznej podstaty ju poprel, a preto navrhovateľka podala incidenčnú žalobu, o ktorej naďalej prebieha konanie. Zároveň poukázal na skutočnosť, že škoda, ktorá navrhovateľke mohla vzniknúť až v dôsledku nevymožiteľnosti pohľadávky voči Družstvu, nemá príčinu v údajnej nečinnosti Národnej banky Slovenska, ale vo finančnom hospodárení Družstva, pričom v konaní nebolo preukázané, že ak by Národná banka zakročila a činnosť Družstva alebo obchodníka s cennými papiermi pozastavila skôr, pohľadávka navrhovateľky proti Družstvu by bola uspokojená. Dospel preto k záveru, že v konaní nebolo preukázané naplnenie zákonných predpokladov vzniku zodpovednosti štátu za škodu vzniknutú v dôsledku nesprávneho úradného postupu Národnej banky Slovenska. O náhrade trov konania rozhodol podľa § 142 ods. 1 O.s.p. a v konaní úspešnému odporcovi ich náhradu nepriznal, nakoľko trovy konania priznať nežiadal a ani mu v konaní žiadne trovy nevznikli. Proti tomuto rozsudku podala v zákonom stanovenej lehote odvolanie navrhovateľka domáhajúc sa jeho zmeny a vyhovenia podanému návrhu v celom rozsahu, alternatívne zrušenia napadnutého rozsudku a vrátenia veci súdu prvého stupňa na ďalšie konanie dôvodiac,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a.s., ktorý v tom čase akcionársky vlastnil obchodníka s cennými papiermi; avšak sa uspokojila s tým, že toto portfólio bolo následne rozložené do troch zmeniek, vystavených spoločnosťou CI HOLDING, a.s. a spoločnosťami CI Reality, s.r.o. a GLOBAL production s.r.o., ktoré boli taktiež 100 % dcérskymi spoločnosťami CI HOLDING, a.s., a teda naďalej akceptovala stav, že celé portfólio Družstva bolo rozložené a investované do subjektov prepojených s CI HOLDING, a.s.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sp.zn. 29Cdo/4968/2009), ale bol povinný zohľadniť už napr. správy ustanoveného správcu konkurznej podstaty o stave daného konkurzu, keď ani zákon č. 514/2003 Z.z. nevyžaduje predchádzajúce vysporiadanie súkromnoprávnych vzťahov a pripúšťa regresnú náhradu. V tejto súvislosti uviedla, že v konkurznej podstate Družstva, ako úpadcu, nie sú žiadne prostriedky, celý majetok je tvorený hypotetickými pohľadávkami z neukončených súdnych sporov proti Národnej banke Slovenska, Garančnému fondu investícií, či poisťovni Chartis Europe a iným odporcom, a preto aktuálny stav konkurzu vylučuje možnosť uspokojenia jej pohľadávky z konkurzu.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01.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01.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 4, § 9 ods. 1, § 15 ods. 1, § 16 zák. č. 514/2003 Z.z. o zodpovednosti za škodu spôsobenú pri výkone verejnej moci a o zmene niektorých zákonov, ust. § 415 a § 441 Občianskeho zákonníka, § 59 ods. 1, § 222 ods. 1, 2, § 223 ods. 2, Obchodného zákonníka, článku 2 ods. 2, 3 Ústavy Slovenskej republiky, § 35 ods. 1, 2 Zákona o dohľade,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súčasne splnené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od 20.12.2000 až do 10.12.2010, kedy jej na základe rozhodnutia predstavenstva Družstva členstvo zaniklo a vznikol jej nárok na vyplatenie vyrovnacieho podielu v sume 6.800,- eur so splatnosťou do 10.06.2011 (č. l. 55 spisu), pričom na základe Dohody o úprave niektorých práv a povinností vystavilo Družstvo navrhovateľke vlastnú zmenku R. XXXX splatnú na videnie na zmenkovú sumu 6.800,- eur, ktorý nárok si navrhovateľka prihlásila do konkurzu; vyhláseného na majetok Družstva uznesením Okresného súdu Bratislava I zo dňa 11.04.2011, č.k. 3K/95/2010-21, právoplatným dňa 05.05.2011, avšak nakoľko jej pohľadávka bola správcom konkurznej podstaty v celom rozsahu popretá, podala proti správcovi konkurznej podstaty incidenčnú žalobu. Hmotnoprávnym základom pre uplatnenie práva navrhovateľky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zákona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Z.z. o cenných papieroch v spojení s ust. § 125c ods. 1. zákona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zákona č. 566/2001 Z.z. o cenných papieroch, vykonanej zákonom č. 129/2010 Z.z. Súd prvého stupňa postupoval správne, keď sa nestotožnil s argumentáciou navrhovateľky,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zákona č. 566/2001 Z.z. o cenných papieroch), teda išlo o služby, na ktoré Družstvo - ako klient -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voči Družstvu, považuje odvolací súd za správny záver prvostupňového súdu, ktorý opatrenia Národnej banky Slovenska smerujúce k obchodníkovi s cennými papiermi, ktorému rozhodnutím zo dňa 08.01.2008, č. OPK-9750/3/2007,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vyhodnotil ako dostatočné.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zákona č. 514/2003 Z.z.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poškodenému vzniknúť v dôsledku nevymožiteľnosti pohľadávky proti subjektu, na ktorého majetok bol vyhlásený konkurz, môže byť v občianskom súdom konaní úspešne uplatnený až vtedy, ak poškodený - navrhovateľ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 k. 3K/95/2010-21, ktoré konkurzné konanie stále prebieha a prebieha aj konanie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4Cdo/199/2005, z odôvodnenia ktorého vyplýva, že rozhodnutie Najvyššieho súdu Slovenskej republiky, sp.zn. 4Cz/110/84,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6.800,-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zápisníc o pojednávaní pred prvostupňovým súdom vyplýva, že účastníci boli riadne oboznámení s obsahom listinných dôkazov, a to nielen založených v spise, ale aj ostatných dôkazov, spoločných pre všetky konania a nachádzajúcich sa v spisoch Okresného súdu Bratislava I sp.zn. 19C/56/2011, 7C/194/2011 a 7C/206/2011.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napadnutý rozsudok súdu prvého stupňa v celom rozsahu ako vecne správny potvrdil (§ 219 ods. 1 O.s.p.). O náhrade trov odvolacieho konania rozhodol odvolací súd podľa § 224 ods. 1 O.s.p. v spojení s § 142 ods. 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https://www.kauzis.sk/judikatura/r/ECLI:SK:KSBA:2015:1111244722.1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