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8Co/102/2015 z 27. 4. 2015</w:t>
      </w:r>
    </w:p>
    <w:p>
      <w:r>
        <w:t>Rozsudok Krajského súdu Bratislava z 27. apríla 2015, sp. zn. 8Co/102/2015, ECLI:SK:KSBA:2015:1111244727.1</w:t>
      </w:r>
    </w:p>
    <w:p>
      <w:r>
        <w:t>Súd: Krajský súd Bratislava</w:t>
      </w:r>
    </w:p>
    <w:p>
      <w:r>
        <w:t>Spisová značka: 8Co/102/2015</w:t>
      </w:r>
    </w:p>
    <w:p>
      <w:r>
        <w:t>ECLI: ECLI:SK:KSBA:2015:1111244727.1</w:t>
      </w:r>
    </w:p>
    <w:p>
      <w:r>
        <w:t>Dátum vydania: 27. 4. 2015</w:t>
      </w:r>
    </w:p>
    <w:p>
      <w:r>
        <w:t>Forma: Rozsudok</w:t>
      </w:r>
    </w:p>
    <w:p>
      <w:r>
        <w:t>Oblasť práva: Občianske právo</w:t>
      </w:r>
    </w:p>
    <w:p>
      <w:pPr>
        <w:pStyle w:val="Heading2"/>
      </w:pPr>
      <w:r>
        <w:t>Text rozhodnutia</w:t>
      </w:r>
    </w:p>
    <w:p>
      <w:r>
        <w:t>Súd: Krajský súd Bratislava Spisová značka: 8Co/102/2015 Identifikačné číslo súdneho spisu: 1111244727 Dátum vydania rozhodnutia: 28. 04. 2015 Meno a priezvisko sudcu, VSÚ: JUDr. Janka Gažovičová ECLI: ECLI:SK:KSBA:2015:1111244727.1 ROZSUDOK V MENE SLOVENSKEJ REPUBLIKY Krajský súd v Bratislave v senáte zloženom z predsedníčky senátu JUDr. Janky Gažovičovej a členov senátu JUDr. Moniky Holickej a JUDr. Ondreja Krajča v právnej veci navrhovateľky: M. Ž., N. V. H. XXXX/XX, A., zastúpenej: FUTEJ &amp; Partners, s.r.o., Radlinského č. 2, Bratislava, IČO: 35 955 341, proti odporcovi: Slovenská republika - Národná banka Slovenska, so sídlom ul. Imricha Karvaša č. 1, Bratislava, o náhradu škody, na odvolanie navrhovateľky proti rozsudku Okresného súdu Bratislava I, zo dňa 5. decembra 2014 č.k. 12C 200/2011-526, jednohlasne takto r o z h o d o l : Odvolací súd rozsudok súdu prvého stupňa v napadnutej časti p o t v r d z u j e . Odporcovi náhradu trov odvolacieho konania n e p r i z n á v a . o d ô v o d n e n i e : Rozsudkom zo dňa 5. decembra 2014 č.k. 12C 200/2011-526 zamietol súd prvého stupňa návrh; ktorým sa navrhovateľka domáhala zaplatenia náhrady škody vo výške 6.644,86 eur s 9,25 % úrokom z omeškania ročne od 19.04.2011 do zaplatenia, podľa zák. č. 514/2003 Z.z., o zodpovednosti za škodu spôsobenú pri výkone verejnej moci; a odporcovi nepriznal náhradu trov konania. Zároveň návrh navrhovateľky; na začatie prejudiciálneho konania pred Súdnym dvorom Európskej únie podľa článku 267 Zmluvy o fungovaní Európskej únie; zamietol. Vychádzal zo zistenia, že Úrad pre finančný trh rozhodnutím zo dňa 21.03.2002 schválil PODIELOVÉMU DRUŽSTVU SLOVENSKÉ INVESTÍCIE (ďalej "Družstvo"); ktorého bola navrhovateľka členkou; Prospekt investíci,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pričom sa zaviazal zabezpečiť mieru zhodnotenia portfólia klienta vo výške 8 % ročne. Mal preukázané, že Národná banka Slovenska rozhodnutím zo dňa 20.08.2008, č. OPK-9750-5/2007, uložila obchodníkovi s cennými papiermi pokutu vo výške 9.958,18 eur (300.000,- Sk) za porušenie ust. § 54 ods. 2, § 73 ods. 1 písm. a), § 74 ods. 1, ods. 7 písm. b) zák. č. 566/2001 Z. z. a rozhodnutím zo dňa 22.04.2008, č. OPK-2744-5/2007- PLP zmenila jeho povolenie na poskytovanie investičných služieb tak, že mu, okrem iného, povolila poskytovanie investičnej služby podľa ust. § 6 ods. 1 písm. d) v spojení s § 5 ods. 1 písm. a), b), c) zák. č. 566/2001 Z.z. a poskytovanie investičných služieb, investičných činností a vedľajších služieb podľa § 6 ods. 1 a 2 v spojení s § 5 ods. 1 zák. č. 566/2001 Z. z. v špecifikovanom rozsahu. Zároveň mal preukázané, že obchodník s cennými papiermi na základe výpovede Zmluvy o riadení portfólia zo dňa 30. marca 2010 ukončil činnosť vykonávanú pre Družstvo, v súvislosti s čím Družstvo požiadalo Národnú banku Slovenska, listom zo dňa 15.04.2010, o preskúmanie jeho postupu a výkon dohľadu na mieste dôvodiac, že v dôsledku výpovede zmluvy o riadení portfólia zo strany obchodníka s cennými papiermi sa dostalo do zložitej situácie a listom zo dňa 23.04.2010 ju požiadalo o vykonanie nápravy v činnosti obchodníka s cennými papiermi, pretože tento si vo vzťahu k nemu neplnil svoje základné povinnosti, spočívajúce v zabezpečení zhodnotenia finančných prostriedkov zverených mu do správy. Rozhodnutím o predbežnom opatrení zo dňa 12.07.2010, č. ODT-8305/2010 Národná banka Slovenska uložila obchodníkovi s cennými papiermi povinnosť zdržať sa nakladania s majetkom klientov, ktorý mu bol zverený, bez jej písomného súhlasu, keď na základe oznámenia Družstva vzniklo dôvodné podozrenie z možného poškodenia klientov a rozhodnutím zo dňa 21.12.2010, č. ODT-8305-5/2010 mu odobrala povolenie na poskytovanie investičných služieb. Pokiaľ ide o aktualizáciu Prospektu investície, Družstvo požiadalo Národnú banku Slovenska o schválenie dodatku Prospektu investície, ktorý však nespĺňal zákonom stanovené náležitosti a nakoľko tieto neboli doplnené ani dodatočne, rozhodnutím zo dňa 26.08.2010 č. OPK-5664/1-5/2010 Národná banka Slovenska konanie o schválenie dodatku k Prospektu investície zastavila a rozhodnutím zo dňa 30.05.2011, č. ODT-10890-4/2010; z dôvodu nedodržiavania Prospektu investície a nevykonania žiadnych krokov smerujúcich k uvedeniu do súladu s údajmi v Prospekte investícii; zakázala Družstvu predaj majetkových hodnôt. Mal tiež preukázané, že navrhovateľke (na jej žiadosť zo dňa 11.02.2011) na základe rozhodnutia predstavenstva zo dňa 30.03.2011 zaniklo uvedeným dňom členstvo v Družstve a vznikol jej nárok na vyplatenie vyrovnacieho podielu v sume 6.644,86 eur, ktorý si prihlásila do konkurzu vyhláseného na majetok Družstva ako úpadcu uznesením Okresného súdu Bratislava I zo dňa 11.04.2011, č. k. 3K/95/2010-21, právoplatným dňa 05.05.2011, avšak nakoľko správca konkurznej podstaty jej pohľadávku v celom rozsahu poprel, podala proti nemu incidenčnú žalobu, o ktorej sa na Okresnom súde Bratislava I vedie konanie, ktoré zatiaľ nie je právoplatne skončené. Takto ustálený skutkový stav veci posúdil po právnej stránke podľa ust. § 3 ods. 1, 2, § 9 ods. 1, 2, § 15 ods. 1, § 17 ods. 1 zák. č. 514/2003 Z.z. o zodpovednosti za škodu spôsobenú pri výkone verejnej moci a o zmene niektorých zákonov, § 129 ods. 3 Zákona o cenných papieroch, v znení účinnom od 01.06.2010, a dospel k záveru, že navrhovateľka v konaní nepreukázala naplnenie predpokladov zodpovednosti štátu za škodu spôsobenú nesprávnym úradným postupom, keď nepreukázala vznik škody, nesprávny úradný postup odporcu ani príčinnú súvislosť medzi nesprávnym úradným postupom a škodou.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ustanovenia § 129 ods. 3 Zákona o cenných papieroch, t.j. od 01.06.2010, pričom Národná banka Slovenska; limitovaná článkom 2 ods. 2 Ústavy SR; nedisponovala právomocou vykonávať dohľad nad celkovou činnosťou Družstva, avšak; v rozsahu vymedzenom ustanoveniami zákona o cenných papieroch a investičných službách; iba nad zverejnením schváleného prospektu investície pred začatím verejnej ponuky a s účinnosťou od 01.06.2010 nad tým, či Družstvo schválený prospekt investície dodržiava. Poukázal na to, že Družstvo Národnej banke Slovenska až do 15.04.2010; kedy požiadalo o preskúmanie postupu obchodníka s cennými papiermi; nesignalizovalo zhoršenie jeho finančnej situácie ani nedostatky v jeho činnosti obchodníka s cennými papiermi, a preto nedostatky v jeho činnosti; ako i zmeny v údajoch Prospektu investície Družstva; boli zistené až na základe podnetu Družstva a informácii v ňom uvedených a na základe vykonaného dohľadu na mieste u obchodníka s cennými papiermi v období od 20.04.2010 do 06.05.2010. Nestotožnil sa s tvrdeniami navrhovateľky, ktorá Národnej banke Slovenska vytýkala prijatie nedostatočných opatrení na nápravu protiprávneho stavu proti obchodníkovi s cennými papiermi, keďže Národná banka Slovenska mohla dohľad vykonávať iba vo vzťahu k Družstvu ako vyhlasovateľovi verejnej ponuky majetkových hodnôt a v rámci výkonu tohto dohľadu nemohla postupovať nad rámec stanovený zákonom. V tejto súvislosti poukázal na skutočnosť, že Národná banka Slovenska; ako o tom svedčí aj rozhodnutie zo dňa 20.08.2008, č. OPK-9750-5/2007 o uložení pokuty obchodníkovi s cennými papiermi vo výške 9.958,18 eur (300.000,- Sk); činnosť obchodníka s cennými papiermi sledovala, avšak nebolo jej povinnosťou o zistených nedostatkoch informovať Družstvo, ktoré nebolo účastníkom daného konania o uložení pokuty. Zdôraznil, že vzhľadom na záväzkový vzťah medzi Družstvom a obchodníkom s cennými papiermi bolo predovšetkým povinnosťou Družstva zabezpečiť kontrolu plnenia jeho povinností vyplývajúcich zo zmluvy o riadení portfólia, pričom v tomto smere nemožno opomenúť ani povinnosť samotnej navrhovateľky; ako členky Družstva; aktívne sa zaujímať o výkon jej práv vo vzťahu k Družstvu v zmysle zásady „práva prináležia bdelým“ a zamedziť tak znehodnoteniu, resp. nevymožiteľnosti jej majetkových práv a záujmov. Pokiaľ ide o tvrdený vznik škody, uviedol, že navrhovateľka svoje finančné prostriedky vložila do Družstva, s ktorým bola v právnom vzťahu a preto iba Družstvu vznikla povinnosť vrátiť jej vložené finančné prostriedky; a iba ak by sa navrhovateľka nedomohla úhrady svojej pohľadávky proti Družstvu v konkurznom konaní; ktoré doposiaľ nie je skončené a nie je skončené ani konanie o incidenčnej žalobe navrhovateľky na Okresnom súde Bratislava I; bolo by zrejmé, že jej škoda skutočne vznikla, prípadne v akej výške. Dospel tiež k záveru, že v danej veci nie je daná príčinná súvislosť medzi konaním Národnej banky Slovenska a tvrdeným vznikom škody a preto v danej veci neboli naplnené zákonné predpoklady vzniku zodpovednosti štátu za škodu vzniknutú v dôsledku nesprávneho úradného postupu Národnej banky Slovenska. Zamietnutie návrhu navrhovateľky na začatie prejudiciálneho konania pred Súdnym dvorom Európskej únie odôvodnil tým, že navrhovateľka nežiadala o posúdenie platnosti právneho aktu Európskej únie a preto ako súd prvého stupňa nemal povinnosť prejudiciálnu otázku formulovanú navrhovateľkou predložiť Súdnemu dvoru Európskej únie, pričom takýto postup ani nie je potrebný, keď odpovede na ňou položené otázky nemajú význam pre rozhodnutie vo veci samej, nakoľko namietaný nesprávny úradný postup Národnej banky Slovenska mal spočívať v zanedbaní jej dohľadu nad činnosťou Družstva ako vyhlasovateľa verejnej ponuky majetkových hodnôt; upravenej zákonom č. 566/2001 Z.z., do ktorého bola transponovaná smernica Európskeho parlamentu a Rady č. 2003/71/ES zo dňa 4. novembra 2003, upravujúca prospekt pri verejnej ponuke cenných papierov a nie prospekt pri verejnej ponuke majetkových hodnôt. O náhrade trov konania rozhodol podľa § 142 ods. 1 O.s.p. a v konaní úspešnému odporcovi ich náhradu nepriznal, nakoľko mu v konaní žiadne trovy nevznikli. Proti tomuto rozsudku podala v zákonom stanovenej lehote do zamietajúceho výroku vo veci samej, odvolanie navrhovateľka, domáhajúc sa jeho zmeny a vyhovenia podanému návrhu v celom rozsahu, alternatívne zrušenia rozsudku v napadnutej časti a vrátenia veci súdu prvého stupňa na ďalšie konanie dôvodiac,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O.s.p.) a rozhodnutie súdu prvého stupňa vychádza z nesprávneho právneho posúdenia veci (§ 205 ods. 2 písm. f/ O. s. p.). Uviedla, že v súvislosti s vložením peňažných prostriedkov do Družstva nemohla predpokladať, že dohľad Národnej banky Slovenska nad Prospektom investície je len formálny a preto; vychádzajúc z garancie Národnej banky Slovenska ako orgánu dohľadu; sa spoliehala na to, že jej škoda nevznikne. Zdôraznila,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Nestotožnila sa s argumentáciou odporcu, ktorý poukazoval na to, že vykonával dohľad nad činnosťou Družstva ako vyhlasovateľa verejnej ponuky majetkových hodnôt podľa ust. § 135 ods. 1 zák. č. 566/2001 Z. z., avšak nie dohľad nad jeho celkovou činnosťou a nesúhlasila so záverom súdu prvého stupňa, že neexistuje príčinná súvislosť medzi škodou a porušením zákonných povinností Národnou bankou Slovenska, spočívajúcim v nesprávnom výkone dohľadu. Dôvodila,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jej záujmov. Poukázala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Zdôraznila, že prebiehajúce konkurzné konanie, v ktorom prihlásila svoju pohľadávku, jej nebráni podať návrh na náhradu škody proti štátu a nerobí jej návrh predčasným, keď povinnosťou súdu bolo skúmať, či aktuálny stav konkurzného konania objektívne vylučuje možnosť jej uspokojenia, ako veriteľa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 z. nevyžaduje predchádzajúce vysporiadanie súkromnoprávnych vzťahov a pripúšťa regresnú náhradu. Napokon namietala, že zo zápisníc o pojednávaní pred prvostupňovým súdom vyplýva, že listinné dôkazy vyžiadané prvostupňovým súdom, resp. predložené účastníkmi konania neboli riadne vykonané spôsobom podľa § 129 ods. 1 O.s.p. Odporca vo svojom vyjadrení k odvolaniu navrhovateľky žiadal napadnutý rozsudok súdu prvého stupňa ako vecne správny potvrdiť, keď prvostupňový súd vo veci vykonal rozsiahle dokazovanie za účelom spoľahlivého zistenia skutkového a právneho stavu veci, pričom mu z jeho činnosti (na súde prvého stupňa prebiehajúcich konaní v skutkovo a právne analogických veciach) boli známe aj iné dôležité skutočnosti významné pre rozhodnutie vo veci. Poukázal na to, že v konaní nebol preukázaný nesprávny úradný postup Národnej banky Slovenska a navrhovateľka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navrhovateľka,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sp.zn. 29Cdo/4968/2009; na ktorý navrhovateľka v konaní poukazovala;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navrhovateľky a jej výška sa bude zisťovať v rámci incidenčných súdnych konaní a až následne, ak jej pohľadávka proti Družstvu nebude môcť byť uspokojená v rámci konkurzu, môže navrhovateľke vzniknúť škoda. K námietke navrhovateľky, ktorá vytýkala súdu prvého stupňa nesprávny procesný postup pri vykonávaní listinných dôkazov uviedol, že v zápisnici o pojednávaní síce nie je osobitne uvedené, že na pojednávaní boli prečítané určité listiny alebo ich presne označené časti, avšak z nej jasne vyplýva, že prvostupňový súd jednotlivé dôkazy nachádzajúce sa v súdnom spise oboznámil a presne špecifikoval, pričom o skutočnostiach z nich vyplývajúcich mal súd vedomosť aj z iných konaní vedených proti štátu na rovnakom skutkovom a právnom základe; v ktorých majú navrhovatelia rovnakého právneho zástupcu; a teda dokazovanie v tomto smere ani nebolo potrebné vykonať. Odvolací súd preskúmal rozsudok súdu prvého stupňa v rozsahu a v medziach dôvodov podaného odvolania, ktorými je viazaný (§ 212 ods. 1 O.s.p.), bez nariadenia odvolacieho pojednávania (§ 214 ods.2 O.s.p. v spojení s § 156 ods. 3 O.s.p.), a dospel k záveru, že odvolanie navrhovateľky nie je dôvodné. V posudzovanej veci vykonal súd prvého stupňa všetko dokazovanie potrebné na zistenie rozhodujúcich skutočností významných pre posúdenie dôvodnosti návrhu navrhovateľky, ktorým sa domáhala zaplatenia náhrady škody,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navrhovateľke nesprávnym úradným postupom Národnej banky Slovenska, pričom na vec aplikoval zodpovedajúce ustanovenia § 3 ods. 1, 2, § 9 ods. 1, 2, § 15 ods. 1, § 17 ods. 1 zák. č. 514/2003 Z.z. o zodpovednosti za škodu spôsobenú pri výkone verejnej moci a o zmene niektorých zákonov, § 129 ods. 3 Zákona o cenných papieroch, v znení účinnom od 01.06.2010 a svoje dôvody, pre ktoré návrhu navrhovateľky nevyhovel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navrhovateľky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 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účastníkmi nebolo sporným, že Národná banka Slovenska; po výpovedi Zmluvy o riadení portfólia zo dňa 30.03.2010 zo strany obchodníka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Navrhovateľka bola členkou Družstva až do 30.03.2011, kedy jej na základe rozhodnutia predstavenstva Družstva členstvo zaniklo a vznikol jej nárok na vyplatenie vyrovnacieho podielu v sume 6.644,86 eur, ktorý si prihlásila do konkurzu; vyhláseného na majetok Družstva, ako úpadcu, uznesením Okresného súdu Bratislava I zo dňa 11.04.2011, č. k. 3K/95/2010 - 21, právoplatným dňa 05.05.2011, avšak nakoľko jej pohľadávka bola správcom konkurznej podstaty v celom rozsahu popretá, podala proti správcovi konkurznej podstaty incidenčnú žalobu, o ktorej konanie prebieha na Okresnom súde Bratislava I. Hmotnoprávnym základom pre uplatnenie práva navrhovateľky na náhradu škody bolo ustanovenie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Odvolací súd sa stotožnil so záverom súdu prvého stupňa, že postup Národnej banky Slovenska pri výkone dohľadu nad činnosťou Družstva a obchodníka s cennými papiermi, ktorý mal podľa navrhovateľky spočívať v tom, že oneskorene zistila neaktuálnosť Prospektu investícií Družstva a neprijala dostatočné opatrenia a sankcie, ktoré by zabránili nevymožiteľnosti pohľadávky navrhovateľky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odporcu za škodu podľa zák. č. 514/2003 Z.z. V tejto súvislosti je v prvom rade potrebné zdôrazniť, že Národná banka Slovenska bola pri výkone dohľadu limitovaná Článkom 2 ods. 2 Ústavy Slovenskej republiky, podľa ktorého štátne orgány môžu konať iba na základe Ústavy, v jej medziach a v rozsahu a spôsobom, ktorý ustanoví zákon.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 z. o cenných papieroch v spojení s ust. § 125c ods. 1. zák. č. 566/2001 Z. 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Z.z. o cenných papieroch, vykonanou zákonom č. 129/2010 Z.z. Súd prvého stupňa postupoval správne, keď sa nestotožnil s argumentáciou navrhovateľky, ktorá poukazovala na povinnosti Národnej banky Slovenska v oblasti skúmania rizikovosti portfólia Družstva, nakoľko zákon č. 566/2001 Z.z.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Z.z. o cenných papieroch), teda išlo o služby, na ktoré Družstvo - ako klient -využívalo obchodníka s cennými papiermi na vlastné riziko s vedomím, že ziskovosť uvedených operácií nie je zaručená. Na druhej strane, navrhovateľka si ako členka Družstva, ktoré uvedeným spôsobom zhodnocovalo portfólio, musela byť vedomá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bola navrhovateľka v rozhodnom čase členkou,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navrhovateľke. V súvislosti s opatreniami Národnej banky Slovenska na nápravu protiprávneho stavu po zistení závažných pochybení obchodníka s cennými papiermi pri činnosti pre Družstvo súd prvého stupňa správne poukázal na opatrenia Národnej banky Slovenska smerujúce k obchodníkovi s cennými papiermi, ktorému rozhodnutím zo dňa 08.01.2008, č. OPK - 9750/3/2007, uložila pokutu vo výške 16.596,96 eur (500.000,- Sk), po zrušení a vrátení veci na ďalšie konanie Bankovou radou Národnej banky Slovenska, opätovne rozhodnutím zo dňa 20. augusta 2008, č. OPK-9750-5/2007, pokutu vo výške 9.958,18 eur (300.000,- Sk) a následne mu rozhodnutím zo dňa 21. decembra 2010, č. ODT-8305-5/2010, odobrala povolenie na poskytovanie investičných služieb a dospel k správnemu záveru, že ani v tejto súvislosti sa Národná banka Slovenska nedopustila nesprávneho úradného postupu. Opätovne je potrebné zdôrazniť, že postup Národnej banky Slovenska bol v súlade s článkom 2 ods. 2 Ústavy Slovenskej republiky, podľa ktorého štátne orgány môžu konať iba na základe Ústavy, v jej medziach, v rozsahu a spôsobom, ktorý ustanoví zákon, a postup Národnej banky Slovenska; v medziach Ústavy SR a platných a účinných všeobecne záväzných právnych predpisov; nemožno považovať za nesprávny iba z dôvodu, že sa nezhoduje so subjektívnymi predstavami navrhovateľky o rozsahu činnosti Národnej banky Slovenska ako orgánu dohľadu. Odvolací súd sa preto v celom rozsahu stotožnil so správnym právnym záverom súdu prvého stupňa,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Z.z.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Súd prvého stupňa dospel k správnemu právnemu záveru, že nárok na náhradu škody spôsobenej nesprávnym úradným postupom, ktorá mala poškodenej vzniknúť v dôsledku nevymožiteľnosti pohľadávky proti subjektu, na ktorého majetok bol vyhlásený konkurz, môže byť v občianskom súdom konaní úspešne uplatnený až vtedy, ak poškodená - navrhovateľka nemôže dosiahnuť uspokojenie svojej pohľadávky v konkurznom konaní. Správne preto prvostupňový súd konštatoval, že nakoľko navrhovateľka svoju pohľadávku; ktorá je predmetom tohto sporu; uplatnila v konkurze vyhlásenému na majetok Družstva uznesením Okresného súdu Bratislava I zo dňa 11.04.2011, č. k. 3K/95/2010 - 21, ktoré konkurzné konanie stále prebieha a právoplatne nie je skončené ani konanie na Okresnom súde Bratislava I o incidenčnej žalobe navrhovateľky vyvolanej popretím predmetnej pohľadávky správcom konkurznej podstaty, škoda jej ešte nevznikla, a návrh bol preto podaný predčasne, keď nárok na náhradu škody proti štátu by mohla navrhovateľka úspešne uplatniť iba vtedy, ak by preukázala, že sa uspokojenia jej pohľadávky domáhala v konkurznom konaní bezúspešne. Z uvedeného vyplýva, že nemožno považovať za naplnený ani ďalší predpoklad vzniku zodpovednosti štátu za škodu, ktorým je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Príčinná súvislosť je podstatným prvkom zodpovednostnej skutkovej podstaty, ktorý vyžaduje, aby protiprávne konanie (nesprávny úradný postup)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Príčinou vzniku škody môže byť len také konanie (alebo opomenutie), bez ktorého by škodný následok nevznikol a podľa teórie tzv. adekvátnej príčinnej súvislosti, je príčinná súvislosť daná vtedy, ak je škoda podľa všeobecnej povahy, obvyklého chodu vecí a skúseností adekvátnym dôsledkom protiprávneho úkonu. Súd prvého stupňa dospel k správnemu záveru, že navrhovateľka v konaní nepreukázala príčinnú súvislosť medzi tvrdeným nesprávnym úradným postupom Národnej banky Slovenska a vznikom škody, keď v konaní nebolo preukázané, že v prípade, ak by Národná banka Slovenska; hoci v rozpore so svojimi kompetenciami; pristúpila už skôr k odňatiu povolenia obchodníkovi s cennými papiermi na poskytovanie investičných služieb, prípadne k zákazu predaja majetkových hodnôt Družstva, bola by navrhovateľke zo strany Družstva uhradená pohľadávka vo výške 6.644,86 eur, ktorá jej vznikla titulom nároku na úhradu vyrovnacieho podielu v súvislosti so zánikom jej členstva v Družstve. Pokiaľ ide o námietku navrhovateľky, že súd prvého stupňa nevykonal dokazovanie listinnými dôkazmi predpísaným spôsobom, odvolací súd ju považuje za nedôvodnú a účelovú, keď z obsahu zápisnice o pojednávaní konanom dňa 05.12.2014 pred prvostupňovým súdom vyplýva, že účastníci boli oboznámení s obsahom listinných dôkazov predložených v priebehu konania. Súdu prvého stupňa teda nemožno vytýkať žiadne procesné pochybenie ani pochybenie pri skutkovom a právnom posúdení otázky vzniku nároku navrhovateľky na náhradu škody, ktorá jej mala vzniknúť nesprávnym úradným postupom Národnej banky Slovenska pri výkone dohľadu nad činnosťou Družstva a obchodníka s cennými papiermi, pričom navrhovateľka neuviedla ani vo svojom odvolaní žiadne nové skutočnosti, ktoré by odôvodňovali odlišné právne posúdenie tejto otázky odvolacím súdom a súd prvého stupňa sa v rámci predmetného konania vyporiadal so všetkými relevantnými skutočnosťami uvádzanými v podanom návrhu a po dôkladnej úvahe vydal svoje rozhodnutie v súlade s platnou právnou úpravou, pričom svoje rozhodnutie riadne a presvedčivo odôvodnil, a preto ani v tomto smere námietky navrhovateľky nemožno považovať za opodstatnené. Vzhľadom na uvedené, odvolací súd rozsudok súdu prvého stupňa v napadnutej časti; t.j. vo výroku vo veci samej a súvisiacom výroku o náhrade trov konania; ako vecne správny potvrdil (§ 219 ods. 1 O.s.p.). O náhrade trov odvolacieho konania rozhodol odvolací súd podľa § 224 ods.1 O.s.p. v spojení s § 142 ods.1 O.s.p., a úspešnému odporcovi nepriznal náhradu trov odvolacieho konania, nakoľko nepodal návrh v odvolacom konaní na rozhodnutie o povinnosti nahradiť mu trovy odvolacieho konania podľa § 151 ods. 1 vety prvej O.s.p. Poučenie: Proti tomuto rozsudku odvolanie nie je prípustné.</w:t>
      </w:r>
    </w:p>
    <w:p/>
    <w:p>
      <w:r>
        <w:t>Zdroj: KAUZIS.SK – https://www.kauzis.sk/judikatura/r/ECLI:SK:KSBA:2015:1111244727.1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