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7Co/276/2015 z 28. 7. 2015</w:t>
      </w:r>
    </w:p>
    <w:p>
      <w:r>
        <w:t>Rozsudok Krajského súdu Bratislava z 28. júla 2015, sp. zn. 7Co/276/2015, ECLI:SK:KSBA:2015:1111244799.1</w:t>
      </w:r>
    </w:p>
    <w:p>
      <w:r>
        <w:t>Súd: Krajský súd Bratislava</w:t>
      </w:r>
    </w:p>
    <w:p>
      <w:r>
        <w:t>Spisová značka: 7Co/276/2015</w:t>
      </w:r>
    </w:p>
    <w:p>
      <w:r>
        <w:t>ECLI: ECLI:SK:KSBA:2015:1111244799.1</w:t>
      </w:r>
    </w:p>
    <w:p>
      <w:r>
        <w:t>Dátum vydania: 28. 7. 2015</w:t>
      </w:r>
    </w:p>
    <w:p>
      <w:r>
        <w:t>Forma: Rozsudok</w:t>
      </w:r>
    </w:p>
    <w:p>
      <w:r>
        <w:t>Oblasť práva: Občianske právo</w:t>
      </w:r>
    </w:p>
    <w:p>
      <w:pPr>
        <w:pStyle w:val="Heading2"/>
      </w:pPr>
      <w:r>
        <w:t>Text rozhodnutia</w:t>
      </w:r>
    </w:p>
    <w:p>
      <w:r>
        <w:t>Súd: Krajský súd Bratislava Spisová značka: 7Co/276/2015 Identifikačné číslo súdneho spisu: 1111244799 Dátum vydania rozhodnutia: 29. 07. 2015 Meno a priezvisko sudcu, VSÚ: JUDr. Blanka Podmajerská ECLI: ECLI:SK:KSBA:2015:1111244799.1 ROZSUDOK V MENE SLOVENSKEJ REPUBLIKY Krajský súd v Bratislave v senáte zloženom z predsedníčky senátu JUDr. Blanky Podmajerskej a členov senátu JUDr. Ayše Pružinec Erenovej a JUDr. Zuzany Mališovej, v právnej veci žalobcu: H.. A. B., E. X, Ž., štátny občan SR, zastúpený: FUTEJ &amp; Partners s. r. o., ul. Radlinského č. 2, 811 07 Bratislava, IČO: 35 955 341, proti žalovanej: Slovenská republika - Národná banka Slovenska, ul. Imricha Karvaša č. 1, 811 07 Bratislava, o zaplatenie 400,00 eur, na odvolania žalobcu proti rozsudku Okresného súdu Bratislava I zo dňa 4. 11. 2014, č. k. 18C/168/2012 - 125 a uzneseniu Okresného súdu Bratislava I zo dňa 15. 1. 2015, sp. zn. 18C/168/2012, jednohlasne (pomerom hlasov 3 : 0) takto r o z h o d o l : Rozsudok Okresného súdu Bratislava I zo dňa 4. 11. 2014, č. k. 18C/168/2012 - 125 sa v napadnutej časti p o t v r d z u j e . Uznesenie Okresného súdu Bratislava I zo dňa 15. 1. 2015, sp. zn. 18C/168/2012 sa p o t v r d z u j e . Žalovanej sa nepriznáva náhrada trov odvolacieho konania. o d ô v o d n e n i e : Napadnutým rozsudkom súd prvého stupňa zamietol žalobu, ktorou sa žalobca voči žalovanému domáhal zaplatenia sumy 400,00 eur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 Rozhodnutie právne odôvodnil § 3 ods.1, § 4 ods.1 písm. h/, § 9 ods.1, § 15 ods. 1, § 16 ods. 1, zák. č. 514/2003 Z. z. v platnom znení, keď po vykonanom dokazovaní dospel k záveru, že v danej veci neboli splnené zákonné podmienky vyplývajúce z § 3 ods. 1 písm. d/ a § 9 zák. č. 514/2003 Z. z. pre vyvodenie zodpovednosti voči štátu. V odôvodnení rozhodnutia konštatoval, že PDSI spolupracovalo od roku 2000 so spoločnosťou CAPITAL INVEST, o. c. p., a.s., IČO: 36020095, od roku 2002 so spoločnosťou CAPITAL INVEST, o. c. p., a.s., IČO: 35828749 (spoločnosť mala rovnaké obchodné meno, ale iné IČO), uvedený obchodník s cennými papiermi od 13. 5. 2003 (kedy nadobudlo právoplatnosť prvostupňové rozhodnutie Úradu pre finančný trh č. GRUFT-22/2003/OCP zo dňa 22. 4. 2003 vydané pre obchodníka s cennými papiermi) nemal povolenie na poskytovanie investičnej služby riadenie portfólia podľa § 6 ods. 2 písm. d/ zákona cenných papieroch, a to do 22. 4. 2008 - z uvedeného mal za to, že nešlo o kontinuálnu činnosť pri riadení portfólia družstva PDSI obchodníkom s cennými papiermi. V odôvodnení rozhodnutia ďalej uviedol, že žalobcu prijali za člena družstva dňa 31. 3. 2010, vklad do družstva vložil 30. 3. 2010. Z vykonaného dokazovania mal ďalej za preukázané, že uznesením Okresného súdu Bratislava I zo dňa 11. 4. 2011, sp. zn. 3K 95/2010 bol na majetok Družstva ako úpadcu vyhlásený konkurz - v súčasnosti je konkurz zameraný na speňažovanie majetku. Podľa Zákona o dohľade (ust. § 35 ods. 1 a 2) na účely dohľadu na diaľku a na štatistické účely pri dohľade nad finančným trhom sú dohliadané subjekty povinné bezplatne a včas vypracúvať a predkladať Národnej banke Slovenska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majiteľov, a to na požiadanie Národnej banky Slovenska a tiež podľa všeobecne záväzného právneho predpisu vydaného podľa odseku 2. Údaje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Národnej banky Slovenska predložiť podklady a podať vysvetlenie v lehote určenej Národnou bankou Slovenska. Dohliadané subjekty sú rovnako povinné predkladať Národnej banke Slovenska aj účtovnú závierku a konsolidovanú účtovnú závierku. Opatreniami, ktoré vydá Národná banka Slovenska a ktoré sa vyhlasujú v Zbierke zákonov Slovenskej republiky, sa ustanoví štruktúra výkazov, hlásení, správ a iných informácií, ktoré sú dohliadané subjekty povinné vypracúvať a predkladať Národnej banke Slovenska, rozsah, obsah, členenie, termíny, forma, podoba, spôsob, postup a miesto predkladania takýchto výkazov, hlásení, správ a iných informácií vrátane metodiky na ich vypracúvanie. Súd prvého stupňa dospel k záveru, že opísaná činnosť zo strany NBS nemohla z jeho strany založiť nesprávny úradný postup v spojení s uplatňovaním jeho právomoci vymedzenej zákonom. PDSI je družstvo spoločenstvom neuzavretého počtu osôb, ktoré sa združili, aby spoločnou činnosťou zabezpečovali uspokojovanie podnikateľských a s nimi súvisiacich potrieb svojich členov a účelne hospodárili s majetkom družstva. Jedná sa o podnikateľský subjekt založený podľa Obchodného zákonníka, ktorý je nositeľom podnikateľského profitu, ale aj podnikateľského rizika. Družstvu bolo umožnené ako podnikateľovi vstupovať do právnych vzťahov s občanmi uzatváraním právnych úkonov (predmetných zmlúv). V danom prípade v súlade s princípom zmluvnej autonómie rovnakého postavenia účastníkov právnych vzťahov žalobca dobrovoľne vstúpil do záväzkového vzťahu s PDSI 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NBS zakázala činnosť spočívajúcu v uzatváraní vzťahov s členmi družstva (občanmi ) a družstvom, zasiahla by tým do občiansko-obchodno-právnych vzťahov a do zmluvnej autonómie subjektov súkromného práva ako aj do vlastníckeho práva občanov mimo rámca ochrany garantovanej čl. 20 ods. 1 Ústavy SR. Až odo dňa 1. 6. 2010 (t.j. od účinnosti novelizovaného ustanovenia § 129 ods. 3 Zákona o cenných papieroch podľa zák. č. 129/2010 Z. z.) malo PDSI zákonom uloženú povinnosť dodržiavať schválený Prospekt investície a až odvtedy mohla NBS kontrolovať, či PDSI schválený Prospekt investície dodržiava (teda či si PDSI plní povinnosť uloženú zákonom od 1. 6. 2010), pričom za prípadné nedodržiavanie tejto povinnosti v období po 1. 6. 2010 bolo možné PDSI sankcionovať. Dovtedy (pred 1. 6. 2010) NBS nemohla PDSI nič prikazovať a nariaďovať a už vôbec nemohla určovať, či a do akých konkrétnych cenných papierov má PDSI investovať. Za Plnenie prospektu investície družstva PDSI pritom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Súd prvého stupňa ďalej v odôvodnení rozhodnutia uviedol, že v danom prípade PDSI podnikalo na základe ustanovení Obchodného zákonníka a v zmysle platných právnych noriem Občianskeho a Obchodného zákonníka vstupovalo do zmluvných vzťahov s fyzickými osobami (vrátane žalobcu) a s právnickými osobami (obchodníkom s cennými papiermi ). Nebola preto daná kompetencia NBS zasiahnuť voči PDSI, keďže uzatváranie vzťahov medzi žalobcom (ako členom družstva ) a PDSI bolo mimo rámca dozoru NBS. V žalobe a ani počas konania žalobca neuviedol žiadne relevantné skutočnosti, z ktorých by bolo možné vyvodiť, že NBS si neplnila zákonom jej dané povinnosti. Žalobca v snahe dosiahnuť vyššie výnosy z vložených peňazí si musel byť vedomý, že uzavretie právnych úkonov s PDSI môže byť spojené adekvátnym rizikom. Na základe uvedeného mal súd prvého stupňa za to, že žalobca neuniesol dôkazné bremeno o svojich tvrdeniach a nepreukázal základný atribút vzniku škody, a to nesprávny úradný postup žalovanej. Súd prvého stupňa ďalej dospel k záveru, že nie je daná príčinná súvislosť medzi konaním Slovenskej republiky zastúpenej NBS a vznikom v návrhu označenej škody žalobcovi, pretože táto mu nevznikla vložením finančných prostriedkov do PDSI, ale v dôsledku neschopnosti PDSI splniť svoj záväzok z uzavretých zmlúv z dôvodu jeho nepriaznivej finančnej situácie. PDSI a jeho dcérske spoločnosti - EURO DRUŽSTVO SLOVENSKÉ INVESTÍCIE, DOLÁROVÉ DRUŽSTVO SLOVENSKÉ INVESTÍCIE a SPORITEĽNÉ DRUŽSTVO STRED BB "v konkurze" - vystupujúce pod spoločným logom "SLOVENSKÉ INVESTÍCIE" - sú podnikateľské subjekty (družstvá), ktoré vznikli a vyvíjajú činnosť podľa Obchodného zákonníka (najmä podľa ustanovení § 2 ods. 2 a § 221 až § 260 Obchodného zákonníka).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Žalobca ( v danom prípade v spornom čase ako člen družstva a ako investor ) vedel, že s takouto investíciou je spojené aj riziko a doterajší ( propagovaný) výnos nie je zárukou budúcich výnosov ( ust. § 129 ods. 1 písm. b/ zák. č. 566/2001 Z. z. o cenných papieroch a investičných službách a o zmene a doplnení niektorých zákonov ). Členská schôdza je najvyšším orgánom družstva, prostredníctvom ktorého členovia uplatňujú svoje právo riadiť záležitosti družstva, kontrolujú činnosť družstva v jeho orgánov v zmysle ustanovení Obchodného zákonníka a čl. 33 Stanov PDSI. NBS vykonáva dohľad nad družstvom PDSI ako vyhlasovateľom verejnej ponuky majetkových hodnôt, a to len v zákonom limitovanom rozsahu vymedzenom ustanoveniami zákona o cenných papieroch a investičných službách. Úrad pre finančný trh (ktorého kompetencie pri výkone dohľadu prešli od 1. 1. 2006 na Národnú banku Slovenska) schválil pre Družstvo dňa 21. 3. 2002 Prospekt investície (Prospekt je informačný dokument, ktorého účelom je investorom poskytnúť dostatok informácií pre ich investičné rozhodnutie) podľa § 127 ods. 2 zák. č. 566/2001 Z. z. o cenných papieroch a investičných službách a o zmene a doplnení niektorých zákonov (právoplatný dňa 28. 3. 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 č. 566/2001 Z. z. o cenných papieroch a investičných službách a o zmene a doplnení niektorých zákonov. Zákon č. 566/2001 Z. z. o cenných papieroch a investičných službách a o zmene a doplnení niektorých zákonov však nepožadoval, aby pri schvaľovaní Prospektu boli predložené samotné zmluvy (požadoval len ich zoznam) a schválený predmetný Prospekt investície tieto samotné zmluvy nikdy neobsahoval. Schválenie prospektu neznamenalo schválenie zmluvy. Schválením Prospektu investície nevznikol medzi Družstvom a Obchodníkom s cennými papiermi zmluvný vzťah,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boli povinné vykonávať svoju činnosť tak, aby si splnilo všetky záväzky voči svojim členom, pričom členovia Družstva, teda aj žalobca majú práva a povinnosti spojené s členstvom v Družstve, okrem iného aj schvaľovať ročnú účtovnú závierku a voliť a odvolávať členov predstavenstva a kontrolnej komisie. Národná banka Slovenska vykonáva dohľad nad činnosťou vyhlasovateľa verejnej ponuky majetkových hodnôt v zákone č. 566/2001 Z. z. o cenných papieroch a investičných službách a o zmene a doplnení niektorých zákonov len v zákonom vymedzenom limitovanom rozsahu, a to dohľad nad plnením povinností vyhlasovateľa verejnej ponuky majetkových hodnôt ustanovených v zákone č. 566/2001 Z. z. o cenných papieroch a investičných službách a o zmene a doplnení niektorých zákonov,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 č. 566/2001 Z. z. o cenných papieroch a investičných službách a o zmene a doplnení niektorých zákonov. S účinnosťou od 1. 6. 2010 bola Národná banka Slovenska oprávnená dohliadať aj na skutočnosť, či vyhlasovateľ majetkových hodnôt dodržiava schválený Prospekt investície. Národná banka Slovenska nevykonávala a ani nemohla vykonávať dohľad nad celkovou činnosťou Družstva ako vyhlasovateľa verejnej ponuky majetkových hodnôt, pretože by to bolo nezákonným prekročením jej kompetencií. Družstvo bolo podľa zák. č. 566/2001 Z. z. o cenných papieroch a investičných službách a o zmene a doplnení niektorých zákonov povinné predkladať Národnej banke Slovenska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 4. 2010 do 6. 5. 2010 u Obchodníka s cennými papiermi dohľad na mieste. Obchodník s cennými papiermi neposkytoval pre Družstvo investičnú službu riadenie portfólia v zmysle zák. č. 566/2001 Z. z. o cenných papieroch a investičných službách a o zmene a doplnení niektorých zákonov,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dospel k záveru, že to bol práve samotný žalobca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preto musí následky s tým spojené znášať sám. Mal postupovať ako člen družstva v spolupráci s ďalšími členmi družstva s primeranou dávkou opatrnosti, ktorú bolo možné od neho spravodlivo požadovať a zvážiť možnú mieru rizika. V čase rozhodnutia súdu prvého stupňa žalobca nepodal nijakú žalobu o náhradu škody proti PDSI, proti žiadnemu členovi predstavenstva družstva PDSI a ani proti žiadnemu členovi kontrolnej komisie PDSI (Obchodný zákonník § 251 ods. 2, § 243a ods. 4 a § 244 ods. 8 ),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Žalobca svoje finančné prostriedky vložil do družstva PDSI a ponechal ich v družstve PDSI (štandardne ako svoj členský vklad), a bol (je) v danom prípade v právnom vzťahu s družstvom (PDSI), či už na základe vloženého členského vkladu, zmenky, prípadne na základe zmeniek vydaných na výplatu údajných vyrovnacích podielov. Súd prvého stupňa s poukazom na takto ustálený skutkový stav dospel k záveru, že iba PDSI vznikla povinnosť vrátiť žalobcovi finančné prostriedky v žalovanej výške. Naviac, len v prípade, ak by sa žalobca nedomohol svojich pohľadávok proti družstvu PDSI, tak až následne by bolo zrejmé, či mu vznikla alebo nevznikla škoda (a ak vznikla, v akej výške). Na základe uvedených právnych záverov a v súlade s Dohovorom - zásada právnej istoty a predvídateľnosti súdnych rozhodnutí napr. veci Okresného súdu Bratislava I právoplatne skončená vec sp. zn. 10C 216/2011, súd prvého stupňa dospel k záveru, že v tomto konaní neboli preukázané zákonné predpoklady zodpovednosti štátu - Slovenskej republiky za žalobcom uplatnenú škodu titulom nesprávneho úradného postupu, a preto návrh v celom rozsahu ako nedôvodný zamietol. V napadnutom rozsudku súd prvého stupňa ďalej zamietol návrh žalobcu na podanie prejudiciálnej otázky Súdnemu dvoru Európskej únie právne dôvodiac § 109 ods.1 písm. c/ O. s. p., čl. 267 Zmluvy o fungovaní Európskej únie konštatujúc, že žalobcom predložený zoznam navrhovaných prejudiciálnych otázok nemá bezprostredný súvis s prebiehajúcim konaním. Proti zamietajúcemu výroku rozsudku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H.. G. X., D..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H.. J.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mu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Zo zápisnice z posledného pojednávania jednoznačne vyplýva, že súd oboznámil prítomných s listinnými dôkazmi nachádzajúcimi sa v predmetnej veci a to po súhlase oboch zástupkýň účastníkov konania oboznámením s podstatnými náležitosťami listinných dôkazov. Postupom podľa § 164 O. s. p. podala žalovaná návrh na opravu zjavne pisárskych chýb v odôvodnení rozhodnutia súdu prvého stupňa na prvej strane odôvodnenia, kde je uvedená nesprávna hodnota istiny, teda vymáhanej čiastky.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K doplneniu dôvodov rozhodnutia súdu prvého stupňa a v záujme dôsledného vyporiadania sa s odvolacími námietkami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vedomí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 že žaloba bola podaná predčasne. Vo vzťahu k námietke žalobcu namietajúcemu okolnosť, že konanie predchádzajúce vydaniu odvolaním napadnutého rozsudku má inú vadu, ktorá mohla mať za následok nesprávne rozhodnutie veci, spočívajúcej vo vykonaní listinných dôkazov v rozpore s § 129 O. s. p. je treba uviesť, že podľa § 120 ods.1 O. s. p. účastníci sú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4. 11. 2014, resp. v jeho priebehu. Zo zápisnice z pojednávania súdu nariadeného na deň 4. 11. 2014 vyplýva, že v jeho priebehu súd prvého stupňa podľa § 118 O. s. p. oznámil výsledky prípravy pojednávania, oznámil, ktoré právne významné skutkové tvrdenia možno považovať za zhodné, ktoré sú sporné a ktoré z navrhnutých dôkazov vykoná, následne vykonal dokazovanie oboznámením sa obsahom spisu, obsahom prepisu DVD nosiča, obsahom konkréte označených listinných dôkazov a čítaním výpovedí svedkov zo zápisníc sp. zn. 7C 194/2011, 7 C 206/2011, 19C 54/2011. Uvedené znamená, že žalobcom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žalobcom navrhnutého dôkazu zabezpečením účtovníctva družstva PDSI, vyžiadaním správy o stave konkurzu a výsluch svedkov H.. G. X. D.., Y.. E., H.. Š., H.. X. S. U. H.. W. E.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 Pokiaľ súd prvého stupňa na strane 1 odôvodnenia napadnutého rozsudku uviedol nesprávnu výšku istiny požadovanej žalobcom 604,25 eura (správna výška je 400,00 eur), táto nesprávnosť nemala za následok nesprávne právne a skutkové posúdenie veci súdom prvého stupňa (§ 212 ods. 3 O. s. p.). Na základe uvedeného odvolací súd rozhodnutie súdu prvého stupňa v časti napadnutej odvolaním (vrátane správneho výroku o trovách konania pred súdom prvého stupňa) podľa § 219 ods.1,2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15. 1. 2015, sp. zn. 18C/168/2012 uložil žalobcovi povinnosť v lehote 10 dní od doručenia zaplatiť súdny poplatok za podané odvolanie vo výške 20 eur v zmysle pol. 7a Sadzobníka súdnych poplatkov. Proti tomuto rozhodnutiu podal v zákonnej lehote odvolanie žalobca navrhujúc, aby odvolací súd napadnuté uznesenie zrušil a konanie o vyrubenie súdneho poplatku zastavil. S odkazom na § 18ca zák. č. 71/1992 Zb. v platnom znení mal za to, že nie je povinný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10.2012, za podanie návrhu na náhradu škody spôsobenej nezákonným rozhodnutím orgánu verejnej moci alebo jeho nesprávnym úradným postupom je určená osobitná sadzba v sume 20 eur. Podľa § 18ca zák. č. 71/1992 Zb. v znení účinnom od 1.10.2012, z úkonov navrhnutých alebo za konania začaté do 30. 9. 2012 sa vyberajú poplatky podľa predpisov účinných do 30. 09.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https://www.kauzis.sk/judikatura/r/ECLI:SK:KSBA:2015:1111244799.1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