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14Co/67/2014 z 15. 6. 2015</w:t>
      </w:r>
    </w:p>
    <w:p>
      <w:r>
        <w:t>Rozsudok Krajského súdu Bratislava z 15. júna 2015, sp. zn. 14Co/67/2014, ECLI:SK:KSBA:2015:1111244875.1</w:t>
      </w:r>
    </w:p>
    <w:p>
      <w:r>
        <w:t>Súd: Krajský súd Bratislava</w:t>
      </w:r>
    </w:p>
    <w:p>
      <w:r>
        <w:t>Spisová značka: 14Co/67/2014</w:t>
      </w:r>
    </w:p>
    <w:p>
      <w:r>
        <w:t>ECLI: ECLI:SK:KSBA:2015:1111244875.1</w:t>
      </w:r>
    </w:p>
    <w:p>
      <w:r>
        <w:t>Dátum vydania: 15. 6. 2015</w:t>
      </w:r>
    </w:p>
    <w:p>
      <w:r>
        <w:t>Forma: Rozsudok</w:t>
      </w:r>
    </w:p>
    <w:p>
      <w:r>
        <w:t>Oblasť práva: Občianske právo</w:t>
      </w:r>
    </w:p>
    <w:p>
      <w:pPr>
        <w:pStyle w:val="Heading2"/>
      </w:pPr>
      <w:r>
        <w:t>Text rozhodnutia</w:t>
      </w:r>
    </w:p>
    <w:p>
      <w:r>
        <w:t>Súd: Krajský súd Bratislava Spisová značka: 14Co/67/2014 Identifikačné číslo súdneho spisu: 1111244875 Dátum vydania rozhodnutia: 16. 06. 2015 Meno a priezvisko sudcu, VSÚ: JUDr. Edita Szabová ECLI: ECLI:SK:KSBA:2015:1111244875.1 ROZSUDOK V MENE SLOVENSKEJ REPUBLIKY Krajský súd v Bratislave v senáte zloženom z predsedníčky senátu JUDr. Edity Szabovej a členov senátu Mgr. Barbory Bartekovej a JUDr. Martina Murgaša, v právnej veci navrhovateľky: B. U., A.. XX.XX.XXXX, W. D. X. XXX, zastúpenej advokátskou kanceláriou FUTEJ &amp; Partners s.r.o., so sídlom Radlinského 2, Bratislava, IČO: 35 955 341, proti odporcovi: Slovenská republika, v mene ktorej koná Národná banka Slovenska, so sídlom ul. Imricha Karvaša 1, Bratislava, IČO: 30 844 789, o náhradu škody vo výške 25.803,66 eur s prísl., o odvolaní navrhovateľky proti rozsudku Okresného súdu Bratislava I v Bratislave zo dňa 13.11.2013, č.k. 10C/211/2011-567, pomerom hlasov 3:0, takto r o z h o d o l : Odvolací súd rozsudok Okresného súdu Bratislava I v Bratislave zo dňa 13.11.2013, č.k. 10C/211/2011-567 v napadnutej časti p o t v r d z u j e . Odporcovi sa náhrada trov odvolacieho konania n e p r i z n á v a . o d ô v o d n e n i e : Napadnutým rozsudkom súd prvého stupňa zamietol návrh navrhovateľky na začatie prejudiciálneho konania pred Súdnym dvorom Európskej únie podľa článku 267 Zmluvy o fungovaní Európskej únie v právnej veci 10C/211/2011. Zároveň zamietol návrh navrhovateľky, ktorým sa domáhala voči odporcovi náhrady škody vo výške 25 803,66,- eur s úrokom z omeškania titulom náhrady škody spôsobenej nesprávnym úradným postupom Národnej banky Slovenska (ďalej len NBS) podľa § 9 zák. č. 514/2003 Z.z. o zodpovednosti za škodu spôsobenú pri výkone verejnej moci. O trovách prvostupňového konania rozhodol tak, že odporcovi náhradu trov konania nepriznal. Z odôvodnenia rozsudku vyplýva, že navrhovateľka sa svojim návrhom domáhala, aby súd zaviazal odporcu na zaplatenie náhrady škody vo výške 25.803,66 eur s príslušenstvom, ktorá jej mala vzniknúť v príčinnej súvislosti s neprávnym úradným postupom NBS pri výkone dohľadu nad PODIELOVÝM DRUŽSTVOM SLOVENSKÉ INVESTÍCIE (ďalej len Družstvo). Svoj návrh odôvodnila tým, že ako člen Družstva vložila peňažné prostriedky do Družstva za účelom ich zhodnotenia, nakoľko Družstvo zhromažďovalo peňažné prostriedky od svojich členov a zabezpečovalo ich zhodnocovanie podľa zákona č. 566/2001 Z.z. o cenných papieroch a investičných službách a o zmene a doplnení niektorých zákonov (ďalej len ZoCP). Družstvo tak robilo na základe verejnej ponuky Družstva v rámci Prospektu investície, ktorý schváli Úrad pre finančný trh rozhodnutím J. -XXX/XXXX/SPI zo dňa 21.3.2002, ktoré nadobudlo právoplatnosť dňa 28.3.2002. Nadobúdanie majetkových hodnôt z peňažných prostriedkov zhromaždených na základe verejnej ponuky Družstva a ich spravovanie v rámci Prospektu investície upravovala zmluva, ktorú uzatvorili ako zmluvné strany Družstvo a CAPITAL INVEST, o.c.p., a.s. (ďalej len Obchodník s CP) s názvom Zmluva o správe portfólia cenných papierov, uzavretá podľa zákona o cenných papieroch, o správe aktív podľa Obchodného zákonníka, ktorá bola menená a doplňovaná. Miera zhodnotenia peňažných prostriedkov vložených navrhovateľkou do Družstva mala byť v súlade s Prospektom investície podľa zmluvy 8 %. Družstvo na zhodnocovanie peňažných prostriedkov používalo výhradne spoločnosť CAPITAL INVEST o.c.p.. Obchodník s CP vykonával činnosť obchodníka s cennými papiermi podľa ZoCP na základe povolenia na poskytovanie investičných služieb NBS do 1.3.2011, kedy mu NBS odobrala povolenie na poskytovanie investičných služieb. Nad činnosťou Družstva a Obchodníka s CP mala právomoc vykonávať dohľad NBS v súlade so zákonom č. 566/1992 Zb. o Národnej banke Slovenska, v súlade so ZoCP, ako aj so zákonom č. 747/2004 Z.z. o dohľade nad finančným trhom a o zmene a doplnení niektorých zákonov. Navrhovateľka vložila peňažné prostriedky do Družstva výhradne z dôvodu, že sa spoliehala na to, že Družstvo a aj Obchodník s CP sú subjekty, nad ktorými je vykonávaný dohľad NBS tak, že bude zabezpečené ich riadne fungovanie, a tým budú nielen ochránené jej peňažné prostriedky, ale aj budú zhodnotené v garantovanej výške. Navrhovateľka sa na základe informácie od Družstva v máji 2010 dozvedela, že Obchodník s CP s Družstvom k 30.4.2010 skončil spoluprácu, že Družstvu neodovzdal žiadne portfólio cenných papierov, ani zverené peňažné prostriedky, a že z tohto dôvodu Družstvo nemá prostriedky na výplatu navrhovateľkou zverených finančných prostriedkov, vrátane ich zhodnotenia. V dôsledku vyššie uvedeného konania Obchodníka s CP v spojení s jeho činnosťou pre Družstvo tak vznikla navrhovateľke škoda, ktorá predstavuje sumu, o ktorú sa zmenšil majetok navrhovateľky, pretože Družstvo navrhovateľke nevyplatilo finančné prostriedky zhodnotené o dohodnutý zisk. Odporca v dôsledku nesprávneho úradného postupu NBS, porušením zákonných ustanovení týkajúcich sa dohľadu, zodpovedá za škodu spôsobenú navrhovateľke. Navrhovateľke vznikla škoda v príčinnej súvislosti s nesprávnym úradným postupom NBS pri výkone dohľadu nad činnosťou Obchodníka s CP, ktorý vykonával pre Družstvo činnosť podľa zmluvy, keď po zistení závažných a podstatných nedostatkov v činnosti Obchodníka s CP neurobila NBS riadne a včas úkony potrebné na nápravu zistených nedostatkov, ani na ich zamedzenie do budúcnosti, pričom musela vedieť z charakteru zistených porušení, že nedostatky v činnosti Obchodníka s CP zasahujú do práv a právom chránených záujmov Družstva vo vzťahu k jeho záväzkom voči členom, ktorí mu zverili prostriedky na ich zhodnotenie.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navrhovateľky. Obchodník s CP mohol pokračovať v protiprávnom konaní na ujmu Družstva a tretích osôb vrátane navrhovateľky až do 1.3.2011, kedy NBS odobrala Obchodníkovi s CP povolenie na poskytovanie investičných služieb. Odporca žiadal návrh navrhovateľky zamietnuť ako nedôvodný. Uviedol, že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Navrhovateľka ako investor musela vedieť, že s takouto investíciou je spojené aj riziko a doterajší alebo propagovaný výnos nie je zárukou budúcich výnosov tak, ako to ustanovuje § 129 ods. 1 písm. b) ZoCP. Spoliehanie sa navrhovateľky na to, že Družstvo aj Obchodník s CP sú subjekty, nad ktorými je vykonávaný dohľad NBS, pričom pod týmto dohľadom budú peňažné prostriedky zhodnotené v garantovanej výške (8 % p.a.), sú účelové a založené aj na neznalosti právnych predpisov. Úrad pre finančný trh (ktorého kompetencie pri výkone dohľadu prešli od 1.1.2006 na NBS) schválil pre Družstvo dňa 21.3.2002 Prospekt investície podľa § 127 ods. 2 ZoCP (právoplatný dňa 28.3.2002),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(§128 ods. 1 písm. h) ZoCP). Zákonnej úprave odporuje a je zavádzajúce tvrdenie navrhovateľky,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NBS vykonávala dohľad nad činnosťou vyhlasovateľa verejnej ponuky majetkových hodnôt len v zákonom vymedzenom limitovanom rozsahu, a to dohľad nad plnením povinností vyhlasovateľa verejnej ponuky majetkových hodnôt ustanovených v ZoCP, teda kontrolovala zverejnenie schváleného Prospektu investície pred začatím verejnej ponuky (§ 126 ods. 2 ZoCP a § 127 ZoCP), aktuálnosť prospektu investície počas lehoty trvania verejnej ponuky, plnenie informačných povinností vyhlasovateľa verejnej ponuky majetkových hodnôt a splnenie povinnosti predložiť pred zverejnením NBS na posúdenie oznámenia o verejnej ponuke majetkových hodnôt, ako aj dodržiavanie ustanovenia § 126 ods. 5 ZoCP. Až s účinnosťou od 1.6.2010 bola NBS oprávnená dohliadať aj na skutočnosť, či vyhlasovateľ majetkových hodnôt dodržiava schválený Prospekt investície. NBS teda nevykonávala a ani nemohla vykonávať dohľad nad celkovou činnosťou Družstva ako vyhlasovateľa verejnej ponuky majetkových hodnôt, pretože by to bolo nezákonným prekročením jej kompetencie. Z polročných správ Družstva, predkladaných Družstvom NBS, nevyplývali žiadne indície a ani informácie o zhoršenej finančnej situácii Družstva, ktorá by ohrozila vyplácanie vyrovnávacích podielov či podielov na zisku jeho členom.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15.4.2010 žiadalo Družstvo o preskúmanie postupu Obchodníka s CP a žiadalo o vykonanie dohľadu na mieste. Družstvo sa nedomáhalo svojich nárokov voči Obchodníkovi s cennými papiermi na príslušnom súde, ale žiadalo okamžitú nápravu od NBS. NBS po podaní podnetu Družstvom a oboznámení sa s informáciami uvedenými v podnete vykonala ihneď v období od 20.4.2010 do 6.5.2010 u Obchodníka s CP dohľad na mieste, pri ktorom bolo zistené, že Obchodník s CP neposkytoval pre Družstvo investičnú službu riadenie portfólia v zmysle ZoCP. Vzhľadom na podozrenie z možného poškodenia klientov Obchodníka s CP, NBS v záujme ochrany klientov Obchodníka s CP, vydala rozhodnutie č. E.-XXXX/XXXX zo dňa 12.7.2010 o predbežnom opatrení, ktorým Obchodníkovi s CP uložila zdržať sa nakladania s majetkom klientov zvereným Obchodníkovi s CP bez predchádzajúceho písomného súhlasu NBS. Rozhodnutím č. E.-XXXX-X/XXXX zo dňa 21.12.2010 NBS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NBS, ktorá napadnuté prvostupňové rozhodnutie potvrdila svojím rozhodnutím č. L.- XXX/XXXX, rozhodnutie nadobudlo právoplatnosť dňa 4.3.2011. NBS listom zo dňa 20.4.2010 vyzvala Družstvo, aby predložilo žiadosť o schválenie dodatku prospektu investície tak, aby Družstvo mohlo pokračovať v zhodnocovaní finančných prostriedkov, keďže v Družstve nastali zmeny týkajúce sa údajov zahrnutých do prospektu investície, ktoré by mohli mať vplyv na hodnotenie ponúkaných majetkových hodnôt investorom, a v dôsledku ktorých sa stala neaktuálna podstatná časť prospektu investície. Družstvo podalo dňa 28.4.2010 žiadosť o schválenie dodatku k Prospektu investície. Žiadosť Družstva nebola úplná. NBS vyzvala Družstvo na odstránenie nedostatkov. Družstvo požiadalo trikrát o predĺženie lehoty na odstránenie nedostatkov celkovo na 120 dní, ale napriek tomu nedostatky neodstránilo. NBS ako prvostupňový útvar dohľadu nad finančným trhom, svojim rozhodnutím č. E.-XXXX/X-X/XXXX zo dňa 26.8.2010 konanie o žiadosti Družstva zastavila. Družstvo podalo proti uvedenému rozhodnutiu rozklad. O rozklade ako druhostupňový orgán rozhodovala Banková rada NBS, ktorá prvostupňové rozhodnutie potvrdila svojím rozhodnutím č. L.-XXXX/XXXX zo dňa 8.12.2010. Rozhodnutie nadobudlo právoplatnosť 16.12.2010. Medzičasom NBS ako prvostupňový útvar dohľadu nad finančným trhom listom č. E.-XXXXX/XXXX zo dňa 27.8.2010 doručila Družstvu oznámenie o začatí konania za porušenie § 129 ods. 3 v spojení s § 128 ods. 1 písm. b), c) a h) ZoCP a § 125c ods. 1 v spojení s § 127 ods. 4 ZoCP, a to tým, že Družstvo nedodržiavalo schválený Prospekt investície a že skutočnosti v ňom uvedené nie sú aktuálne a pravdivé. Toto konanie bolo ukončené vydaním rozhodnutia č. E.-XXXXX- X/XXXX zo dňa 30.5.2011, ktorým sa Družstvu zakázal predaj majetkových hodnôt. Toto rozhodnutie nadobudlo právoplatnosť 18.7.2011. Podľa vyjadrenia Družstva malo Družstvo poskytnúť Obchodníkovi s CP 26,179.149,64 eur. NBS pri výkone dohľadu na mieste u Obchodníka s CP nenašla žiadne dokumenty, ktoré by nasvedčovali tomu, že by Družstvo zverilo Obchodníkovi s CP finančné prostriedky. NBS teda nebola pri vykonávaní dohľadu nečinná, nespôsobila žiadne prieťahy v konaní, a postupovala v súlade so ZoCP. Z odôvodnenia rozsudku ďalej vyplýva, že počas konania podala navrhovateľka návrh na začatie prejudiciálneho konania pred Súdnym dvorom Európskej únie podľa článku 267 Zmluvy o fungovaní Európskej únie v právnej veci 10C/211/2011 podľa ust. § 109 ods. 1 písm. c) O.s.p. s poukazom na ustanovenie § 1 O.s.p., ktorý súd zamietol s tým,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zo dňa 8.6.2011 o správcoch alternatívnych investičných fondov a o zmene a doplnení smerníc 2003/41/ES a 2009/65/ES a nariadením (ES) číslo 1060/2009, (EÚ) číslo 1095/2010. Súd v prejednávanej veci mal za to, že rozhodnutie Súdneho dvora Európskej únie o položených otázkach nie je nevyhnutné pre vydanie rozhodnutia vo veci samej z dôvodu uvedeného vyššie, ako aj na základe zhodnotenia dokazovania vo veci samej. Čo sa týka merita sporu, súd prvého stupňa vykonaným dokazovaním zistil, že navrhovateľke vzniklo členstvo v Družstve ku dňu 18.5.2001 a zaniklo dňa 30.3.2011. Navrhovateľke vznikol nárok na zaplatenie vyrovnávacieho podielu v sume 1.686,36 eur. Zvyšok uplatnenej sumy titulom náhrady škody navrhovateľka súdu preukazovala obsahom výpisov z účtu a obsahom predloženej zmenky. Navrhovateľka si prihlásila pohľadávku v konkurze vedenom pod sp. zn. 3K/95/2010, ktorý bol na Družstvo vyhlásený uznesením Okresného súdu Bratislava I zo dňa 11.4.2011, právoplatným dňa 5.5.2011. V konkurznom konaní bola prihlásená pohľadávka navrhovateľky popretá správcom konkurznej podstaty, a preto podala incidenčnú žalobu, pričom konanie v tejto veci nie je doposiaľ ukončené. Navrhovateľka uviedla, že počas obdobia, keď bola členom Družstva, sa nezúčastnila členskej schôdze Družstva, nakoľko členom Družstva bola veľmi krátko a za toto obdobie členská schôdza ani zvolaná nebola. Súd mal vykonaným dokazovaním tiež za zistené, že na základe schváleného prospektu investície Úradom pre finančný trh UTF -002/2002/ SPI zo dňa 21.3.2002, právoplatným dňa 28.3.2002, bolo Družstvo oprávnené ponúkať majetkové hodnoty s lehotou verejnej ponuky 10 rokov. Prospekt investície bol informačným dokumentom, z obsahu ktorého investori získavali informácie pre ich investičné rozhodnutie. Investíciami vloženými do družstva, ktoré tvorili vklady členov Družstva, mal právo disponovať výhradne Capital invest o.c.p. ako Obchodník s CP na základe zmluvy o riadení portfólia z 2.6.2008. Predmetná zmluva bola Obchodníkom s CP vypovedaná listom zo dňa 30.3.2010 s účinnosťou od 1.5.2010. Po skončení zmluvného vzťahu Obchodník s CP Družstvu neodovzdal žiadne portfólio cenných papierov, a ani zverené finančné prostriedky. Družstvo listom zo dňa 15.4.2010 doručeným NBS, požiadalo NBS o preskúmanie postupu Obchodníka s CP. V tomto čase však Družstvo nepodalo žalobu voči Obchodníkovi s CP o náhradu škody na príslušný súd, ale žiadalo NBS, aby situáciu riešila. Na základe zisteného skutkového stavu do 1.6.2010, NBS ako aj jej právny predchodca Úrad pre finančný trh, v súlade so ZoCP postupovali správne vo vzťahu k Družstvu, ktoré bolo NBS povinné predkladať polročné správy o svojom hospodárení, z obsahu ktorých nevyplývali žiadne informácie o prípadnej zhoršenej finančnej situácií Družstva predovšetkým po tom, čo bolo vedené rokovanie so štatutárom Družstva, ako aj s ostatnými štatutármi dcérskych spoločností Družstva a NBS dňa 24.8.2007. Obsah prerokovaných skutkových okolností o činnosti Družstva mal súd preukázaný z obsahu listinného dôkazu, a to zápisu z prerokovania problémov a nezrovnalostí v činnosti družstiev zo dňa 24.8.2007. Družstvo dňa 10.10.2007 doručilo NBS písomnú odpoveď, v ktorej predovšetkým zdôraznilo, že zo strany družstiev nedošlo k porušeniu zákona a prospektov investícií schválených Úradom pre finančný trh z dôvodov v odpovedi špecifikovaných. Družstvo sa v odpovedi taktiež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ako nástroje, ktorých emitentmi boli spoločnosti v rámci finančného skupiny CI HOLDING, a.s.. V odpovedi bolo zdôraznené,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V odpovedi bolo na záver taktiež zdôraznené, že za vyše päťročné obdobie pôsobenia družstiev na slovenskom finančnom trhu nebola evidovaná ani jedna sťažnosť zo strany členov družstiev, a taktiež družstvám nebolo zrejmé, že by NBS disponovala nejakou sťažnosťou voči jednotlivým družstvám. Ako bolo konštatované vyššie, Družstvo až listom doručeným NBS dňa 15.4.2010 požiadalo NBS o preskúmanie postupu Obchodníka s CP po tom, čo mu tento vypovedal zmluvu o riadení portfólia. Z obsahu listinných dôkazov, ako aj z obsahu výpovede splnomocneného zástupcu odporcu mal súd preukázané, že NBS vykonala v období od 20.4.2010 do 6.5.2010 u Obchodníka s CP dohľad na mieste. NBS v tomto období vyzvala aj Družstvo listom zo dňa 20.4.2010, aby predložilo žiadosť o schválenie dodatku prospektu investície tak, aby Družstvo mohlo pokračovať v zhodnocovaní finančných prostriedkov, keďže NBS zistila, že podstatná časť prospektu investície sa stala neaktuálna. Súd mal za preukázané, že Družstvo predložilo NBS dňa 28.4.2010 Žiadosť o schválenie dodatkov k prospektu investície. Podaním žiadosti bolo začaté konanie E.-XXXX/X/XXXX, ktoré však bolo podľa ustanovenia § 21ods. 1, písmeno a) zákona č. 747/2004 Z.z. o dohľade nad finančným trhom a o zmene a doplnení niektorých zákonov v znení neskorších predpisov prerušené rozhodnutím E.-XXXX/X-X/XXXX zo dňa 10.5.2010 na čas, po ktorý Družstvo bolo povinné odstrániť nedostatky žiadosti a žiadosť doplniť. Družstvo ani po opakovanom predĺžení lehoty na odstránenie vád žiadosti nedostatky žiadosti neodstránilo, v dôsledku čoho NBS rozhodnutím E.-XXXX/X-X/XXXX zo dňa 26.8.2010 konanie vo veci žiadosti zastavila. Rozhodnutie bolo potvrdené Bankovou radou NBS č. GUV-1744/2010 zo dňa 8.12.2010, právoplatným dňa 16.12.2010. NBS súbežne začala voči Družstvu konanie o uložení sankcie podľa ustanovenia § 144 ods. 4 ZoCP za porušenie ustanovenia §129 ods. 3 v spojení s ustanovením § 128 ods.1 písmeno b), c), h) ZoCP a ustanovenia § 125c ods. 1 v spojení s ustanovením § 127 ods. 4 ZoCP. Rozhodnutím E.-XXXXX-X/XXXX zo dňa 30.5.2011, právoplatným dňa 18.7.2011, NBS zakázala Družstvu predaj majetkových hodnôt. Týmto rozhodnutím však NBS nezakázala Družstvu vykonávať inú činnosť, keďže NBS takéto kompetencie voči Družstvu ako podnikateľskému subjektu nemala. NBS na základe získaných poznatkov činnosti Družstva, ako aj Obchodníka s CP, dňa 27.7.2010 podala orgánom činným v trestnom konaní oznámenie o podozrení zo spáchania trestného činu. Podľa uznesenia Prezídia Policajného zboru, Úradu boja proti korupcii, vyšetrovateľa odboru boja proti korupcii č. k. Č.:F.-XXX/BPK-W.-XXXX zo dňa 16.11.2010, bolo dňa 10.8.2010 začaté trestné stíhanie podľa § 199 ods. 1 Trestného poriadku pre obzvlášť závažný zločin podvodu podľa § 221 ods. 1 a ods. 4 písm. a) Trestného zákona spolupáchateľstvom podľa § 20 Trestného zákona. Súd posúdil uplatnený nárok po právnej stránke podľa ust. § 9 ods. 1 a 2 zákona č. 514/2003 Z.z. o zodpovednosti za škodu spôsobenú pri výkone verejnej moci, a návrh zamietol. Dospel k záveru, že navrhovateľka v konaní nepreukázala, že by NBS vo vzťahu k Družstvu nesprávne úradne postupovala. Práve naopak, v konaní bolo preukázané, že NBS až od účinnosti ZoCP od 1.6.2010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ZoCP, ako aj so zákonom č. 747/2004 Z.z. o dohľade nad finančným trhom a o zmene a doplnení niektorých zákonov. Navrhovateľka tak nepreukázala jednu z troch podmienok vzniku zodpovednosti za vznik škody, a to nesprávny úradný postup NBS, a preto sa súd v konaní už ani nezaoberal správnosťou vyčíslenej výšky škody. Súd návrh navrhovateľky zamietol aj z dôvodu, že nárok na náhradu škody voči štátu môže byť úspešne uplatnený iba vtedy, ak nemôže poškodený dosiahnuť uspokojenie svojej pohľadávky voči dlžníkovi, ktorý mu je povinný plniť. Navrhovateľka si svoj nárok uplatnila v konkurznom konaní voči úpadcovi - Družstvu, ktorého členom bola, čo znamená, že v prípade prebiehajúceho konkurzu na majetok dlžníka sa posúdenie nevymožiteľnosti pohľadávky poškodeného - navrhovateľky ako predpokladu vzniku škody spôsobenej štátom odvíja až odo dňa, keď pominú účinky vyhláseného konkurzu alebo až vtedy, keď nebude nárok navrhovateľky na základe právoplatného rozvrhového uznesenia súdu uspokojený. Pohľadávka navrhovateľky bola síce správcom konkurznej podstaty popretá, čo však neznamená, že počas incidenčného konania pohľadávku navrhovateľky neuzná. Navrhovateľka si uplatnila pohľadávku incidenčnou žalobou, o ktorej súd doposiaľ nerozhodol. Konkurz nie je ukončený, a preto nie je možné ustáliť výšku škody, ktorá navrhovateľke vznikla. Návrhy na začatie konania o zaplatenie škody je možné preto považovať za predčasne podané. Súd návrh navrhovateľky zamietol aj z dôvodu, že ako bývalá členka Družstva, ktorá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podľa ustanovenia § 244 Obchodného zákonníka. Podľa súdu prvého stupňa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poukazovala na to, že jej vznikla škoda aj v príčinnej súvislosti so zanedbaním dohľadu zo strany NBS nad činnosťou Obchodníka s CP. Samotná navrhovateľka pritom poukazovala na to, že Družstvo poskytovalo finančné prostriedky Obchodníkovi s CP na základe zmluvy o riadení portfólia po tom, ako ich získalo od navrhovateľky.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navrhovateľky. Z uvedených dôvodov je prípadný nesprávny úradný postup NBS vyplývajúci z dohľadu nad Obchodníkom s CP v danom prípade právne irelevantný, pretože na strane navrhovateľky nedošlo k vzniku škody v priamej príčinnej súvislosti s prípadným nesprávnym úradným postupom NBS spočívajúcom v zanedbaní dohľadu na Obchodníkom s CP, preto sa súd takýmto prípadným nesprávnym úradným postupom ani nezaoberal. Podľa súdu NBS dohľad nad dohliadaným subjektom - Družstvom nezanedbala, ani sa nedopustila nesprávneho úradného postupu. Družstvo bolo dohliadaným subjektom len v obmedzenom rozsahu (dohľad nad plnením povinností vyhlasovateľa verejnej ponuky majetkových hodnôt) v súlade s ustanoveniami § 125 až § 128 ZoCP. V súlade s uvedenými ustanoveniami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Nebolo v právomoci NBS schvaľovať zmluvu o riadení (alebo správe) portfólia.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Súd na záver ešte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Navrhovateľka ako členka Družstva (t.j. podnikateľského subjektu) neinvestovala predmetné peňažné prostriedky do subjektu, na činnosť ktorého nemala žiaden vplyv. Práve naopak, členská schôdza je najvyšším orgánom Družstva, prostredníctvom ktorého členovia uplatňujú svoje právo riadiť záležitosti Družstva, kontrolujú činnosť Družstva a jeho orgánov v zmysle ustanovení Obchodného zákonníka a stanov. Navrhovateľka počas trvania členstva v Družstve nevyužila svoje právo člena a nezúčastnila sa zasadnutia členskej schôdze. V konaní nepreukázala, že počas členstva v Družstve realizovala ďalšie svoje oprávnenia vyplývajúce jej z členstva tak, že by aktívne zasiahla do činnosti Družstva za účelom odvrátenia hroziacej škody pri zistení nedostatkov v činnosti štatutárnych zástupcov Družstva. Na základe uvedených záverov za stavu, keď navrhovateľka v konaní nepreukázala splnenie všetkých zákonom požadovaných podmienok na úspešné uplatnenie nároku na náhradu škody v zmysle zákona č. 514/2003 Z.z. (nebol preukázaný nesprávny úradný postup, vznik škody, ani príčinná súvislosť medzi uplatnenou škodou a vytýkaným nesprávnym úradným postupom), súd jej návrh ako nedôvodný zamietol. Proti tomuto rozsudku (jeho 2. výroku) podala v zákonom stanovenej lehote odvolanie navrhovateľka prostredníctvom svojho právneho zástupcu. Navrhla, aby odvolací súd 2. výrok rozsudku zmenil tak, že návrhu navrhovateľky na náhradu škody vyhovie, alebo, aby rozsudok v celom rozsahu zrušil a vec vrátil súdu prvého stupňa na ďalšie konanie. Namietala, že súd pri rozhodovaní nezohľadnil, že odporca nepostupoval v súlade s princípom právneho štátu, ktorého súčasťou je aj princíp právnej istoty. V tejto súvislosti uviedla niektoré citáty z rozhodnutí súdov, a to z nálezu Ústavného súdu sp. zn. III. ÚS 341/07, nálezu Ústavného súdu I. ÚS 243/07, ako aj z nálezu Ústavného súdu sp. zn. PL. ÚS 21/96. Odporcov argument o tom, že upozornil Družstvo, že odporca vykonáva dohľad nad činnosťou Družstva ako vyhlasovateľa verejnej ponuky majetkových hodnôt podľa § 135 ods. 1 ZoCP, ale nie dohľad nad celkovou činnosťou Družstva, je úplne irelevantný, ak navrhovateľka nemohla o takto zúženom dohľade orgánu dohľadu vedieť. V tejto súvislosti poukázala na ZoCP, ktorý nepoužíva rozlíšenie medzi „činnosťou“ a „celkovou činnosťou“ dohliadaného subjektu, pričom takéto rozlíšenie neobsahovalo ust. § 135 ods. 1 tohto zákona ani v čase, keď odporca schválil projekt Investície (2002) a Družstvo sa stalo dohliadaným subjektom ako vyhlasovateľ verejnej ponuky majetkových hodnôt. Má za to, že predmet dohľadu nebol menený a navrhovateľka sa dôvodne spoliehala, že v rámci dohľadu bude odporca dohliadať na dodržiavanie podmienok ustanovených povoleniami podľa ZoCP. Z toho dôvodu nie je pravdou, že neexistuje príčinná súvislosť medzi škodou navrhovateľky a porušením zákonných povinností odporcom, spočívajúce v nesprávnom výkone dohľadu, ktorým bol porušený ZoCP. Za nepochopiteľné preto považuje konštatovanie súdu prvého stupňa, že navrhovateľka sa mala viac starať o svoje záležitosti v rámci zásady, že „právo patrí bdelým“. Navrhovateľka nemala zákonom stanovené právomoci dohľadu nad činnosťou Družstva, ani Obchodníka s CP, ktorými mohla zabezpečiť dodržiavanie ZoCP. Tým, že došlo k zamietnutiu jej návrhu aj z dôvodu nedostatku príčinnej súvislosti, resp. z dôvodu, že k nezákonnému postupu zo strany odporcu nedošlo, súd odobril výklad ZoCP, ktorý úplne popiera zmysel právnej úpravy dohľadu. Navrhovateľka poukázala na to, že povinnosťou NBS podľa § 137 ods. 2 ZoCP je a bolo zisťovanie a vyhodnocovanie informácií, pričom podľa § 135 ods. 1 ZoCP, ktorý platí v tomto znení už od 1.5.2007, Družstvo ako vyhlasovateľ verejnej ponuky majetkových hodnôt, ako aj Obchodník s CP, patrili a patria k povinne dohliadaným subjektom zo strany NBS, hoci odporca tvrdil celý čas v konaní opak. Podľa § 135 ods. 2 ZoCP mal odporca zisťovať všetky informácie a podklady o dodržiavaní, resp. nedodržiavaní povolení na činnosť vydaných NBS Družstvu a Obchodníkovi s CP. Zároveň NBS má podľa § 135 ods. 2 ZoCP zisťovať všetky informácie a podklady, a to aj o iných rizikách, ako tých vyplývajúcich z povolení na činnosť, vrátane rizík, ktorým sú, resp. mohli byť vystavené dohliadané subjekty, v rámci nich aj Družstvo činnosťou Obchodníka s CP, ako i vrátane rizík, ktoré mohli viesť k ohrozeniu záujmov dokonca klientov dohliadaných subjektov, teda v tomto prípade samotnej navrhovateľky. Poukázala na skutkovo a právne totožné konanie vedené na Okresnom súde Bratislava I pod sp. zn. 7C/206/2011, v ktorom bolo výpoveďou svedka G.. N. U. I.. preukázané, že NBS už v roku 2007 pri kontrole Družstva zistila, že Družstvo má z hľadiska rizikovosti portfólia nedostatočne rozložené portfólio, ktoré bolo tvorené zmenkou jediného emitenta, a to spoločnosti CI HOLDING a.s., ktorá v tom čase akcionársky vlastnila Obchodníka s CP, t.j. že Družstvo malo všetky peňažné prostriedky získané od navrhovateľov investované v subjekte personálne a majetkovo prepojenom s Obchodníkom s CP a Družstvom. V uvedenom konaní bolo ďalej zistené, že NBS sa po zistení rizikovosti portfólia Družstva uspokojila s tým, že toto portfólio bolo následne rozložené namiesto jednej do troch zmeniek vystavených spoločnosťou CI HOLDING a.s., CI REALITY s.r.o. a GLOBAL production, s.r.o., pričom posledné dve spoločnosti boli opäť stopercentnými dcérskymi spoločnosťami CI HOLDING, a.s., a vo všetkých troch spoločnostiach bol navyše či už členom predstavenstva, alebo konateľom, G.. D. Č., vtedajší predseda predstavenstva Obchodníka s CP. Teda NBS aj naďalej akceptovala stav, že celé portfólio Družstva je rozložené a investované do prepojených subjektov s CI HOLDING a.s. a Obchodníkom s CP. Následne v roku 2008 NBS vydala právoplatné sankčné rozhodnutie voči Obchodníkovi s CP, v ktorom konštatovala, že Obchodník s CP vo svojej činnosti, pre svojich klientov a v rámci nich aj výslovne pre Družstvo, porušil ZoCP vo viacerých podstatných ohľadoch. Ani po vydaní tohto rozhodnutia NBS, okrem bezvýznamnej pokuty vo výške 10.000,- eur, rovnako ani po zisteniach vo vzťahu k samotnému Družstvu z roku 2007, NBS nevyužila svoje kompetencie v zmysle ZoCP existujúce už od roku 2007, a neprijala žiadne následné kontrolné alebo významnejšie opatrenia, ktoré podľa ZoCP ako i zákona č. 747/2004 Z.z. o dohľade nad finančným trhom, mala a stále má. Týmto podcenením situácie NBS umožnila ďalšiu činnosť Družstva, aj Obchodíka s CP, čo vyústilo v roku 2010 do nedostupnosti navrhovateľkou vložených prostriedkov do Družstva, pričom NBS svojou nečinnosťou a ľahostajným prístupom k svojim kompetenciám zapríčinila tiež to, že navrhovateľka už skôr nemohla rozpoznať riziko svojej investície, resp., že túto investíciu jej NBS svojim zanedbaným dohľadom ani v minimálnej možnej miere neochránila. NBS rozhodnutím zo dňa 30.5.2011 pod číslom E.-XXXXX-X/XXXX, ktorý bol vydaný v rámci výkonu dohľadu nad Družstvom, zakázala družstvu predaj majetkových hodnôt (ďalej len rozhodnutie o zákaze činnosti) z dôvodu neaktuálnosti prospektu vzhľadom k tomu, že sa zmenili skutočnosti v ňom uvedené. Navrhovateľka tiež uviedla, že z výpočtu uvedených nedostatkov prospektu Družstva uvedených v rozhodnutí o zákaze činnosti je nepochybné, že prospekt bol neaktuálny, pričom samotná NBS uviedla, že na základe neaktuálneho prospektu nie je možné uskutočňovať verejnú ponuku majetkových hodnôt. Údaje zahrnuté do prospektu boli v skutočnosti neaktuálne dlhodobo pred májom roku 2010, a táto neaktuálnosť siahala až spätne k 31.12.2006, kedy došlo v sídle NBS dňa 27.8.2008 k stretnutiu s poverenými členmi predstavenstva Družstva G.. N. U. Y. G.. P. F. za účelom prerokovania problémov činnosti Družstva z dôvodu nedodržiavania prospektu. I na základe takéhoto prerokovania nedostatkov vyplynulo, že Družstvo svojím konaním porušovalo ust. § 129 ods. 3, v spojení s ust. § 128 ods. 1 písm. b), c) a h), a ust. § 125c ods. 1 v spojení s ust. § 127 ods. 4 ZoCP od 31.12.2006, avšak NBS voči Družstvu zasiahla až v máji roku 2011, kedy mu zakázala činnosť. K predčasnosti žalobného návrhu navrhovateľka uviedla, že podľa rozsudku Najvyššieho súdu Českej republiky 29 Cdo 4968/2009 zo dňa 11.4.2012, ktorý je z hľadiska skutkového a právneho stavu plne aplikovateľný aj na slovenské právne pomery, existujúce konkurzné konanie samo osebe nevylučuje možnosť podať veriteľom, ktorý si prihlásili svoju pohľadávku do konkurzu, žalobu o náhradu škody proti štátu a nerobí žalobu predčasnou. Súd má v konaní o náhradu škody totiž povinnosť skúmať, či aktuálny stav konkurzného konania objektívne vylučuje možnosť uspokojenia navrhovateľa ako veriteľa v konkurznom konaní, a ak áno, v akom rozsahu, pričom pri tomto vyhodnotení súd nemá čakať až na konečné rozvrhové uznesenie konkurzného súdu, ale je povinný zohľadniť už napr. správy ustanoveného správcu konkurznej podstaty o stave daného konkurzu. Ďalej uviedla, že žiadna platná právna norma neumožňuje vysloviť záver o predčasnosti podania žaloby, a to ani vtedy, ak navrhovateľka doposiaľ nemala možnosť vymôcť plnenie od subjektu, ktorý jediný je podľa názoru odporcu ako aj prvostupňového súdu povinný jej dané plnenie vrátiť. Zákon č. 514/2003 Z.z. o zodpovednosti za škodu spôsobenú pri výkone verejnej moci v platnom znení neustanovuje, nevyžaduje a ani nepripúšťa žiadne predchádzajúce vysporiadanie súkromnoprávnych vzťahov, ale pripúšťa regresnú náhradu. Ak škoda predstavuje majetkovú ujmu v podobe skrátenia majetkového stavu poškodeného, nedá sa vznik škody bez ďalšieho spojiť s formálnym ukončením konkurzného konania tak, ako to tvrdí odporca. Pokiaľ by sa pripustil názor, že prebiehajúce konkurzné konanie vylučuje podanie občianskoprávnej, či inej žaloby o náhradu škody, potom by zákon č. 7/2005 Z.z. o konkurze a reštrukturalizácii fakticky suspendoval Občiansky zákonník, zákon o zodpovednosti za škodu, ale i zákon č. 300/2005 Z.z. Trestný zákon v platnom znení, a to až do doby právoplatného skončenia konkurzného konania, čo by mohlo trvať i niekoľko rokov. Znamenalo by to, že občianskoprávna zodpovednosť, zodpovednosť štátu, či trestnoprávna zodpovednosť je subsidiárna voči zodpovednosti úpadcu podľa zákona o konkurze. Tento záver je celkom neprijateľný a scestný. Navrhovateľka zdôraznila, že jej pohľadávka bola správcom popretá a vedie o ňu so správcom incidenčné žaloby. V danom konkurze ani viac ako dva roky od jeho vyhlásenia nemajú ani len zistené pohľadávky, pričom samotný správca sa vyjadril, že nepredpokladá uspokojenie veriteľov v konkurze družstva v 100 % rozsahu, resp., že šance na uspokojenie pohľadávok sú minimálne. Teda z aktuálneho stavu konkurzu je zrejmé, že je vylúčená možnosť navrhovateľky uspokojiť sa z výťažku z konkurzu v rozsahu, v akom si uplatnila svoju pohľadávku. Zároveň navrhovateľka v odvolaní namietla, že listinné dôkazy vyžiadané prvostupňovým súdom, resp. predložené účastníkmi konania v značnom počte a rozsahu, neboli riadne vykonané spôsobom ustanoveným v § 129 ods. 1 O.s.p., keď v zápisniciach nie je uvedené, že boli prečítané určité presne označené listiny, alebo ich presne označené časti. V tejto súvislosti poukázala na uznesenie Najvyššieho súdu SR sp. zn. 6M Cdo 11/2010 s tým, že takéto dôkazy preto nemôžu byť podkladom pre právne posúdenie veci o základe uplatneného nároku. K odvolaniu navrhovateľky sa písomne vyjadril odporca, ktorý navrhol, aby odvolací súd rozsudok súdu prvého stupňa ako vecne a právne správny potvrdil. Podľa odporcu súd prvého stupňa v prejednávanej veci vykonal rozsiahle dokazovanie, riadne zabezpečil listinné dôkazy, dostatočne a správne zistil skutkový stav a dospel aj k správnemu a riadne odôvodnenému rozhodnutiu. Poukázal na to, že podstatou na spravodlivé konanie nie je právo na úspech v konaní, teda na rozhodnutie zodpovedajúce názorom a predstavám navrhovateľky a jej právneho zástupcu. Navrhovateľkou uvádzané tvrdenia nesvedčia o žiadnej predčasnosti napadnutého prvostupňového rozhodovania, pretože pojednávania v skutkovo a právne identických veciach sa konali pravidelne už od 2.7.2012. Naopak, tvrdenia navrhovateľky nasvedčujú, že táto sa účelovo snaží dodatočne navrhovať ďalšie právne irelevantné dôkazy, ktoré odďaľujú rozhodnutie vo veci, pričom navrhovateľka nevyužila všetky možnosti na vymoženie svojho nároku, keď nepodala žiaden návrh proti členom predstavenstva, ani členom kontrolnej komisie družstva, ktorí by boli zodpovední za riadenie Družstva a tiež za hospodárenie a nakladanie s majetkom Družstva. K námietke navrhovateľky, že odporca nepostupoval v súlade s princípom právneho štátu uviedol, že jeho kompetencie sú dané platnými právnymi predpismi, vrátane Ústavy SR a mal za to, že postupoval v súlade s ústavou, nebol nečinný, a ani nespôsobil žiadne zbytočné prieťahy pri svojom postupe voči Družstvu, ale aj Obchodníkovi s CP, dodržiaval zákonné pravidlá ustanovené zákonom o dohľade a ZoCP. Zároveň odporca uviedol, že od účinnosti novelizovaného ust. § 129 ods. 3 ZoCP, teda až od 1.6.2010 boli povinnosti vyhlasovateľa verejnej ponuky majetkových hodnôt rozšírené tak, že Družstvo ako vyhlasovateľ verejnej ponuky majetkových hodnôt malo zákonom uloženú aj povinnosť dodržiavať schválený prospekt investície. Až odvtedy mohol odporca dohliadať, či družstvo dodržiava schválený prospekt investície. Pri prospekte investície nešlo o také rozhodnutie odporcu, ktorým by odporca určil, alebo stanovil vyhlasovateľovi verejnej ponuky majetkových hodnôt nejaké podmienky, ktoré by vyhlasovateľ mal dodržať. Taktiež povinnosť aktualizovať prospekt investície podľa § 125c ods. 1, v spojení s § 127 ods. 4 ZoCp bola stanovená vyhlasovateľovi verejnej ponuky majetkových hodnôt až od 1.1.2009 na základe novelizovaného ust. § 127 ods. 4 ZoCP v znení zák. č. 558/2008 Z.z.. Počas celej doby od vyhlásenia verejnej ponuky majetkových hodnôt štatutárny zástupca vyhlasovateľa verejnej ponuky majetkových hodnôt zodpovedal a zodpovedá investorom za pravdivosť a úplnosť údajov v prospekte investície v zmysle § 128 ods. 1 písm. h) ZoCP. Žiaden zákon neukladal vyhlasovateľom verejnej ponuky majetkových hodnôt, ani Družstvu, žiadne povinnosti v oblasti obmedzenia rozloženia rizík ani krytia rizík, na rozdiel od iných dohliadaných subjektov, napr. Správcovskej spoločnosti pre kolektívne investovanie a niektorých ďalších dohliadaných subjektov, a preto údajné (reálne neexistujúce povinnosti) Družstva nemohol odporca kontrolovať. Za činnosť Družstva celkovo zodpovedá a v mene Družstva koná predstavenstvo Družstva ako štatutárny a výkonný orgán Družstva, ktorý riadi jeho činnosť, rozhoduje o všetkých záležitostiach, pokiaľ nie sú zákonom, stanovami a rozhodnutím členskej schôdze vyhradené inému orgánu Družstva, t.j. za dodržiavanie prospektu investície Družstva bolo aj voči členom Družstva vždy zodpovedné predstavenstvo ako štatutárny orgán, a to bez ohľadu na fakt, či vyhlasovateľovi verejnej ponuky majetkových hodnôt táto povinnosť bola alebo nebola osobitne uložená v ZoCP. Odporca nevykonával dohľad nad finančnými ukazovateľmi Družstva, ktoré malo široký predmet činnosti. Odporca mohol kontrolovať len to, či si Družstvo plní informačné povinnosti podľa bývalých ust. § 126 až § 130 ZoCP, a to, či informácie zverejňované Družstvom obsahujú náležitosti predpísané bývalým ust. § 129 ZoCP, a či Družstvo zverejňuje finančné správy v zmysle bývalého ustanovenia § 130 ZoCP. Odporca nebol a ani nie je príslušný potvrdzovať správnosť finančných ukazovateľov. Pokiaľ navrhovateľka poukazuje na rozsudok Najvyššieho súdu Českej republiky sp. zn. 29Cdo/4968/2009 zo dňa 11.4.2012 a tvrdí, že existujúce konkurzné konanie samo osebe nevylučuje možnosť podať veriteľom, ktorí si prihlásili svoje pohľadávky do konkurzu, návrh o náhradu škody proti štátu a nerobí žalobu predčasnou, má za to, že toto jej tvrdenie je zavádzajúce a nezodpovedá skutočnosti. Predmetný rozsudok primárne rieši problematiku zodpovednosti iných subjektov ako štátu, a iba sekundárne sa zaoberá zodpovednosťou za škodu spôsobenú orgánom verejnej moci. Najvyšší súd Českej republiky výslovne judikoval, že akokoľvek inak nie je možné zmiešavať posúdenie otázky vzniku škody pri zodpovednosti štátu za škodu spôsobenú výkonom verejnej moci s otázkou zodpovednostných nárokov osôb uvedených v § 3 ods. 2 ZKV (českého zákona č. 328/1991 Sb. o konkursu a vyrovnání ve znení pozdějších předpisů). Tento rozsudok sa konkrétne zaoberal náhradou škody, ktorej sa navrhovatelia domáhali proti členom štatutárneho orgánu obchodnej spoločnosti (teda nie proti štátu) preto, lebo členovia štatutárneho orgánu si oneskorene splnili povinnosť podať návrh na vyhlásenie konkurzu na majetok danej obchodnej spoločnosti. Posúdenie otázky vzniku škody je v prípade týchto subjektov, t. j. členov štatutárneho orgánu zodpovednosti za škodu úplne odlišné, ako posúdenie otázky vzniku škody pri zodpovednosti štátu za škodu a nemožno ich navzájom zmiešavať. Skutočná existencia pohľadávok navrhovateľky a ich výška voči Družstvu sa bude zisťovať v rámci incidenčných súdnych konaní. Až následne, ak pohľadávka navrhovateľky voči dlžníkovi nebude uspokojená v rámci konkurzu, až vtedy jej môže vzniknúť škoda. Táto škoda nevzniká v okamihu splatnosti pohľadávky, ani v okamihu omeškania dlžníka, ale mohla by vzniknúť až okamihom, keď sa právo veriteľa (navrhovateľky) voči dlžníkovi stalo fakticky nevymáhateľným. Navrhovateľka si teda zmiešava ujmu, ktorá jej ako veriteľke bola spôsobená doterajším neplnením záväzkov jej dlžníkom s ujmou, ktorá je jednou z podmienok vzniku nároku na náhradu škody. Navrhovateľke zatiaľ nevznikla žiadna škoda, pretože má ako veriteľka vymáhateľnú pohľadávku voči svojmu Družstvu ako dlžníkovi, a jej žaloba je jednoznačne predčasná, čo objektívne a správne skonštatoval aj prvostupňový súd. Pokiaľ navrhovateľka tvrdí, že listinné dôkazy neboli riadne vykonané spôsobom upraveným v ustanovení v § 129 ods. 1 O.s.p., t.j., že neboli prečítané určité listiny, alebo ich presne označené časti, zo zápisnice o pojednávaní vyplýva, že súd oboznámil jednotlivé dôkazy nachádzajúce sa v súdnom spise, pričom pri oboznamovaní týchto dôkazov presne špecifikoval, o aké doklady išlo. V tejto súvislosti odporca poukázal na uznesenie Najvyššieho súdu SR 1 Obo 283/2006 z 27.2.2008, v zmysle ktorého netreba dokazovať skutočnosti všeobecne známe, alebo známe súdu z jeho činnosti. Aj v tomto prípade (navrhovateľky, ktorá je veriteľom Družstva) boli tieto dôkazy súdu známe z jeho činnosti. Známe boli aj právnemu zástupcovi navrhovateľky a odporcovi, pretože na Okresnom súde Bratislava I sa vedú voči odporcovi stovky sporov na rovnakom skutkovom a právnom základe, pričom vo všetkých sporoch je právnym zástupcom navrhovateľov (veriteľov Družstva) advokátska kancelária FUTEJ &amp; Partners s.r.o.. Krajský súd v Bratislave, ako súd odvolací (§ 10 ods. 1 O.s.p.), viazaný rozsahom a dôvodmi odvolania (§ 212 ods. 1 O.s.p.) preskúmal rozsudok súdu prvého stupňa bez nariadenia pojednávania (§ 214 ods. 2 O.s.p.). Vo veci dňa 16.6.2015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 153 ods. 1 O.s.p.), vec správne právne posúdil, 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ZoCP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ZoCP bola vyhlasovateľovi verejnej ponuky majetkových hodnôt stanovená až od 1.1.2009 na základe novelizovaného ust. § 127 ods. 4 ZoCP (zákonom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V tejto súvislosti odvolací súd zdôrazňuje, že navrhovateľka si musela byť vedomá toho, že s jej investíciou je spojené riziko, a že dovtedajší, alebo propagovaný výnos nie je zárukou budúcich výnosov (ust. § 129 ods. 1 písm. b) ZoCP v znení platnom do 21.7.2013, § 126 až 130 boli zo ZoCP vypustené novelou - zákonom č. 206/2013 Z.z. účinným dňa 22.7.2013). Nemožno pričítať na ťarchu NBS, ak si týchto skutočností navrhovateľka nebola vedomá. To isté platí, aj pokiaľ ide o jej argumentáciu, že o rozsahu dohľadu NBS nad činnosťou Družstva nemala vedomosť. Vzhľadom na vyššie uvedené je nesporné, že v predmetnom konaní nebol preukázaný základný predpoklad vzniku zodpovednosti za škodu, ktorá mala vzniknúť nesprávnym úradným postupom štátu v zmysle § 9 zák. č. 514/2003 Z.z., v danom prípade NBS. Pokiaľ ide o rozsudok Najvyššieho súdu Českej republiky sp. zn. 29Cdo/4968/2009, na ktorý v odvolaní poukazovala navrhovateľka, odvolací súd sa v tomto smere stotožnil s podrobnou argumentáciu odporcu.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nezaistení veritelia druhej triedy neobdržia pri rozvrhu v podstate nič. V predmetnej veci v konkurznom konaní, vyhlásenom na majetok Družstva nedošlo k speňažovaniu majetku z podstaty, a preto správca konkurznej podstaty doteraz nemohol podať konečnú správu o speňažovaní majetku a vzhľadom na to nemohlo dôjsť ani k čiastočnému rozvrhu. Za tohto stavu otázka nedobytnosti pohľadávky nie je vyriešená, keďže nie je zrejmé, že v konkurznom konaní navrhovateľka nedostane nič. Vzhľadom na túto skutočnosť nemožno ustáliť ani výšku škody. Preto je správny záver súdu prvého stupňa, že návrh bol podaný predčasne. S poukazom na uvedené skutočnosti odvolací súd rozsudok súdu prvého stupňa v napadnutej časti ako vecne správny podľa § 219 ods. 1 a 2 O.s.p. potvrdil. O trovách odvolacieho konania rozhodol odvolací súd podľa ust. § 224 ods. 1, v spojení s ust. § 142 ods. 1 O.s.p., a v odvolacom konaní úspešnému odporcovi náhradu trov konania nepriznal, pretože mu žiadne trovy nevznikli. Poučenie: Proti tomuto rozsudku odvolanie nie je prípustné.</w:t>
      </w:r>
    </w:p>
    <w:p/>
    <w:p>
      <w:r>
        <w:t>Zdroj: KAUZIS.SK – https://www.kauzis.sk/judikatura/r/ECLI:SK:KSBA:2015:1111244875.1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