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8Co/188/2015 z 27. 4. 2015</w:t>
      </w:r>
    </w:p>
    <w:p>
      <w:r>
        <w:t>Rozsudok Krajského súdu Bratislava z 27. apríla 2015, sp. zn. 8Co/188/2015, ECLI:SK:KSBA:2015:1111244933.1</w:t>
      </w:r>
    </w:p>
    <w:p>
      <w:r>
        <w:t>Súd: Krajský súd Bratislava</w:t>
      </w:r>
    </w:p>
    <w:p>
      <w:r>
        <w:t>Spisová značka: 8Co/188/2015</w:t>
      </w:r>
    </w:p>
    <w:p>
      <w:r>
        <w:t>ECLI: ECLI:SK:KSBA:2015:1111244933.1</w:t>
      </w:r>
    </w:p>
    <w:p>
      <w:r>
        <w:t>Dátum vydania: 27. 4. 2015</w:t>
      </w:r>
    </w:p>
    <w:p>
      <w:r>
        <w:t>Forma: Rozsudok</w:t>
      </w:r>
    </w:p>
    <w:p>
      <w:r>
        <w:t>Oblasť práva: Občianske právo</w:t>
      </w:r>
    </w:p>
    <w:p>
      <w:pPr>
        <w:pStyle w:val="Heading2"/>
      </w:pPr>
      <w:r>
        <w:t>Text rozhodnutia</w:t>
      </w:r>
    </w:p>
    <w:p>
      <w:r>
        <w:t>Súd: Krajský súd Bratislava Spisová značka: 8Co/188/2015 Identifikačné číslo súdneho spisu: 1111244933 Dátum vydania rozhodnutia: 28. 04. 2015 Meno a priezvisko sudcu, VSÚ: JUDr. Janka Gažovičová ECLI: ECLI:SK:KSBA:2015:1111244933.1 ROZSUDOK V MENE SLOVENSKEJ REPUBLIKY Krajský súd v Bratislave v senáte zloženom z predsedníčky senátu JUDr. Janky Gažovičovej a členov senátu JUDr. Moniky Holickej a JUDr. Ondreja Krajča v právnej veci navrhovateľa: N.. Y. T., X. Š. XX, X., zastúpenému: FUTEJ &amp; Partners, s.r.o., Radlinského č. 2, Bratislava, IČO: 35 955 341, proti odporcovi: Slovenská republika - Národná banka Slovenska, so sídlom ul. Imricha Karvaša č. 1, Bratislava, o náhradu škody, na odvolanie navrhovateľa proti rozsudku Okresného súdu Bratislava I, zo dňa 23. januára 2015, č.k. 12C 215/2011-524, jednohlasne takto r o z h o d o l : Odvolací súd rozsudok súdu prvého stupňa v napadnutej časti p o t v r d z u j e . Odporcovi náhradu trov odvolacieho konania n e p r i z n á v a . o d ô v o d n e n i e : Rozsudkom zo dňa 23. januára 2015, č.k. 12C 215/2011-524 zamietol súd prvého stupňa návrh; ktorým sa navrhovateľ domáhal zaplatenia náhrady škody vo výške 6.022,72 eur s 9,25 % úrokom z omeškania ročne od 19.04.2011 do zaplatenia, podľa zák. č. 514/2003 Z.z., o zodpovednosti za škodu spôsobenú pri výkone verejnej moci; a odporcovi nepriznal náhradu trov konania. Zároveň návrh navrhovateľa; na začatie prejudiciálneho konania pred Súdnym dvorom Európskej únie podľa článku 267 Zmluvy o fungovaní Európskej únie; zamietol. Vychádzal zo zistenia, že Úrad pre finančný trh rozhodnutím zo dňa 21.03.2002 schválil PODIELOVÉMU DRUŽSTVU SLOVENSKÉ INVESTÍCIE (ďalej "Družstvo"); ktorého bol navrhovateľ členom;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OPK-2744-5/2007-PLP zmenila jeho povolenie na poskytovanie investičných služieb tak, že mu, okrem iného, povolila poskytovanie investičnej služby podľa ust. § 6 ods. 1 písm. d) v spojení s § 5 ods. 1 písm. a), b), c) zák. č. 566/2001 Z.z. a poskytovanie investičných služieb, investičných činností a vedľajších služieb podľa § 6 ods. 1 a 2 v spojení s § 5 ods. 1 zák. č. 566/2001 Z.z.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tento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navrhovateľ dňa 10.01.2011 požiadal Družstvo o zrušenie členstva v Družstve a v uvedený deň s ním zároveň uzavrel Dohodu o úprave niektorých práv a povinností, na základe ktorej mu Družstvo namiesto vyplatenia vyrovnacieho podielu vystavilo vlastnú zmenku na rad č. ID 2738, na zmenkovú sumu 6.022,72 eur, splatnú na videnie s doložkou „bez protestu“, ktorú pohľadávku si prihlásil do konkurzu vyhláseného na majetok Družstva ako úpadcu uznesením Okresného súdu Bratislava I zo dňa 11.04.2011, č. k. 3K/95/2010-21, právoplatným dňa 05.05.2011, avšak nakoľko správca konkurznej podstaty jeho pohľadávku v celom rozsahu poprel, podal proti nemu incidenčnú žalobu, o ktorej sa na Okresnom súde Bratislava I pod sp. zn. 5Cbi 63/2011 vedie konanie, ktoré zatiaľ nie je právoplatne skončené. Takto ustálený skutkový stav veci posúdil po právnej stránke podľa ust. § 3 ods. 1, 2, § 9 ods. 1, 2, § 15 ods. 1, § 17 ods. 1 zák. č. 514/2003 Z.z. o zodpovednosti za škodu spôsobenú pri výkone verejnej moci a o zmene niektorých zákonov, § 129 ods. 3 Zákona o cenných papieroch, v znení účinnom od 01.06.2010, a dospel k záveru, že navrhovateľ v konaní nepreukázal naplnenie predpokladov zodpovednosti štátu za škodu spôsobenú nesprávnym úradným postupom, keď nepreukázal vznik škody, nesprávny úradný postup odporcu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pričom Národná banka Slovenska; limitovaná článkom 2 ods. 2 Ústavy SR; nedisponovala právomocou vykonávať dohľad nad celkovou činnosťou Družstva, avšak; v rozsahu vymedzenom ustanoveniami zákona o cenných papieroch a investičných službách; iba nad zverejnením schváleného prospektu investície pred začatím verejnej ponuky a s účinnosťou od 01.06.2010 nad tým, či Družstvo schválený prospekt investície dodržiava. Poukázal na to, že Družstvo Národnej banke Slovenska až do 15.04.2010; kedy požiadalo o preskúmanie postupu obchodníka s cennými papiermi; nesignalizovalo zhoršenie jeho finančnej situácie ani nedostatky v jeho činnosti obchodníka s cennými papiermi, a preto nedostatky v jeho činnosti; ako i zmeny v údajoch Prospektu investície Družstva; boli zistené až na základe podnetu Družstva a informácii v ňom uvedených a na základe vykonaného dohľadu na mieste u obchodníka s cennými papiermi v období od 20.04.2010 do 06.05.2010. Nestotožnil sa s tvrdeniami navrhovateľa, ktorý Národnej banke Slovenska vytýkal prijatie nedostatočných opatrení na nápravu protiprávneho stavu proti obchodníkovi s cennými papiermi, keďže Národná banka Slovenska mohla dohľad vykonávať iba vo vzťahu k Družstvu ako vyhlasovateľovi verejnej ponuky majetkových hodnôt a v rámci výkonu tohto dohľadu nemohla postupovať nad rámec stanovený zákonom. V tejto súvislosti poukázal na skutočnosť, že Národná banka Slovenska; ako o tom svedčí aj rozhodnutie zo dňa 20.08.2008, č. OPK-9750-5/2007 o uložení pokuty obchodníkovi s cennými papiermi vo výške 9.958,18 eur (300.000,- Sk); činnosť obchodníka s cennými papiermi sledovala, avšak nebolo jej povinnosťou o zistených nedostatkoch informovať Družstvo, ktoré nebolo účastníkom daného konania o uložení pokuty. Zdôraznil, že vzhľadom na záväzkový vzťah medzi Družstvom a obchodníkom s cennými papiermi bolo predovšetkým povinnosťou Družstva zabezpečiť kontrolu plnenia jeho povinností vyplývajúcich zo zmluvy o riadení portfólia, pričom v tomto smere nemožno opomenúť ani povinnosť samotného navrhovateľa; ako člena Družstva; aktívne sa zaujímať o výkon jeho práv vo vzťahu k Družstvu v zmysle zásady „práva prináležia bdelým“ a zamedziť tak znehodnoteniu, resp. nevymožiteľnosti jeho majetkových práv a záujmov. Pokiaľ ide o tvrdený vznik škody, uviedol, že navrhovateľ svoje finančné prostriedky vložil do Družstva, s ktorým bol v právnom vzťahu a preto iba Družstvu vznikla povinnosť vrátiť mu vložené finančné prostriedky; a iba ak by sa navrhovateľ nedomohol úhrady svojej pohľadávky proti Družstvu v konkurznom konaní; ktoré doposiaľ nie je skončené a nie je skončené ani konanie o incidenčnej žalobe navrhovateľa vedené na Okresnom súde Bratislava I pod sp. zn. 5Cbi 63/2011; bolo by zrejmé, že mu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návrhu navrhovateľa na začatie prejudiciálneho konania pred Súdnym dvorom Európskej únie odôvodnil tým, že navrhovateľ nežiadal o posúdenie platnosti právneho aktu Európskej únie a preto ako súd prvého stupňa nemal povinnosť prejudiciálnu otázku formulovanú navrhovateľom predložiť Súdnemu dvoru Európskej únie, pričom takýto postup ani nie je nutný, keď odpovede na ním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odporcovi ich náhradu nepriznal, nakoľko mu v konaní žiadne trovy nevznikli. Proti tomuto rozsudku podal v zákonom stanovenej lehote do zamietajúceho výroku vo veci samej, odvolanie navrhovateľ,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O.s.p.) a rozhodnutie súdu prvého stupňa vychádza z nesprávneho právneho posúdenia veci (§ 205 ods. 2 písm. f/ O.s.p.). Uviedol, že v súvislosti s vložením peňažných prostriedkov do Družstva nemohol predpokladať, že dohľad Národnej banky Slovenska nad Prospektom investície je len formálny a preto; vychádzajúc z garancie Národnej banky Slovenska ako orgánu dohľadu; sa spoliehal na to, že mu škoda nevznikne. Zdôraznil,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 sa s argumentáciou odporcu, ktorý poukazoval na to, že vykonával dohľad nad činnosťou Družstva ako vyhlasovateľa verejnej ponuky majetkových hodnôt podľa ust. § 135 ods. 1 zák. č. 566/2001 Z.z., avšak nie dohľad nad jeho celkovou činnosťou a nesúhlasil so záverom súdu prvého stupňa, že neexistuje príčinná súvislosť medzi škodou a porušením zákonných povinností Národnou bankou Slovenska, spočívajúcim v nesprávnom výkone dohľadu. Dôvodil,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jeho záujmov. Poukázal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 spätne k 31.12.2006 a údaje o subjektoch s ktorými je Družstvo majetkovo prepojené boli neaktuálne minimálne od 01.10.2009. Zdôraznil, že prebiehajúce konkurzné konanie, v ktorom prihlásil svoju pohľadávku, mu nebráni podať návrh na náhradu škody proti štátu a nerobí jeho návrh predčasným, keď povinnosťou súdu bolo skúmať, či aktuálny stav konkurzného konania objektívne vylučuje možnosť jeho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Z.z. nevyžaduje predchádzajúce vysporiadanie súkromnoprávnych vzťahov a pripúšťa regresnú náhradu. Napokon namietal, že zo zápisníc o pojednávaní pred prvostupňovým súdom vyplýva, že listinné dôkazy vyžiadané prvostupňovým súdom, resp. predložené účastníkmi konania neboli riadne vykonané spôsobom podľa § 129 ods. 1 O.s.p. Odporca vo svojom vyjadrení k odvolaniu navrhovateľa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 sa v podanom odvolaní iba účelovo snaží dodatočne navrhovať vykonanie ďalších právne irelevantných dôkazov, ktoré odďaľujú vydanie rozhodnutí vo veci a vyfabulovať fiktívnu existenciu jeho údajného nesprávneho postupu, a to za stavu, keď nevyužil všetky možnosti na uplatnenie a vymoženie svojho nároku, nepodal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navrhovateľ v konaní poukazoval;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navrhovateľa a jej výška sa bude zisťovať v rámci incidenčných súdnych konaní a až následne, ak jej pohľadávka proti Družstvu nebude môcť byť uspokojená v rámci konkurzu, môže navrhovateľovi vzniknúť škoda. K námietke navrhovateľa, ktorý vytýkal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ods.2 O.s.p. v spojení s § 156 ods. 3 O.s.p.), a dospel k záveru, že odvolanie navrhovateľa nie je dôvodné. V posudzovanej veci vykonal súd prvého stupňa všetko dokazovanie potrebné na zistenie rozhodujúcich skutočností významných pre posúdenie dôvodnosti návrhu navrhovateľa, ktorým sa domáhal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navrhovateľovi nesprávnym úradným postupom Národnej banky Slovenska, pričom na vec aplikoval zodpovedajúce ustanovenia § 3 ods. 1, 2, § 9 ods. 1, 2, § 15 ods. 1, § 17 ods. 1 zák. č. 514/2003 Z.z. o zodpovednosti za škodu spôsobenú pri výkone verejnej moci a o zmene niektorých zákonov, § 129 ods. 3 Zákona o cenných papieroch, v znení účinnom od 01.06.2010 a svoje dôvody, pre ktoré návrhu navrhovateľa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 bol členom Družstva, pričom dňa 10.01.2011 požiadal Družstvo o zrušenie členstva v Družstve a v uvedený deň s ním zároveň uzavrel Dohodu o úprave niektorých práv a povinností, na základe ktorej mu Družstvo namiesto vyplatenia vyrovnacieho podielu vystavilo vlastnú zmenku na rad č. ID 2738, na zmenkovú sumu 6.022,72 eur, splatnú na videnie s doložkou „bez protestu“, ktorú pohľadávku si prihlásil do konkurzu vyhláseného na majetok Družstva, ako úpadcu, uznesením Okresného súdu Bratislava I zo dňa 11.04.2011, č.k. 3K/95/2010-21, právoplatným dňa 05.05.2011, avšak nakoľko správca konkurznej podstaty jeho pohľadávku v celom rozsahu poprel, podal proti nemu incidenčnú žalobu, o ktorej sa na Okresnom súde Bratislava I pod sp. zn. 5Cbi 63/2011 vedie konanie, ktoré zatiaľ nie je právoplatne skončené. Hmotnoprávnym základom pre uplatnenie práva navrhovateľa na náhradu škody bolo ustanovenie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navrhovateľa spočívať v tom, že oneskorene zistila neaktuálnosť Prospektu investícií Družstva a neprijala dostatočné opatrenia a sankcie, ktoré by zabránili nevymožiteľnosti pohľadávky navrhovateľa proti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V tejto súvislosti je v prvom rade potrebné zdôrazniť, že Národná banka Slovenska bola pri výkone dohľadu limitovaná Článkom 2 ods. 2 Ústavy Slovenskej republiky, podľa ktorého štátne orgány môžu konať iba na základe Ústavy, v jej medziach a v rozsahu a spôsobom, ktorý ustanoví zákon.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Z.z. o cenných papieroch v spojení s ust. § 125c ods. 1. zák. č. 566/2001 Z.z.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Z.z. o cenných papieroch, vykonanou zákonom č. 129/2010 Z.z. Súd prvého stupňa postupoval správne, keď sa nestotožnil s argumentáciou navrhovateľa, ktorý poukazoval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Na druhej strane, navrhovateľ si ako člen Družstva, ktoré uvedeným spôsobom zhodnocovalo portfólio, musel byť vedomý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 navrhovateľ v rozhodnom čase členom,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 vzťahu k Družstvu, či sekundárnu zodpovednosť Družstva voči navrhovateľovi.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navrhovateľa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poškodenému vzniknúť v dôsledku nevymožiteľnosti pohľadávky proti subjektu, na ktorého majetok bol vyhlásený konkurz, môže byť v občianskom súdom konaní úspešne uplatnený až vtedy, ak poškodený - navrhovateľ nemôže dosiahnuť uspokojenie svojej pohľadávky v konkurznom konaní. Správne preto prvostupňový súd konštatoval, že nakoľko navrhovateľ svoju pohľadávku; ktorá je predmetom tohto sporu; uplatnil v konkurze vyhlásenému na majetok Družstva uznesením Okresného súdu Bratislava I zo dňa 11.04.2011, č. k. 3K/95/2010 - 21, ktoré konkurzné konanie stále prebieha a právoplatne nie je skončené ani konanie na Okresnom súde Bratislava I o incidenčnej žalobe navrhovateľa vyvolanej popretím predmetnej pohľadávky správcom konkurznej podstaty, škoda mu ešte nevznikla, a návrh bol preto podaný predčasne, keď nárok na náhradu škody proti štátu by mohol navrhovateľ úspešne uplatniť iba vtedy, ak by preukázal, že sa uspokojenia jeho pohľadávky domáhal v konkurznom konaní bezúspešne. Z uvedeného vyplýva, že nemožno považovať za naplnený ani ďalší predpoklad vzniku zodpovednosti štátu za škodu, ktorým je existencia samotnej škody (analogicky rozhodnutie Najvyššieho súdu zo dňa 31. mája 2006, sp.zn. 4 Cdo199/2005, z odôvodnenia ktorého vyplýva, že rozhodnutie Najvyššieho súdu Slovenskej republiky, sp. zn. 4 Cz 110/84, publikované pod č. 4/87 vo Výbere rozhodnutí a stanovísk Najvyššieho súdu Slovenskej republiky, je stále použiteľné).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 v konaní nepreukázal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navrhovateľovi zo strany Družstva uhradená pohľadávka vo výške 6.022,72 eur, ktorá mu vznikla titulom nároku na úhradu vyrovnacieho podielu v súvislosti so zánikom jeho členstva v Družstve. Pokiaľ ide o námietku navrhovateľa, že súd prvého stupňa nevykonal dokazovanie listinnými dôkazmi predpísaným spôsobom, odvolací súd ju považuje za nedôvodnú a účelovú, keď z obsahu zápisnice o pojednávaní konanom dňa 23.01.2014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navrhovateľa na náhradu škody, ktorá mu mala vzniknúť nesprávnym úradným postupom Národnej banky Slovenska pri výkone dohľadu nad činnosťou Družstva a obchodníka s cennými papiermi, pričom navrhovateľ neuviedol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navrhovateľa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https://www.kauzis.sk/judikatura/r/ECLI:SK:KSBA:2015:1111244933.1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