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6Co/359/2015 z 20. 9. 2015</w:t>
      </w:r>
    </w:p>
    <w:p>
      <w:r>
        <w:t>Rozsudok Krajského súdu Bratislava z 20. septembra 2015, sp. zn. 6Co/359/2015, ECLI:SK:KSBA:2015:1111245001.2</w:t>
      </w:r>
    </w:p>
    <w:p>
      <w:r>
        <w:t>Súd: Krajský súd Bratislava</w:t>
      </w:r>
    </w:p>
    <w:p>
      <w:r>
        <w:t>Spisová značka: 6Co/359/2015</w:t>
      </w:r>
    </w:p>
    <w:p>
      <w:r>
        <w:t>ECLI: ECLI:SK:KSBA:2015:1111245001.2</w:t>
      </w:r>
    </w:p>
    <w:p>
      <w:r>
        <w:t>Dátum vydania: 20. 9. 2015</w:t>
      </w:r>
    </w:p>
    <w:p>
      <w:r>
        <w:t>Forma: Rozsudok</w:t>
      </w:r>
    </w:p>
    <w:p>
      <w:r>
        <w:t>Oblasť práva: Občianske právo</w:t>
      </w:r>
    </w:p>
    <w:p>
      <w:pPr>
        <w:pStyle w:val="Heading2"/>
      </w:pPr>
      <w:r>
        <w:t>Text rozhodnutia</w:t>
      </w:r>
    </w:p>
    <w:p>
      <w:r>
        <w:t>Súd: Krajský súd Bratislava Spisová značka: 6Co/359/2015 Identifikačné číslo súdneho spisu: 1111245001 Dátum vydania rozhodnutia: 21. 09. 2015 Meno a priezvisko sudcu, VSÚ: JUDr. Darina Kuchtová ECLI: ECLI:SK:KSBA:2015:1111245001.2 ROZSUDOK V MENE SLOVENSKEJ REPUBLIKY Krajský súd v Bratislave, v senáte v zložení: predsedníčka senátu JUDr. Darina Kuchtová a členovia senátu: JUDr. Martin Murgaš a JUDr. Branislav Král, v právnej veci žalobcu: Š. Š., G.. XX. XX. XXXX, K. J. F.. Č.. XX, K., zastúpený: FUTEJ &amp; Partners, s. r. o., Radlinského č. 2, Bratislava, IČO: 35 955 341, proti žalovanej: Slovenská republika, zastúpená Národnou bankou Slovenska, ul. Imricha Karvaša č. 1, Bratislava, IČO: 30 844 789, o náhradu škody vo výške 1.566,85 eur s príslušenstvom, na odvolanie žalobcu proti rozsudku Okresného súdu Bratislava I zo dňa 05. februára 2015, č. k. 12C/219/2011-203, takto r o z h o d o l : Krajský súd v Bratislave rozsudok Okresného súdu Bratislava I v Bratislave zo dňa 05. februára 2015, č. k. 12C/219/2011-203, v napadnutej časti p o t v r d z u j e . Žalovanej náhradu trov odvolacieho konania n e p r i z n á v a. o d ô v o d n e n i e : Súd prvého stupňa napadnutým rozsudkom zamietol návrh žalobcu, ktorým sa domáhal uložiť žalovanej povinnosť zaplatiť mu sumu 1.566,85 eur s 9,25 % úrokom z omeškania, ročne, od 19. apríla 2011 do zaplatenia, titulom náhrady škody, spôsobenej nesprávnym úradným postupom G.Á. K. A. podľa zák. č. 514/2003 Z. z., o zodpovednosti za škodu, spôsobenú pri výkone verejnej moci a o zmene niektorých zákonov a zároveň zamietol návrh žalobcu zo dňa 10. 01. 2014 na podanie prejudiciálnej otázky Súdnemu dvoru Európskej únie. Svoje rozhodnutie v časti výroku, ktorým návrh na zaplatenie istiny 1.566,85 eur s príslušenstvom zamietol odôvodnil právne ust. § 3 ods. 1, § 3 ods. 2, § 9 ods. 1, § 15 ods. 1, § 17 ods. 1 zák. č. 514/2003 Z. z. o zodpovednosti za škodu, spôsobenú pri výkone verejnej moci a o zmene niektorých zákonov a vecne tým, že žalobca v konaní vznik škody a nesprávny úradný postup žalovanej, ako ani príčinnú súvislosť medzi škodou a nesprávnym úradným postupom, nepreukázal. Uviedol, že žalobca v konaní nepreukázal ani existenciu škody ako majetkovej ujmy, ale ani namietaný nesprávny úradný postup žalovanej, keď v návrhu riadne nešpecifikoval, v čom konkrétne mal spočívať nesprávny úradný postup žalovanej vo vzťahu k jeho osobe, neuviedol akým konkrétnym konaním alebo nekonaním mala žalovaná porušiť konkrétne povinnosti, akú konkrétnu činnosť zanedbala a mala vykonať, neuviedol ani v akom období sa mala dopustiť prípadnej nečinnosti alebo prieťahov v konaní, všetko vo väzbe na jeho osobu a vznik majetkovej ujmy. Poukázal na skutočnosť, že žalobca doplnil žalobu podaním zo dňa 11. 04. 2013, v ktorom mal byť podľa vyjadrenia jeho právneho zástupcu špecifikovaný nesprávny úradný postup žalovanej z vecného a časového hľadiska, a preto z tejto špecifikácie vychádzal s tým, že nesprávny úradný postup žalovanej mal spočívať v oneskorenom zistení neaktuálnosti údajov zahrnutých do Prospektu investície, a tým neplatnosti Prospektu investície a následnom oneskorení zakázania činnosti Družstva, prijatí nedostatočných opatrení na nápravu protiprávneho stavu po zisteniach v Prerokovaní nedostatkov podľa zápisu zo dňa 24. 08. 2007 a v prijatí nedostatočných opatrení na nápravu protiprávneho stavu po zistení závažných pochybení obchodníka pri činnosti voči Družstvu. K tvrdeniu žalobcu, že sa žalovaná dopustila nesprávneho úradného postupu tým, že oneskorene zistila neaktuálnosť údajov zahrnutých do Prospektu investície, a tým neplatnosť Prospektu investície a následne oneskorene zakázala činnosť Družstva uviedol, že dohľad G. K. A. nad činnosťou Družstva, ako vyhlasovateľa verejnej ponuky majetkových hodnôt, bol regulovaný zákonom č. 566/2001 Z. 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 z.) s tým, že k takým povinnostiam patrila počnúc od 01. 01. 2009 i povinnosť aktualizácie Prospektu investície podľa § 125c ods. 1, v spojení s § 127 ods. 4 zákona č. 566/2001 Z. z. a počnúc od 01. 06. 2010 povinnosť dodržiavania Prospektu investície podľa § 129 ods. 3 zákona č. 566/2001 Z. z., pričom v prípade nastania novej významnej skutočnosti, vecnej chyby alebo nepresnosti, týkajúcej sa údajov zahrnutých do Prospektu investície, ktorá by mohla ovplyvniť správne hodnotenie majetkových hodnôt, malo Družstvo tieto uviesť v dodatku Prospektu investície. Poukázal na skutočnosť, že povinnosť aktualizácie Prospektu investície sa vzťahovala primárne na Družstvo, ktoré malo v takom prípade vypracovať dodatok Prospektu investície a predložiť ho na schválenie G. K. A. a ak štatutárny orgán Družstva nesplnil povinnosť a o nových významných skutočnostiach nepredložil dodatok k Prospektu investície, G. K. A.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nakoľko G. K. A. nemala právomoc vykonávať dohľad nad celkovou činnosťou Družstva. Uviedol, že Družstvo až do 15. 04. 2010, kedy požiadalo o preskúmanie postupu obchodníka s cennými papiermi, nesignalizovalo G. K. A. zhoršenie jeho finančnej situácie, príp. nedostatky v činnosti obchodníka s cennými papiermi s tým, že pri výkone dohľadu na mieste samom v dňoch od 20. 04. do 06. 05. 2010 G. K. A. zistila zmeny v údajoch v Prospekte investície, ktoré by mohli ovplyvniť hodnotenie majetkových hodnôt, s následkom neaktuálnosti Prospektu investície, nie však jeho neplatnosti (ako sa mylne domnieval žalobca), pretože zo žiadnych ustanovení zákona č. 566/2001 Z. z. nevyplýva neplatnosť Prospektu investície pre neaktuálnosť jeho údajov (tá sa vzťahuje len na Prospekt cenných papierov podľa § 123 zákona č. 566/2001 Z. z.). Poukázal na skutočnosť, že G. K. A. vyzvala Družstvo na predloženie žiadosti o schválenie dodatku Prospektu investície a ako vyplýva z jej rozhodnutia zo dňa 26. 08. 2010, č. OPK-5664/1-5/2010, Družstvo predmetnú žiadosť G. K. 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Súd prvého stupňa v dôvodoch svojho rozhodnutia ďalej uviedol, že G. K. A. medzičasom iniciovala konanie o uložení sankcie podľa § 144 ods. 4 zákona č. 566/2001 Z. z. za porušenie ustanovení § 129 ods. 3 citovaného zákona, ktoré ukončila vydaním rozhodnutia dňa 30. 05. 2011, č. ODT-10890-4/2010 a ktorým zakázala Družstvu predaj majetkových hodnôt, z čoho vyplýva, že konala v rámci svojich oprávnení stanovených zákonom a v jej postupe nezistil namietaný nesprávny úradný postup. K tvrdeniu žalobcu, že nesprávny úradný postup žalovanej spočíval v prijatí nedostatočných opatrení na nápravu protiprávneho stavu po zisteniach v Prerokovaní nedostatkov podľa zápisu zo dňa 24. 08. 2007 uviedol, že predmetom konania je nesprávny úradný postup žalovanej a nie obchodníka s cennými papiermi; preto v priamej príčinnej súvislosti s ním mohla vzniknúť škoda len Družstvu a nie žalobcovi, ktorý nebol v žiadnom záväzkovom, ani inom vzťahu s obchodníkom s cennými papiermi, nakoľko účastníkom vzťahu vzniknutého na základe zmluvy o riadení portfólia bolo len Družstvo, a preto z tohto právneho vzťahu potom vyplývali práva a povinnosti len jeho účastníkom. Poukázal na skutočnosť, že dohľad G. K. A. bol limitovaný zákonom č. 566/2001 Z. z. a preto informácie a podklady, ktoré mala G. K. A.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keď zákon Družstvu neukladal povinnosti v oblasti obmedzenia a rozloženia rizika, prípadne krytia rizika s tým, že G. K. A. na základe údajov o štruktúre majetku Družstva k 31. 12. 2005 a 31. 12. 2006 síce zistila nedostatky v oblasti dodržiavania Prospektu investície, avšak podľa právnej úpravy platnej v danom období (rok 2007), nemohla uložiť Družstvu sankciu, pretože povinnosť dodržiavať Prospekt investície sa v tom čase na vyhlasovateľa verejnej ponuky majetkových hodnôt nevzťahovala. Uviedol, že G. K. 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a preto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01. 06. 2010. Nestotožnil sa s argumentáciou žalobcu, že žalovaná sa dopustila nesprávneho úradného postupu tým, že prijala nedostatočné opatrenia na nápravu protiprávneho stavu po zistení závažných pochybení obchodníka s cennými papiermi pri činnosti voči Družstvu, z dôvodu absencie priamej príčinnej súvislosti s prípadnou škodou na strane žalobcu s tým, že z listinných dôkazov, najmä jednotlivých rozhodnutí G.P. K. A. o uložení pokuty vo výške 500.000,- Sk (rozhodnutie zo dňa 08. 01. 2008, č. OPK 9750/3/2007), vo výške 300.000,- Sk (rozhodnutie zo dňa 20. 08. 2008, č. OPK-9750-5/2007) je zrejmé, že G. K. A. činnosť obchodníka s cennými papiermi sledovala, pričom nebolo jej povinnosťou informovať Družstvo o výsledných zisteniach, nakoľko § 2 ods. 2 zák. č. 747/2004 Z. z. o dohľade ustanovuje, že dohľad nad dohliadanými subjektmi je neverejný a konanie pred G. K. A. vo veciach dohľadu je rovnako neverejné. Súd prvého stupňa v dôvodoch svojho rozhodnutia ďalej uviedol, že účastníkom v konaní o uložení pokuty alebo inej sankcie alebo opatrenia na nápravu, je len dohliadaný subjekt alebo iná osoba, ktorej sa má pokuta, prípadne sankcia uložiť a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s tým, že bolo zároveň povinnosťou žalobcu, ako člena Družstva, aktívne a včas sa zaujímať o svoje práva a ich výkon voči Družstvu a jeho orgánom v zmysle zásady "práva patria bdelým" a zamedziť tak znehodnoteniu, príp. nevymožiteľnosti svojich majetkových a iných práv súvisiacich s Družstvom. K listinným dôkazom, týkajúcich sa vzťahu medzi Družstvom a obchodníkom s cennými papiermi, ktoré založil do súdneho spisu žalobca, uviedol, že sa s nimi oboznámil, avšak bližšie ich nevyhodnocoval, nakoľko predmetom konania nebol nesprávny úradný postup žalovanej pri výkone dohľadu nad obchodníkom s cennými papiermi. Poukázal na skutočnosť, že Úrad pre finančný trh, rozhodnutím zo dňa 21. marca 2002 schválil PODIELOVÉMU DRUŽSTVU SLOVENSKÉ INVESTÍCIE (ďalej len „Družstvo“) Prospekt investície, v ktorom Družstvo vyhlásilo, že skutočnosti v ňom uvedené sú úplné a pravdivé s tým, že Úrad pre finančný trh v upozornení zo dňa 13. mája 2003 Družstvo upozornil, že podľa § 127 ods. 4 a § 122 ods. 5 zák. č. 566/2001 Z. z. vo vtedy účinnom znení, nebol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 c. p., a. 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vo svojom rozhodnutí poukázal na skutočnosť, že G. K. A., na základe kontroly vykonanej v roku 2007, rozhodnutím zo dňa 08. januára 2008, č. OPK-9750-3/2007, uložila obchodníkovi s cennými papiermi pokutu vo výške 500.000,- Sk za porušenie ust. § 54 ods. 2, § 73 ods. 1 písm. a), § 74 ods. 1, § 74 ods. 7 písm. b) zák. č. 566/2001 Z. z. (ktoré bolo zrušené rozhodnutím druhostupňového správneho orgánu - Bankovej rady G. - č. GUV 841/2008 zo dňa 7. 5. 2008), rozhodnutím zo dňa 20. augusta 2008, č. OPK-9750-5/2007 uložila obchodníkovi s cennými papiermi opätovne pokutu vo výške 300.000,- Sk za porušenie ustanovení § 54 ods. 2, § 73 ods. 1 písm. a), § 74 ods. 1, § 74 ods. 7 písm. b) zákona č. 566/2001 Z. z., pričom medzičasom G. K. A. rozhodnutím zo dňa 22. 04. 2008, č. OPK-2744-5/2007-PLP, zmenila podľa § 59 ods. 4 zákona č. 566/2001 Z. z. obchodníkovi s cennými papiermi povolenie na poskytovanie investičných služieb, udelené rozhodnutím zo dňa 22. 04. 2003 a povolila, okrem iného,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Súd prvého stupňa vo svojom rozhodnutí ďalej uviedol, že po obdržaní výpovede obchodníka s cennými papiermi zo zmluvy o riadení portfólia zo dňa 30. 03. 2010, Družstvo požiadalo listom zo dňa 15. 04. 2010 G. K. A. o preskúmanie postupu obchodníka s cennými papiermi a o výkon dohľadu na mieste, dôvodiac tým,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a ďalším listom zo dňa 23. 04. 2010 žiadalo Družstvo G. K. A. o zjednanie nápravy v činnosti obchodníka s cennými papiermi, pretože tento si neplnil svoje základné povinnosti voči Družstvu, ako subjektu dohliadanému zo strany G. K. A., spočívajúce v zabezpečení zhodnotenia finančných prostriedkov jemu zverených do správy. Poukázal na skutočnosť, že v súvislosti s oznámením Družstva zo dňa 10. 05. 2010 o tom, že ročná finančná správa Družstva za rok 2009 bola uverejnená na internetovej stránke, G. K. A. upozornila Družstvo listom zo dňa 14. 05. 2010, že ročná finančná správa za rok 2009 neobsahuje náležitosti podľa zákona č. 566/2001 Z. z., žiadala o jej doplnenie a súčasné upozornenie používateľov internetu, že účtovná závierka za rok 2009 nebola overená audítorom a bude v zmysle rozhodnutia predstavenstva Družstva prepracovaná a listom zo dňa 01. 06. 2010 si G. K. A. vyžiadala od Družstva bližšie špecifikované doklady, najmä uzavreté kúpne zmluvy, generálne splnomocnenia pre T.. L. Č., T.. J. B., R.. na zastupovanie Družstva, ako aj doklady o finančnom vysporiadaní podľa Zmluvy o kúpe cenných papierov zo dňa 05. 10. 2009 a dňa 12. 07. 2010 rozhodnutie o predbežnom opatrení, č. ODT-8305/2010, ktorým podľa § 25 ods. 1 písm. a) zákona č. 747/2004 Z. z. o dohľade nad finančným trhom uložila obchodníkovi s cennými papiermi povinnosť zdržať sa nakladania s majetkom klientov, ktorý mu bol zverený bez písomného súhlasu G. K. A., keďže na základe oznámenia klientov, najmä Družstva, vzniklo dôvodné podozrenie z možného poškodenia klientov obchodníka s cennými papiermi a napokon Rozhodnutím zo dňa 21. 12. 2010, č. ODT-8305-5/2010, podľa § 144 ods. 1 písm. l) zákona č. 566/2001 Z. z. odobrala obchodníkovi s cennými papiermi povolenie na poskytovanie investičných služieb z dôvodov podľa § 156 ods. 2 písm. a), § 55 ods. 7,9, § 85 ods. 2 v spojení s § 84 ods. 1 písm. b), § 76 ods. 2 a § 77 ods. 7 zákona č. 566/2001 Z. z. s tým, že správnosť predmetného rozhodnutia potvrdila v konaní o rozklade Banková rada G.Á. K. A. rozhodnutím zo dňa 01. 03. 2011, č. GUV-274/2011. Uviedol, že G. K. A. rozhodnutím zo dňa 26. 08. 2010, č. OPK-5664/1-5/2010, zastavila konanie začaté na žiadosť Družstva o schválenie dodatku k Prospektu investície z dôvodu, že i napriek poskytnutiu dodatočnej lehoty na odstránenie nedostatkov, žiadosť neobsahovala náležitosti stanovené zákonom, pričom správnosť rozhodnutia potvrdila Banková rada G.P. K. A. rozhodnutím zo dňa 07. 12. 2010, č. GUV-1744/2010 a ďalším rozhodnutím zo dňa 30. 05. 2011, č. ODT-10890-4/2010, zakázala Družstvu, ako vyhlasovateľovi verejnej ponuky majetkových hodnôt, predaj majetkových hodnôt podľa § 144 ods. 4 písm. c) zákona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keď sa G. K. A. dozvedela, že u Družstva nastali také zmeny, pre ktoré sa Prospekt investície stal neaktuálny a Družstvo neurobilo žiadne kroky k náprave a k tomu, aby stav Družstva uviedlo do súladu s údajmi v Prospekte investície a nakoľko zistila, že pri výkone dohľadu na diaľku niektoré skutočnosti nasvedčovali tomu, že neznámym páchateľom bol spáchaný skutok, ktorý by mohol naplniť znaky skutkovej podstaty trestného činu, podala dňa 27. 07. 2010 trestné oznámenie na Prezídium Policajného zboru, odbor boja proti korupcii, Bratislava. Súd prvého stupňa vo svojom rozhodnutí ďalej uviedol, že G. K. A. požiadala Družstvo listom zo dňa 26. 04. 2007 v zmysle § 35 ods. 1 zákona č. 747/2004 Z. z. o dohľade, v spojení s § 126 ods. 5 zákona č. 566/2001 Z. z.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pričom Družstvo listom zo dňa 09. 05. 2007 a zo dňa 20. 08. 2007 predložilo audítorskú správu a konsolidovanú účtovanú závierku za rok 2006 a zároveň reagovalo dňa 02. 06. 2008 aj na žiadosť o odstránenie nedostatkov náležitostí polročnej správy za I. polrok 2007 a dňa 08. 09. 2008 vo vzťahu k polročnej finančnej správe za polrok 2008. Uviedol, že G. K. A. zistila,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dospela k záveru, že Družstvo v tomto smere nedodržuje Prospekt investície a považovala za vhodné, aby sa v aktívach Družstva nachádzali finančné nástroje aj iných subjektov, ako subjektov nachádzajúcich sa v skupine CI HOLDING, a. s., z dôvodu rozloženia investičného rizika a odporučila zosúladiť štruktúru aktív Družstva podľa schváleného Prospektu investície najneskôr do 31. 12. 2007 a Družstvo sa zaviazalo zaslať písomné stanovisko o spôsobe riešenia daného stavu do 15. 10. 2007 s tým, že Družstvo listom zo dňa 29. 01. 2008 informovalo G. K. A., že počnúc od 01. 01. 2008 nakupuje do portfólia vždy tri zmenky od troch samostatných právnych subjektov, namiesto doterajšej jednej zmenky jedného emitenta, ktoré opatrenie zabezpečí súlad v rozložení investičného rizika so schváleným znením Prospektu investície. Súd prvého stupňa v dôvodoch svojho rozhodnutia poukázal na skutočnosť, že Okresný súd Bratislava I uznesením zo dňa 11. apríla 2011, sp. zn. 3K/95/2010, právoplatným dňa 5. mája 2011, vyhlásil konkurz na majetok Družstva, ako úpadcu, do funkcie správcu ustanovil M.. M. L.É., ktorý dňa 24. 08. 2011 podal správu o priebehu konkurzu pre účely prvej schôdze veriteľov a v ktorej, okrem iného, k podnikateľskej činnosti Družstva v súvislosti so zmluvou o riadení portfólia uviedol, že nič nenasvedčuje tomu, že by sa obchody uskutočnili v súlade s touto zmluvou, keď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s tým, že počas celého svojho fungovania Družstvo pritom poukazovalo na to, že jeho činnosť je pod dohľadom G. K. A., pričom pohľadávky prihlásené do konkurzu, resp. ich masa bola vyššia ako stanovený odhad skutočných vkladov a nachádzali sa medzi nimi aj fiktívne pohľadávky, ktoré však správca konkurznej podstaty nevedel určiť. Poukázal na skutočnosť, že správca konkurznej podstaty oznámil listom zo dňa 20. 06. 2014, že konkurz prebieha od 19. 04. 2011, nie je právoplatne skončený, do konkurzu bolo prihlásených cca 2450 pohľadávok, približne 2000 veriteľov, ktorí si uplatňujú nároky voči úpadcovi v celkovej výške viac ako 32,5 milióna eur a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s tým, že žalobca svoju pohľadávku voči Družstvu prihlásil do konkurzu v konaní, vedenom na Okresnom súde Bratislava I pod sp. zn. 3K/95/2010, ale z dôvodu formálnych nedostatkov nebola zaradená medzi prihlášky. Výrok, ktorým návrh žalobcu zo dňa 10. 01. 2014 na podanie prejudiciálnej otázky Súdnemu dvoru Európskej únie zamietol odôvodnil právne ust. § 109 ods. 1 písm. c) O. s. p., čl. 267 Zmluvy o fungovaní Európskej únie a vecne nedôvodnosťou podaného návrhu, nakoľko v prejednávanej veci rozhodoval ako súd prvého stupňa, žalobca nežiadal o výklad platnosti právneho aktu Európskej únie, a preto nebol povinný obrátiť sa so žiadosťou na Súdny dvor Európskej únie a iniciovať tak prejudiciálne konanie o nastolených otázkach s tým, že žalobcom navrhovaný postup je neopodstatnený, keďže odpovede na prejudiciálne otázky nie sú potrebné na rozhodnutie o veci. Uviedol, že nakoľko predmetom konania je nárok žalobcu na náhradu škody, z titulu zodpovednosti štátu za tvrdený nesprávny úradný postup G. K. A., ktorý by mal, okrem iného, spočívať aj v zanedbaní jej dohľadu nad činnosťou Družstva, ako vyhlasovateľa verejnej ponuky majetkových hodnôt, ktorá spadala pod predmet úpravy zákona č. 566/2001 Z. z., do ktorého bola transponovaná smernica Európskeho parlamentu a Rady č. 2003/71/ES zo dňa 04. 11. 2003 o prospekte, ktorý sa zverejňuje pri verejnej ponuke cenných papierov alebo ich prijatí na obchodovanie, a o zmene a doplnení smernice 2001/34/ ES (viď bod 7. zoznamu prebraných právne záväzných aktov EÚ), ktorá sa týka primárne právnej úpravy vzťahujúcej sa k prospektu, ktorý sa zverejňuje pri verejnej ponuke cenných papierov alebo ich prijatí na obchodovanie s tým, že pri smerniciach ako sekundárnych právnych aktoch Európskej únie platí, že štát je povinný prevziať obsah transpozičného ustanovenia a formulovať ho jasne, presne a transparentne tak, ako je formulovaný obsah samotných preberajúcich článkov smernice a nakoľko označená smernica Európskeho parlamentu a Rady 2003/71/ES bola transponovaná do nášho právneho poriadku, do zákona č. 566/2001 Z. z. a týkala sa primárne oblasti právnej úpravy prospektu, zverejňovanom pri verejnej ponuke cenných papierov, a nie pri verejnej ponuke majetkových hodnôt, a bola transponovaná v jej súlade, dospel k záveru, že vo vzťahu k prejednávanej veci je irelevantné zaoberať sa otázkami uvedenými žalobcom v návrhu na začatie prejudiciálneho konania. Rozhodnutie o trovách konania odôvodnil právne ust. § 142 ods. 1 O. s. p. a vecne úspechom žalovanej v konaní, ktorej náhradu trov nepriznal, nakoľko o ich priznanie nepožiadala a v konaní jej ani žiadne trovy nevznikli. Proti tomuto rozsudku v časti výroku, ktorým súd prvého stupňa návrh žalobcu na zaplatenie istiny 1.566,85 eur s príslušenstvom zamietol, podal žalobca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v napadnutej časti zmeniť a jeho návrhu vo veci samej vyhovieť, resp. rozsudok súdu prvého stupňa v celom rozsahu zrušiť a vec vrátiť na ďalšie konanie. Zároveň žiadal priznať náhradu trov konania. V dôvodoch svojho odvolania namietol, že súd prvého stupňa nezohľadnil, že G. K. 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G. K. A., ako orgánu dohľadu a nemohol predpokladať, že dohľad nad Prospektom investície je podľa G. K. A. len formálny, resp., že takýto je jeho obsah podľa výkladu žalovanej, pretože zákon o dohľade takýmto spôsobom obsah dohľadu nad Prospektom investícií nedefinoval a postup G. K. A. bol preto svojvoľný v neprospech každého, ktorý sa na žalovanú z hľadiska stability a ochrany investície spoľahol. Argument žalovanej,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G. K. A., spočívajúcom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G. K. 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G. K. A. napriek tomu, že žalovaná v priebehu celého konania tvrdila opak, a preto mala G. K. A. zisťovať všetky informácie a podklady o dodržiavaní, resp. nedodržiavaní povolení na činnosť vydaných G. K. A. Družstvu (Prospekt investícií, vydaný vtedajším Úradom pre finančný trh a následne pravidelne kontrolovaný G. K. A.) a obchodníkovi s cennými papiermi s tým, že povinný zákonný dohľad zo strany G. K. 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T.. J. B., R.. preukázané, že G. K. 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G. K. A. sa po zistení o rizikovosti portfólia Družstva uspokojila s takou nápravou stavu, že toto portfólio bolo po tomto vytknutí zo strany G. K. A.,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T.. L. Č., vtedajší predseda predstavenstva obchodníka. Uviedol, že G. K. 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G. K. A.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G. K. 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G. K. A.. Vo svojom odvolaní ďalej uviedol, že G. K. A. rozhodnutím zo dňa 30. mája 2011, č. ODT-10890-4/2010, právoplatným dňa 18. júla 2011 zakázala Družstvu predaj majetkových hodnôt z dôvodu neaktuálnosti Prospektu investícií s tým, že G. K. A. ustálila trvanie neaktuálnosti Prospektu až od mája 2010 účelovo, nakoľko údaje zahrnuté do Prospektu boli v skutočnosti neaktuálne dlhodobo pred májom 2010, spätne k 31. decembru 2006, kedy došlo v sídle G. K. 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G. K. A. voči Družstvu úradne zasiahla až v máji 2011, kedy činnosť Družstva zakázala. Uviedol, že žiadna platná právna norma neumožňuje vysloviť záver o predčasnosti podania žaloby, a to ani vtedy, ak žalobca doposiaľ nemal možnosť vymôcť plnenie od subjektu, ktorý jediný je podľa názoru žalovanej, ako aj súdu prvého stupňa, povinný mu dané plnenie vrátiť.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tak, ako to tvrdí žalovaná. Pokiaľ by sa pripustil názor, že prebiehajúce konkurzné konanie vylučuje podanie občianskoprávnej, či inej žaloby o náhradu škody, potom by zákon č. 7/2005 Z. z. o konkurze a reštrukturalizácii fakticky suspendoval Občiansky zákonník, zákon o zodpovednosti za škodu, ako i zákon č. 300/2005 Z. z. (trestný zákon ), a to až do doby právoplatného skončenia konkurzného konania (čo by mohlo trvať i niekoľko rokov). Súčasne by to znamenalo, že občianskoprávna zodpovednosť, zodpovednosť štátu, či trestnoprávna zodpovednosť je subsidiárna voči zodpovednosti úpadcu podľa zákona o konkurze.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6MCdo/11/2010. Žalovaná vo svojom vyjadrení k odvolaniu žalobcu uviedla, že navrhuje rozsudok súdu prvého stupňa v napadnutej časti potvrdiť, nakoľko prvostupňový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prvého stupňa. Nesúhlasila s tvrdením žalobcu,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žalobcu, a preto jeho tvrdenie, že rozsudok súdu prvého stupňa v napadnutej časti považuje za denegatio iustitiae, je účelové. Žalovaná vo svojom vyjadrení uviedla, že žalobca sa účelovo snaží dodatočne navrhovať vykonanie ďalších právne irelevantných dôkazov, ktoré iba odďaľujú vydanie rozhodnutia vo veci a zároveň sa snaží vyfabulovať fiktívnu existenciu jej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Poukázala na skutočnosť, že kompetencie G. K. 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G. K. 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žalobca mohol požiadať G. K. A. o vysvetlenie jej zákonom zverených kompetencií v oblasti dohľadu nad finančným trhom a muselo mu byť známe, že s investíciou je spojené aj riziko a doterajší alebo propagovaný výnos nie je zárukou budúcich výnosov s tým, že G. K. 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G. K. 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G. K. 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G. K. 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G. K. 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G. K. 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G. K. 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V ďalšom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Odvolací súd preskúmal vec, viazaný rozsahom a dôvodmi odvolania podľa § 212 ods. l O. s. p., v znení účinnom od 01.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21. 9.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žalobca bol odo dňa 10. 04. 2001 členom PODIELOVÉHO DRUŽSTVA SLOVENSKÉ INVESTÍCIE, Poľná č. 1, Bratislava, IČO: 35 784 717 (ďalej „Družstvo“), toho času v konkurze vyhlásenom uznesením Okresného súdu Bratislava I zo dňa 11. apríla 2011, č. k. 3K/95/2010-21, právoplatným dňa 5. mája 2011, pričom v dôsledku žiadosti žalobcu o zrušenie členského podielu došlo k zániku jeho členstva v Družstve a vznikol mu nárok na vyplatenie vyrovnacieho podielu vo výške 1.566,85 eur. Z obsahu spisu ďalej vyplýva, že dňa 2. júna 2008 bola medzi Družstvom, ako klientom a obchodnou spoločnosťou CAPITAL INVEST, o. c. p., a. 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G. K. A. rozhodnutím zo dňa 21. decembra 2010, č. ODT-8305-5/2010, odobrala obchodníkovi s cennými papiermi povolenie na poskytovanie investičných služieb, potvrdeným rozhodnutím Bankovej rady G. K. A. zo dňa 1. marca 2011, č. GUV-274/2011 (ďalej „rozhodnutie o odobratí povolenia“) a rozhodnutím zo dňa 30. mája 2011, č. ODT-10890-4/2010, G. K. 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žalobca návrhom, podaným na súd prvého stupňa dňa 30. decembra 2011, domáhal uloženia povinnosti žalovanej zaplatiť mu škodu v sume 1.566,85 eur s 9,25 % úrokom z omeškania, ročne od 19. apríla 2011 do zaplatenia, ktorá mu vznikla v príčinnej súvislosti s nesprávnym úradným postupom G.P. K. A., špecifikovanom v podanom návrhu na začatie konania a doplnenom v podaní zo dňa 11. 04. 2013, ktorý spočíval v tom, že G. K. A. oneskorene zistila neaktuálnosť Prospektu investícií Družstva, keď Družstvo porušovalo ust. § 129 ods. 3, v spojení s ust. § 128 ods. 1 písm. b), c), h) a ust. § 125c ods. 1, v spojení s ust. § 127 ods. 4 zák. č. 566/2001 Z. z. o cenných papieroch a G. K. A. zasiahla až v máji 2011, kedy vydaním rozhodnutia o zákaze činnosti, zakázala Družstvu činnosť, hoci neaktuálnosť Prospektu investícií bola už od 31. decembra 2006, v prijatí nedostatočných opatrení zo strany G. K. 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G. K. A. pri výkone dohľadu sleduje a má sledovať, G. K. A. prijala od 20. augusta 2008 do 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V posudzovanej veci sa žalobca voči štátu domáha náhrady škody, ktorá mu mala byť spôsobená nesprávnym úradným postupom G. K. A. podľa zák. č. 514/2003 Z. z. o zodpovednosti za škodu, spôsobenú pri výkone verejnej moci a o zmene niektorých zákonov (ďalej „zák. č. 514/2003 Z. z.“). Hmotnoprávnym základom pre uplatnenie práva žalobcu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G. K. A. v preskúmavanej veci bol nesprávny, je normatívne vyjadrenie „správneho úradného postupu“ a zistenie, že G. K. A. tento postup nezachovala s tým, že v posudzovanej veci nesprávny úradný postup žalovanej mal spočívať aj v tom, že G. K. A. oneskorene zistila neaktuálnosť Prospektu investícií Družstva. V tejto súvislosti je potrebné uviesť, že ak v posudzovanej veci úradným postupom je postup G. K. A., ako orgánu štátu, súvisiaci s výkonom štátnej (verejnej) moci, ktorý sa dotýka žalobcu, predovšetkým jeho individuálnych práv a povinností, tak neobstojí jeho námietka, spočívajúca v tvrdení, že povinnosťou G. K. 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G. K. 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G.P. K. 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G. K. A. skúmať ani túto povinnosť prostredníctvom výkonu dohľadu, keď Družstvo samo o sebe nebolo povinné Prospekt investície dodržiavať. Nebolo možné sa stotožniť ani s námietkou žalobcu, o povinnosti G. K. A. v oblasti skúmania rizikovosti portfólia Družstva, nakoľko zákon č. 566/2001 Z. z. o cenných papieroch, neukladal vyhlasovateľovi verejnej ponuky majetkových hodnôt v tomto smere žiadne povinnosti, a preto ani G. K. 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G. K. A. a štát by sa nemohol zbaviť zodpovednosti za postup G. K. A. iba v prípade, ak by sa jeho postup ukázal mylným, zasahujúcim do základných práv žalobcu, ktorý však nemôže vychádzať z toho, ako takýto postup žalobca vyhodnotil, ale musí vychádzať výlučne z toho, že nemožno prisúdiť G. K. 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G. K. A. zo dňa 21. decembra 2010, č. ODT-8305-5/2010, ktorým odobrala obchodníkovi s cennými papiermi povolenie na poskytovanie investičných služieb, potvrdeným rozhodnutím Bankovej rady G. K. A. zo dňa 1. marca 2011, č. GUV-274/2011, vykonával obchodník s cennými papiermi túto činnosť, ako regulovanú G. K. 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Nebolo možné stotožniť sa ani s námietkou žalobcu, o nedostatočných opatreniach G. K. A. na nápravu protiprávneho stavu po zistení závažných pochybení obchodníka s cennými papiermi pri činnosti voči Družstvu, nakoľko odhliadnuc od aktívneho prístupu G. K. A. k obchodníkovi s cennými papiermi, preukázaného jej rozhodnutím zo dňa 8. januára 2008, č. OPK-9750/3/2007, ktorým uložila obchodníkovi s cennými papiermi pokutu vo výške 16.596,96 eur (500.000,- Sk), kedy po zrušení a vrátení veci na ďalšie konanie Bankovou radou G. K. 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Žalobca sa nemôže v konaní domáhať náhrady škody titulom nesprávneho úradného postupu, ktorý má spočívať v takom pochybení v postupe G. K. A., ktoré sa týkajú hmotnoprávneho posúdenia veci; keď takéto hmotnoprávne pochybenia sa môžu priamo odraziť v obsahu rozhodnutí G. K. 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G. K. 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G. K. A. bol v súlade s článkom 2 ods. 2 Ústavy Slovenskej republiky, podľa ktorého štátne orgány môžu konať iba na základe Ústavy, v jej medziach, v rozsahu a spôsobom, ktorý ustanoví zákon, a preto pokiaľ G. K. A. zisťovala podmienky a predpoklady pre vydanie vyššie uvedených rozhodnutí, za týmto účelom nepochybne zhromažďovala podklady (dôkazy), hodnotila zistené skutočnosti, tieto právne posúdila a iné opatrenia, ktoré od G. K. A. žalobca očakával a namietal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prvého stupňa vytýkal len nesprávny úradný postup G. K. 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žalovanej, v konaní nepreukázal s poukazom na skutočnosť, že nedostatočnosť opatrení prijatých G. K. A., podľa názoru žalobcu, bez opory v zákone, podľa jeho subjektívneho presvedčenia, sa nemusia vždy legitímne zhodovať s objektívnou realitou. V súvislosti s vyhlásením konkurzu uznesením Okresného súdu Bratislava I zo dňa 11. apríla 2011, č. k. 3K/95/2010-21, právoplatným dňa 5. mája 2011, na majetok Družstva, ako úpadcu, odvolací súd uvádza, že nárok na náhradu škody, spôsobenej nesprávnym úradným postupom voči žalovanej, môže byť v občianskom súdom konaní uplatnený až vtedy, ak žalobca nemohol dosiahnuť uspokojenie svojej pohľadávky v konkurznom konaní;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4Cdo/199/2005,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žalobcu v podanom odvolaní, týkajúcou sa procesného pochybenia súdu prvého stupňa, ktorý na pojednávaní nevykonal dokazovanie listinnými dôkazmi predpísaným spôsobom, nakoľko z obsahu zápisnice o pojednávaní pred prvostupňovým súdom dňa 05. 02. 2015 vyplýva, že súd prvého stupňa účastníkov riadne oboznámil s obsahom listinných dôkazov a vyjadrení, nachádzajúcich sa v spise. S poukazom na citované ustanovenie a za stavu, keď súd prvého stupňa v danom prípade v potrebnom rozsahu pre rozhodnutie vo veci samej zistil skutkový stav, vykonaním potrebných a účastníkmi navrhnutých dôkazov, a keď žalobca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žalovanej náhradu trov odvolacieho konania nepriznal, nakoľko si právo na ich náhradu neuplatnila (§ 151 ods. 1 O. s. p.). Toto rozhodnutie bolo prijaté senátom Krajského súdu v Bratislave, pomerom hlasov 3 : 0 (§ 3 ods. 9 zák. č. 757/2004 Z. z. o súdoch a o zmene a doplnení niektorých zákonov). Poučenie: Proti tomuto rozsudku odvolanie n i e j e prípustné.</w:t>
      </w:r>
    </w:p>
    <w:p/>
    <w:p>
      <w:r>
        <w:t>Zdroj: KAUZIS.SK – https://www.kauzis.sk/judikatura/r/ECLI:SK:KSBA:2015:1111245001.2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