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8Co/146/2015 z 27. 4. 2015</w:t>
      </w:r>
    </w:p>
    <w:p>
      <w:r>
        <w:t>Rozsudok Krajského súdu Bratislava z 27. apríla 2015, sp. zn. 8Co/146/2015, ECLI:SK:KSBA:2015:1111245013.2</w:t>
      </w:r>
    </w:p>
    <w:p>
      <w:r>
        <w:t>Súd: Krajský súd Bratislava</w:t>
      </w:r>
    </w:p>
    <w:p>
      <w:r>
        <w:t>Spisová značka: 8Co/146/2015</w:t>
      </w:r>
    </w:p>
    <w:p>
      <w:r>
        <w:t>ECLI: ECLI:SK:KSBA:2015:1111245013.2</w:t>
      </w:r>
    </w:p>
    <w:p>
      <w:r>
        <w:t>Dátum vydania: 27. 4. 2015</w:t>
      </w:r>
    </w:p>
    <w:p>
      <w:r>
        <w:t>Forma: Rozsudok</w:t>
      </w:r>
    </w:p>
    <w:p>
      <w:pPr>
        <w:pStyle w:val="Heading2"/>
      </w:pPr>
      <w:r>
        <w:t>Text rozhodnutia</w:t>
      </w:r>
    </w:p>
    <w:p>
      <w:r>
        <w:t>Súd: Krajský súd Bratislava Spisová značka: 8Co/146/2015 Identifikačné číslo súdneho spisu: 1111245013 Dátum vydania rozhodnutia: 28. 04. 2015 Meno a priezvisko sudcu, VSÚ: JUDr. Janka Gažovičová ECLI: ECLI:SK:KSBA:2015:1111245013.2 ROZSUDOK V MENE SLOVENSKEJ REPUBLIKY Krajský súd v Bratislave v senáte zloženom z predsedníčky senátu JUDr. Janky Gažovičovej a členov senátu JUDr. Moniky Holickej a JUDr. Ondreja Krajča v právnej veci navrhovateľky: Z. Y., H. Š. XXX, K., zastúpenej: FUTEJ &amp; Partners, s.r.o., Radlinského č. 2, Bratislava, IČO: 35 955 341, proti odporcovi: Slovenská republika - Národná banka Slovenska, so sídlom ul. Imricha Karvaša č. 1, Bratislava, o náhradu škody, na odvolanie navrhovateľky proti rozsudku Okresného súdu Bratislava I, zo dňa 20. novembra 2014, č.k. 15C/222/2011-215, jednohlasne takto r o z h o d o l : Odvolací súd opravuje záhlavie napadnutého rozsudku Okresného súdu Bratislava I zo dňa 20. novembra 2014, č.k. 15C/222/2011-215 tak, že označenie predmetu konania v záhlaví napadnutého rozsudku správne znie: „o náhradu škody vo výške 11.731,01 eur s príslušenstvom podľa zákona č. 514/2003 Z.z.“. Rozsudok súdu prvého stupňa v napadnutej časti p o t v r d z u j e . Odporcovi náhradu trov odvolacieho konania n e p r i z n á v a . o d ô v o d n e n i e : Rozsudkom zo dňa 20. novembra 2014, č.k. 15C/222/2011-215, zamietol súd prvého stupňa návrh, ktorým sa navrhovateľka domáhala zaplatenia náhrady škody vo výške 11.731,01 eur s 9,25 % úrokom z omeškania ročne od 19.04.2011 do zaplatenia, podľa zákona č. 514/2003 Z.z. o zodpovednosti za škodu spôsobenú pri výkone verejnej moci a odporcovi nepriznal náhradu trov konania. Zároveň návrh navrhovateľky na začatie prejudiciálneho konania pred Súdnym dvorom Európskej únie podľa článku 267 Zmluvy o fungovaní Európskej únie zamietol. Vychádzal zo zistenia, že Úrad pre finančný trh rozhodnutím zo dňa 21.03.2002 schválil PODIELOVÉMU DRUŽSTVU SLOVENSKÉ INVESTÍCIE (ďalej „Družstvo“), ktorého bola navrhovateľka členkou, Prospekt investície, pričom dňa 02.06.2008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investície a jeho dodatkami, čo zahŕňalo hospodárenie s portfóliom klienta, sledovanie a vyhodnocovanie spravovaného portfólia, obstarávanie predaja cenných papierov z portfólia klienta, uschovávanie a správu cenných papierov, optimalizáciu portfólia a poskytovanie konzultácií a finančných analýz, pričom sa zaviazal zabezpečiť mieru zhodnotenia portfólia klienta vo výške 8 % ročne. Mal preukázané, že Obchodník s cennými papiermi predmetnú zmluvu vypovedal listom zo dňa 30.03.2010 s účinnosťou od 01.05.2010, pričom Družstvo sa proti obchodníkovi s cennými papiermi nedomáhalo náhrady škody, no listom zo dňa 15.04.2010 o preskúmanie postupu obchodníka s cennými papiermi požiadalo Národnú banku Slovenska, ktorá v danom čase nemala z obsahu predkladaných pravidelných polročných správ o hospodárení Družstva ani rokovaní so štatutármi Družstva a jeho dcérskych spoločností žiadne informácie o zhoršenej finančnej situácie Družstva, ktoré i v liste zo dňa 10.10.2007 doručenému Národnej banke Slovenska uviedlo, že zo strany družstiev nedošlo k porušeniu zákona a prospektov investície schválených Úradom pre finančný trh a zdôraznilo, že dlhodobé vysoké výnosy členov družstiev boli zabezpečené najmä dobrou investičnou stratégiou družstiev, ktorej zmenou by mohlo prísť k ich ohrozeniu, resp. narušeniu dôveryhodnosti družstiev, ak by nebolo naďalej zo strany ich členov možné, aby jednotlivé družstvá boli naďalej schopné plniť svoje záväzky. Mal preukázané, že na podnet Družstva vykonala Národná banka Slovenska v období od 20.04.2010 do 06.05.2010 u obchodníka s cennými papiermi dohľad na mieste a keďže zistila, že podstatná časť prospektu investície Družstva sa stala neaktuálna, vyzvala listom z 20.04.2010 Družstvo, aby predložilo žiadosť o schválenie dodatku prospektu investície. Poukázal na to, že Družstvo dňa 28.04.2010 žiadosť o schválenie dodatkov k prospektu investície predložilo, avšak nakoľko neobsahovala zákonom vyžadované náležitosti, a tieto neboli doplnené ani dodatočne po opakovanom predĺžení lehoty Národnou bankou Slovenska, rozhodnutím č. OPK-5664/1-5/2010 z 26.08.2010 bolo konanie vo veci žiadosti o schválenie dodatkov k prospektu investície zastavené a následne Národná banka Slovenska rozhodnutím ODT-10890-4/2010 z 30.05.2011, právoplatným dňa 18.07.2011, Družstvu zakázala predaj majetkových hodnôt a podala tiež na základe získaných poznatkov o činnosti Družstva ako aj obchodníka s cennými papiermi dňa 27.07.2010 orgánom činným v trestnom konaní oznámenie o podozrení zo spáchania trestného činu. Mal tiež preukázané, že Národná banka Slovenska rozhodnutím zo dňa 20.08.2008 č. OPK-9750-5/2007 uložila obchodníkovi s cennými papiermi pokutu vo výške 9.958,18 eur (300.000,- Sk) za porušenie ust. § 54 ods. 2, § 73 ods. 1 písm. a/, § 74 ods. 1, ods. 7 písm. b/ zákona č. 566/2001 Z.z. a rozhodnutím zo dňa 22.04.2008 č. OPK-2744-5/2007-PLP zmenila jeho povolenie na poskytovanie investičných služieb tak, že mu, okrem iného, povolila poskytovanie investičnej služby podľa ust. § 6 ods. 1 písm. d/ v spojení s § 5 ods. 1 písm. a/, b/, c/ zákona č. 566/2001 Z.z. a poskytovanie investičných služieb, investičných činností a vedľajších služieb podľa § 6 ods. 1 a 2 v spojení s § 5 ods. 1 zákona č. 566/2001 Z.z. v špecifikovanom rozsahu. Rozhodnutím o predbežnom opatrení zo dňa 12.07.2010 č. ODT-8305/2010 obchodníkovi s cennými papiermi uložila povinnosť zdržať sa nakladania s majetkom klientov, ktorý mu bol zverený, bez jej písomného súhlasu, keď na základe oznámenia Družstva vzniklo dôvodné podozrenie z možného poškodenia klientov a rozhodnutím zo dňa 21.12.2010 č. ODT-8305-5/2010 mu odobrala povolenie na poskytovanie investičných služieb. Mal tiež preukázané, že navrhovateľke (na jej žiadosť zo dňa 16.02.2011) na základe rozhodnutia predstavenstva zaniklo dňom 24.02.2011 členstvo v Družstve a vznikol jej nárok na vyplatenie vyrovnacieho podielu v sume 8.355,36 eur, ktorý si prihlásila do konkurzu vyhláseného na majetok Družstva ako úpadcu uznesením Okresného súdu Bratislava I zo dňa 11.04.2011, sp.zn. 3K 95/2010, avšak nakoľko správca konkurznej podstaty jej pohľadávku v celom rozsahu poprel, podala proti nemu incidenčnú žalobu, o ktorej sa na Okresnom súde Bratislava vedie konanie, ktoré zatiaľ nie je právoplatne skončené. Takto ustálený skutkový stav veci posúdil po právnej stránke podľa ust. čl. 2 ods. 2 Ústavy SR, § 1, § 9 ods. 1, 2, § 15 ods. 1, § 17 ods. 1 zákona č. 514/2003 Z.z. o zodpovednosti za škodu spôsobenú pri výkone verejnej moci a o zmene niektorých zákonov, § 127 ods. 2, § 128 Zákona o cenných papieroch, v znení účinnom od 01.06.2010 a dospel k záveru, že navrhovateľka v konaní nepreukázala naplnenie predpokladov zodpovednosti štátu za škodu spôsobenú nesprávnym úradným postupom, keď nepreukázala vznik škody, nesprávny úradný postup odporcu ani príčinnú súvislosť medzi nesprávnym úradným postupom a škodou. Konštatoval, že Národná banka Slovenska sa v súvislosti s uplatňovaním jej zákonom vymedzenej právomoci pri výkone dohľadu nad plnením povinnosti aktualizácie a dodržiavania schváleného prospektu investícii zo strany Družstva nedopustila tvrdeného nesprávneho úradného postupu, nakoľko Družstvo túto povinnosť malo až od nadobudnutia účinnosti novelizovaného Zákona o cenných papieroch, t.j. od 01.06.2010, pričom Národná banka Slovenska, limitovaná článkom 2 ods. 2 Ústavy SR, Zákonom o cenných papieroch a Zákonom o dohľade, nemala právomoc vykonávať dohľad nad celkovou činnosťou Družstva. Konštatoval, že Národná banka Slovenska pri výkone dohľadu nad Družstvom. ako dohliadaným subjektom, postupovala v súlade s platnou právnou úpravou, svoje povinnosti nezanedbala, keď nemohla zasahovať do vlastnej činnosti Družstva, v rámci ktorej sa vnútorné vzťahy riadili stanovami družstva a Obchodným zákonníkom. V tejto súvislosti poukázal na to, že navrhovateľka ako členka Družstva (podnikateľského subjektu) mohla prostredníctvom členskej schôdze ako najvyššieho orgánu družstva uplatňovať svoje právo riadiť jeho záležitosti a kontrolovať jeho činnosť, avšak počas členstva v Družstve svoje oprávnenia za účelom odvrátenia hroziacej škody pri zistení nedostatkov v činnosti štatutárnych zástupcov Družstva nerealizovala. Pokiaľ ide o tvrdený vznik škody uviedol, že navrhovateľka svoje finančné prostriedky vložila do Družstva, s ktorým bola v právnom vzťahu, a preto iba Družstvu vznikla povinnosť vrátiť jej vložené finančné prostriedky a iba ak by sa navrhovateľka nedomohla úhrady svojej pohľadávky proti Družstvu v konkurznom konaní, ktoré doposiaľ nie je skončené a nie je skončené ani konanie o incidenčnej žalobe navrhovateľky na Okresnom súde Bratislava I, bolo by zrejmé, že jej škoda skutočne vznikla, prípadne v akej výške. Dospel tiež k záveru, že v danej veci nie je daná príčinná súvislosť medzi konaním Národnej banky Slovenska a tvrdeným vznikom škody, a preto v danej veci neboli naplnené zákonné predpoklady vzniku zodpovednosti štátu za škodu vzniknutú v dôsledku nesprávneho úradného postupu Národnej banky Slovenska. Zamietnutie návrhu navrhovateľky na začatie prejudiciálneho konania pred Súdnym dvorom Európskej únie odôvodnil tým, že navrhovateľka nežiadala o posúdenie platnosti právneho aktu Európskej únie, a preto ako súd prvého stupňa nemal povinnosť prejudiciálnu otázku formulovanú navrhovateľkou predložiť Súdnemu dvoru Európskej únie, pričom takýto postup ani nie je nevyhnutný, keď verejná ponuka majetkových hodnôt nie je regulovaná smernicou EÚ 2003/71/ES - smernicou o prospekte, ktorý sa zverejňuje pri verejnej ponuke cenných papierov alebo ich prijatí na obchodovanie a o zmene a doplnení smernice 2001/34/ES, na znenie ktorej sa navrhovateľka odvoláva v návrhu na začatie prejudiciálneho konania; avšak alternatívne investičné možnosti, medzi ktoré je možné zahrnúť aj činnosť vyhlasovateľov verejnej ponuky majetkových hodnôt začala v rámci EÚ regulovať až smernica Európskeho parlamentu a Rady 2011/61/EÚ z 08.06.2011 o správcoch alternatívnych investičných fondov a o zmene a doplnení smerníc 2003/41/ES a 2009/65/ES a nariadením (ES) číslo 1060/2009, (EÚ) číslo 1095/2010, teda odpovede na ňou položené otázky nemajú význam pre rozhodnutie vo veci samej. O náhrade trov konania rozhodol podľa § 142 ods. 1 O.s.p. a v konaní úspešnému odporcovi ich náhradu nepriznal, nakoľko mu v konaní žiadne trovy nevznikli. Proti tomuto rozsudku podala v zákonom stanovenej lehote do zamietajúceho výroku vo veci samej odvolanie navrhovateľka, domáhajúc sa jeho zmeny a vyhovenia podanému návrhu v celom rozsahu, alternatívne zrušenia rozsudku v napadnutej časti a vrátenia veci súdu prvého stupňa na ďalšie konanie dôvodiac,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a rozhodnutie súdu prvého stupňa vychádza z nesprávneho právneho posúdenia veci (§ 205 ods. 2 písm. f/ O.s.p.). Uviedla, že v súvislosti s vložením peňažných prostriedkov do Družstva nemohla predpokladať, že dohľad Národnej banky Slovenska nad Prospektom investície je len formálny, a preto; vychádzajúc z garancie Národnej banky Slovenska ako orgánu dohľadu sa spoliehala na to, že jej škoda nevznikne. Zdôraznila,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Nestotožnila sa s argumentáciou odporcu, ktorý poukazoval na to, že vykonával dohľad nad činnosťou Družstva ako vyhlasovateľa verejnej ponuky majetkových hodnôt podľa ust. § 135 ods. 1 zákona č. 566/2001 Z.z., avšak nie dohľad nad jeho celkovou činnosťou a nesúhlasila so záverom súdu prvého stupňa, že neexistuje príčinná súvislosť medzi škodou a porušením zákonných povinností Národnou bankou Slovenska, spočívajúcim v nesprávnom výkone dohľadu. Dôvodila, že povinnosťou Národnej banky Slovenska podľa ust. § 137 ods. 2 Zákona o cenných papieroch bolo zisťovanie a vyhodnocovanie informácií a podkladov o činnosti dohliadaných subjektov, medzi ktoré patrili aj Družstvo a obchodník s cennými papiermi a v rámci tohto dohľadu bolo jej povinnosťou zisťovať všetky informácie a podklady o dodržiavaní, resp. nedodržiavaní Prospektu investície, ako aj o iných rizikách, vrátane rizík, ktoré mohli viesť k ohrozeniu záujmov klientov dohliadaných subjektov, teda aj jej záujmov. Poukázala na to, že Národná banka Slovenska už v roku 2007 pri kontrole Družstva zistila, že z hľadiska rizikovosti portfólia má nedostatočne rozložené portfólio; tvorené zmenkou jediného emitenta - spoločnosti CI HOLDING, a.s., ktorý v tom čase akcionársky vlastnil obchodníka s cennými papiermi; avšak sa uspokojila s tým, že toto portfólio bolo následne rozložené do troch zmeniek vystavených spoločnosťou CI HOLDING, a.s. a spoločnosťami CI Reality, s.r.o. a GLOBAL production s.r.o., ktoré boli taktiež 100 % dcérskymi spoločnosťami CI HOLDING, a.s., a teda naďalej akceptovala stav, že celé portfólio Družstva bolo rozložené a investované do subjektov prepojených s CI HOLDING, a.s. a obchodníkom s cennými papiermi. Napriek zisteniu, že obchodník s cennými papiermi dlhodobo vo svojej činnosti pre Družstvo; minimálne od roku 2008 do roku 2011; porušoval zákon o cenných papieroch vo viacerých podstatných ohľadoch, nevyužila,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investície, ktorú účelovo ustálila až od mája 2010, hoci údaje zahrnuté do Prospektu boli v skutočnosti neaktuálne dlhodobo spätne k 31.12.2006 a údaje o subjektoch, s ktorými je Družstvo majetkovo prepojené, boli neaktuálne minimálne od 01.10.2009. Zdôraznila, že prebiehajúce konkurzné konanie, v ktorom prihlásila svoju pohľadávku, jej nebráni podať návrh na náhradu škody proti štátu a nerobí jej návrh predčasným, keď povinnosťou súdu bolo skúmať, či aktuálny stav konkurzného konania objektívne vylučuje možnosť jej uspokojenia ako veriteľa v konkurznom konaní a ak áno, v akom rozsahu, pričom súd pri tomto hodnotení nemal vychádzať až z konečného rozvrhového uznesenia konkurzného súdu (rozsudok Najvyššieho súdu Českej republiky zo dňa 11. apríla 2012, sp.zn. 29Cdo/4968/2009), ale bol povinný zohľadniť už napr. správy ustanoveného správcu konkurznej podstaty o stave daného konkurzu, keď ani zákon č. 514/2003 Z.z. nevyžaduje predchádzajúce vysporiadanie súkromnoprávnych vzťahov a pripúšťa regresnú náhradu. Napokon namietala, že zo zápisníc o pojednávaní pred prvostupňovým súdom vyplýva, že listinné dôkazy vyžiadané prvostupňovým súdom, resp. predložené účastníkmi konania neboli riadne vykonané spôsobom podľa § 129 ods. 1 O.s.p. Odporca vo svojom vyjadrení k odvolaniu navrhovateľky žiadal napadnutý rozsudok súdu prvého stupňa ako vecne správny potvrdiť, keď prvostupňový súd vo veci vykonal rozsiahle dokazovanie za účelom spoľahlivého zistenia skutkového a právneho stavu veci, pričom mu z jeho činnosti (na súde prvého stupňa prebiehajúcich konaní v skutkovo a právne analogických veciach) boli známe aj iné dôležité skutočnosti významné pre rozhodnutie vo veci. Poukázal na to, že v konaní nebol preukázaný nesprávny úradný postup Národnej banky Slovenska a navrhovateľka sa v podanom odvolaní iba účelovo snaží dodatočne navrhovať vykonanie ďalších právne irelevantných dôkazov, ktoré odďaľujú vydanie rozhodnutí vo veci a vyfabulovať fiktívnu existenciu jeho údajného nesprávneho postupu, a to za stavu, keď nevyužila všetky možnosti na uplatnenie a vymoženie svojho nároku, nepodala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navrhovateľka,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sp.zn. 29Cdo/4968/2009, na ktorý navrhovateľka v konaní poukazovala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navrhovateľky a jej výška sa bude zisťovať v rámci incidenčných súdnych konaní a až následne, ak jej pohľadávka proti Družstvu nebude môcť byť uspokojená v rámci konkurzu, môže navrhovateľke vzniknúť škoda. K námietke navrhovateľky, ktorá vytýkala súdu prvého stupňa nesprávny procesný postup pri vykonávaní listinných dôkazov uviedol, že v zápisnici o pojednávaní síce nie je osobitne uvedené, že na pojednávaní boli prečítané určité listiny alebo ich presne označené časti, avšak z nej jasne vyplýva, že prvostupňový súd jednotlivé dôkazy nachádzajúce sa v súdnom spise oboznámil a presne špecifikoval, pričom o skutočnostiach z nich vyplývajúcich mal súd vedomosť aj z iných konaní vedených proti štátu na rovnakom skutkovom a právnom základe; v ktorých majú navrhovatelia rovnakého právneho zástupcu; a teda dokazovanie v tomto smere ani nebolo potrebné vykonať. Odvolací súd preskúmal rozsudok súdu prvého stupňa v rozsahu a v medziach dôvodov podaného odvolania, ktorými je viazaný (§ 212 ods. 1 O.s.p.), bez nariadenia odvolacieho pojednávania (§ 214 ods. 2 O.s.p. v spojení s § 156 ods. 3 O.s.p.) a dospel k záveru, že odvolanie navrhovateľky nie je dôvodné. V posudzovanej veci vykonal súd prvého stupňa všetko dokazovanie potrebné na zistenie rozhodujúcich skutočností významných pre posúdenie dôvodnosti návrhu navrhovateľky, ktorým sa domáhala zaplatenia náhrady škody, ako aj na posúdenie opodstatnenosti tvrdení, ktoré uvádzal odporca na svoju obranu (§ 120 ods. 1, 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navrhovateľke nesprávnym úradným postupom Národnej banky Slovenska, pričom na vec aplikoval zodpovedajúce ustanovenia § 3 ods. 1, 2, § 9 ods. 1, 2, § 15 ods. 1, § 17 ods. 1 zákona č. 514/2003 Z.z. o zodpovednosti za škodu spôsobenú pri výkone verejnej moci a o zmene niektorých zákonov, § 129 ods. 3 Zákona o cenných papieroch, v znení účinnom od 01.06.2010 a svoje dôvody, pre ktoré návrhu navrhovateľky nevyhovel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navrhovateľky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Z obsahu spisu v preskúmavanej veci vyplýva, že Úrad pre finančný trh rozhodnutím zo dňa 21.03.2002 schválil Družstvu Prospekt investície, pri ktorom Družstvo požiadalo o schválenie jeho dodatku spolu s prílohou - zápisnicou z riadnej členskej schôdze Družstva zo dňa 09.01.2003, avšak v upozornení zo dňa 13.05.2003 ho oboznámil o splnení podmienok pre schválenie tohto dodatku a zároveň upozornil, že nie je povinný preverovať pravdivosť alebo hodnovernosť údajov uvedených v Prospekte investície, s výnimkou identifikačných údajov vyhlasovateľa verejnej ponuky majetkových hodnôt a oprávnenosti osôb Prospekt podpisujúcich. Dňa 02.06.2008 bola medzi Družstvom ako klientom a obchodnou spoločnosťou CAPITAL INVEST, o.c.p., a.s., ako obhospodarovateľom, uzavretá Zmluva o riadení portfólia podľa ust. § 43 zák. č. 566/2001 Z.z.,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investície,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účastníkmi nebolo sporným, že Národná banka Slovenska; po výpovedi Zmluvy o riadení portfólia zo dňa 30.03.2010 zo strany obchodníka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investície; zakázala Družstvu predaj majetkových hodnôt. Navrhovateľka bola členkou Družstva až do 24.02.2011, kedy jej na základe rozhodnutia predstavenstva Družstva členstvo zaniklo a vznikol jej nárok na vyplatenie vyrovnacieho podielu v sume 8.355,36 eur, ktorý si prihlásila do konkurzu; vyhláseného na majetok Družstva, ako úpadcu, uznesením Okresného súdu Bratislava I zo dňa 11.04.2011, č.k. 3K/95/2010-21, právoplatným dňa 05.05.2011, avšak nakoľko jej pohľadávka bola správcom konkurznej podstaty v celom rozsahu popretá, podala proti správcovi konkurznej podstaty incidenčnú žalobu, o ktorej konanie prebieha na Okresnom súde Bratislava I. Hmotnoprávnym základom pre uplatnenie práva navrhovateľky na náhradu škody bolo ustanovenie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vzniku zodpovednosti štátu za škodu spôsobenú nesprávnym úradným postupom je existencia nesprávneho úradného postupu, za ktorý sa podľa ust. § 9 zákona č. 514/2003 Z.z.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Odvolací súd sa stotožnil so záverom súdu prvého stupňa, že postup Národnej banky Slovenska pri výkone dohľadu nad činnosťou Družstva a obchodníka s cennými papiermi, ktorý mal podľa navrhovateľky spočívať v tom, že oneskorene zistila neaktuálnosť Prospektu investícií Družstva a neprijala dostatočné opatrenia a sankcie, ktoré by zabránili nevymožiteľnosti pohľadávky navrhovateľky voči Družstvu spôsobenej dlhodobým porušovaním Zákona o cenných papieroch zo strany obchodníka s cennými papiermi pri plnení Zmluvy o riadení portfólia uzavretej medzi ním a Družstvom, nemožno považovať za nesprávny úradný postup, ktorý by zakladal zodpovednosť odporcu za škodu podľa zákona č. 514/2003 Z.z. V tejto súvislosti je v prvom rade potrebné zdôrazniť, že Národná banka Slovenska bola pri výkone dohľadu limitovaná Článkom 2 ods. 2 Ústavy Slovenskej republiky, podľa ktorého štátne orgány môžu konať iba na základe Ústavy, v jej medziach a v rozsahu a spôsobom, ktorý ustanoví zákon.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zákona č. 566/2001 Z.z. o cenných papieroch v spojení s ust. § 125c ods. 1. zákona č. 566/2001 Z.z.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zákona č. 566/2001 Z.z. o cenných papieroch, vykonanou zákonom č. 129/2010 Z.z. Súd prvého stupňa postupoval správne, keď sa nestotožnil s argumentáciou navrhovateľky, ktorá poukazovala na povinnosti Národnej banky Slovenska v oblasti skúmania rizikovosti portfólia Družstva, nakoľko zákon č. 566/2001 Z.z.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zákona č. 566/2001 Z.z. o cenných papieroch), teda išlo o služby, na ktoré Družstvo - ako klient -využívalo obchodníka s cennými papiermi na vlastné riziko s vedomím, že ziskovosť uvedených operácií nie je zaručená. Na druhej strane, navrhovateľka si ako členka Družstva, ktoré uvedeným spôsobom zhodnocovalo portfólio, musela byť vedomá toho, že vývoj na finančných trhoch nemožno s istotou predpovedať a odhadnúť s tým, že až do rozhodnutia Národnej banky Slovenska zo dňa 21.12.2010 č. ODT-8305-5/2010, ktorým odobrala obchodníkovi s cennými papiermi povolenie na poskytovanie investičných služieb, vykonával obchodník s cennými papiermi túto činnosť ako regulovanú Národnou bankou Slovenska a činnosť Družstva, ktorého bola navrhovateľka v rozhodnom čase členkou, spĺňala znaky investovania s finančnými prostriedkami, disponibilnými za účelom ich zhodnocovania na vlastné riziko s neistým výnosom z vložených investícii. Za daných okolností zodpovednosť štátu nemôže nahrádzať primárnu zodpovednosť obchodníka s cennými papiermi voči Družstvu, či sekundárnu zodpovednosť Družstva voči navrhovateľke. V súvislosti s opatreniami Národnej banky Slovenska na nápravu protiprávneho stavu po zistení závažných pochybení obchodníka s cennými papiermi pri činnosti pre Družstvo súd prvého stupňa správne poukázal na opatrenia Národnej banky Slovenska smerujúce k obchodníkovi s cennými papiermi, ktorému rozhodnutím zo dňa 08.01.2008 č. OPK - 9750/3/2007 uložila pokutu vo výške 16.596,96 eur (500.000,- Sk), po zrušení a vrátení veci na ďalšie konanie Bankovou radou Národnej banky Slovenska, opätovne rozhodnutím zo dňa 20. augusta 2008, č. OPK-9750-5/2007, pokutu vo výške 9.958,18 eur (300.000,- Sk) a následne mu rozhodnutím zo dňa 21. decembra 2010 č. ODT-8305-5/2010 odobrala povolenie na poskytovanie investičných služieb a dospel k správnemu záveru, že ani v tejto súvislosti sa Národná banka Slovenska nedopustila nesprávneho úradného postupu. Opätovne je potrebné zdôrazniť, že postup Národnej banky Slovenska bol v súlade s článkom 2 ods. 2 Ústavy Slovenskej republiky, podľa ktorého štátne orgány môžu konať iba na základe Ústavy, v jej medziach, v rozsahu a spôsobom, ktorý ustanoví zákon, a postup Národnej banky Slovenska; v medziach Ústavy SR a platných a účinných všeobecne záväzných právnych predpisov; nemožno považovať za nesprávny iba z dôvodu, že sa nezhoduje so subjektívnymi predstavami navrhovateľky o rozsahu činnosti Národnej banky Slovenska ako orgánu dohľadu. Odvolací súd sa preto v celom rozsahu stotožnil so správnym právnym záverom súdu prvého stupňa,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zákona č. 514/2003 Z.z. Škoda, ako kategória občianskeho práva, sa chápe ako ujma, ktorá nastala v majetkovej sfére poškodeného a je objektívne vyjadriteľná v peniazoch, t.j. všeobecným ekvivalentom a je napraviteľná poskytnutím majetkového plnenia, teda predovšetkým poskytnutím peňažných prostriedkov. Skutočnou škodou sa rozumie ujma spočívajúca v zmenšení majetku poškodeného oproti stavu pred škodovou udalosťou, pričom v konaní pred súdom povinnosť tvrdenia i dôkazné bremeno spočívajúce v povinnosti vznik škody tvrdiť, avšak aj riadne preukázať, zaťažuje poškodeného. Súd prvého stupňa dospel k správnemu právnemu záveru, že nárok na náhradu škody spôsobenej nesprávnym úradným postupom, ktorá mala poškodenej vzniknúť v dôsledku nevymožiteľnosti pohľadávky proti subjektu, na ktorého majetok bol vyhlásený konkurz, môže byť v občianskom súdom konaní úspešne uplatnený až vtedy, ak poškodená - navrhovateľka nemôže dosiahnuť uspokojenie svojej pohľadávky v konkurznom konaní. Správne preto prvostupňový súd konštatoval, že nakoľko navrhovateľka svoju pohľadávku; ktorá je predmetom tohto sporu; uplatnila v konkurze vyhlásenému na majetok Družstva uznesením Okresného súdu Bratislava I zo dňa 11.04.2011 č.k. 3K/95/2010-21, ktoré konkurzné konanie stále prebieha a právoplatne nie je skončené ani konanie na Okresnom súde Bratislava I o incidenčnej žalobe navrhovateľky, vyvolanej popretím predmetnej pohľadávky správcom konkurznej podstaty, škoda jej ešte nevznikla, a návrh bol preto podaný predčasne, keď nárok na náhradu škody proti štátu by mohla navrhovateľka úspešne uplatniť iba vtedy, ak by preukázala, že sa uspokojenia jej pohľadávky domáhala v konkurznom konaní bezúspešne. Z uvedeného vyplýva, že nemožno považovať za naplnený ani ďalší predpoklad vzniku zodpovednosti štátu za škodu, ktorým je existencia samotnej škody (analogicky rozhodnutie Najvyššieho súdu zo dňa 31. mája 2006 sp.zn. 4Cdo/199/2005, z odôvodnenia ktorého vyplýva, že rozhodnutie Najvyššieho súdu Slovenskej republiky, sp.zn. 4Cz/110/84, publikované pod č. 4/87 vo Výbere rozhodnutí a stanovísk Najvyššieho súdu Slovenskej republiky, je stále použiteľné). Príčinná súvislosť je podstatným prvkom zodpovednostnej skutkovej podstaty, ktorý vyžaduje, aby protiprávne konanie (nesprávny úradný postup)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Príčinou vzniku škody môže byť len také konanie (alebo opomenutie), bez ktorého by škodný následok nevznikol a podľa teórie tzv. adekvátnej príčinnej súvislosti, je príčinná súvislosť daná vtedy, ak je škoda podľa všeobecnej povahy, obvyklého chodu vecí a skúseností adekvátnym dôsledkom protiprávneho úkonu. Súd prvého stupňa dospel k správnemu záveru, že navrhovateľka v konaní nepreukázala príčinnú súvislosť medzi tvrdeným nesprávnym úradným postupom Národnej banky Slovenska a vznikom škody, keď v konaní nebolo preukázané, že v prípade, ak by Národná banka Slovenska; hoci v rozpore so svojimi kompetenciami; pristúpila už skôr k odňatiu povolenia obchodníkovi s cennými papiermi na poskytovanie investičných služieb, prípadne k zákazu predaja majetkových hodnôt Družstva, bola by navrhovateľke zo strany Družstva uhradená pohľadávka vo výške 8.355,36 eur, ktorá jej vznikla titulom nároku na úhradu vyrovnacieho podielu v súvislosti so zánikom jej členstva v Družstve. Pokiaľ ide o námietku navrhovateľky, že súd prvého stupňa nevykonal dokazovanie listinnými dôkazmi predpísaným spôsobom, odvolací súd ju považuje za nedôvodnú a účelovú, keď z obsahu zápisnice o pojednávaní konanom dňa 20.11.2014 pred prvostupňovým súdom vyplýva, že účastníci boli oboznámení s obsahom listinných dôkazov predložených v priebehu konania. Súdu prvého stupňa teda nemožno vytýkať žiadne procesné pochybenie ani pochybenie pri skutkovom a právnom posúdení otázky vzniku nároku navrhovateľky na náhradu škody, ktorá jej mala vzniknúť nesprávnym úradným postupom Národnej banky Slovenska pri výkone dohľadu nad činnosťou Družstva a obchodníka s cennými papiermi, pričom navrhovateľka neuviedla ani vo svojom odvolaní žiadne nové skutočnosti, ktoré by odôvodňovali odlišné právne posúdenie tejto otázky odvolacím súdom a súd prvého stupňa sa v rámci predmetného konania vyporiadal so všetkými relevantnými skutočnosťami uvádzanými v podanom návrhu a po dôkladnej úvahe vydal svoje rozhodnutie v súlade s platnou právnou úpravou, pričom svoje rozhodnutie riadne a presvedčivo odôvodnil, a preto ani v tomto smere námietky navrhovateľky nemožno považovať za opodstatnené. Vzhľadom na uvedené, odvolací súd rozsudok súdu prvého stupňa v napadnutej časti; t.j. vo výroku vo veci samej a súvisiacom výroku o náhrade trov konania; ako vecne správny potvrdil (§ 219 ods. 1 O.s.p.). Zároveň odvolací súd podľa ust. § 164 O.s.p. v spojení s § 211 ods. 2 O.s.p. opravil zrejmú chybu v písaní, ku ktorej došlo nesprávnym uvedením výšky návrhom uplatnenej peňažnej sumy (18.313,54 eur namiesto správnej; i v odôvodnení rozsudku uvádzanej; sumy 11.731,01 eur) v záhlaví písomného vyhotovenia napadnutého rozsudku prvostupňového súdu. O náhrade trov odvolacieho konania rozhodol odvolací súd podľa § 224 ods. 1 O.s.p. v spojení s § 142 ods. 1 O.s.p. a úspešnému odporcovi nepriznal náhradu trov odvolacieho konania, nakoľko nepodal návrh v odvolacom konaní na rozhodnutie o povinnosti nahradiť mu trovy odvolacieho konania podľa § 151 ods. 1 vety prvej O.s.p. Poučenie: Proti tomuto rozsudku odvolanie nie je prípustné.</w:t>
      </w:r>
    </w:p>
    <w:p/>
    <w:p>
      <w:r>
        <w:t>Zdroj: KAUZIS.SK – https://www.kauzis.sk/judikatura/r/ECLI:SK:KSBA:2015:1111245013.2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